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09D0C" w14:textId="77777777" w:rsidR="008366E3" w:rsidRDefault="008366E3" w:rsidP="0086667C">
      <w:pPr>
        <w:jc w:val="both"/>
        <w:rPr>
          <w:lang w:val="en-GB"/>
        </w:rPr>
      </w:pPr>
    </w:p>
    <w:p w14:paraId="244618B8" w14:textId="77777777" w:rsidR="008366E3" w:rsidRDefault="008366E3" w:rsidP="0086667C">
      <w:pPr>
        <w:jc w:val="both"/>
        <w:rPr>
          <w:lang w:val="en-GB"/>
        </w:rPr>
      </w:pPr>
    </w:p>
    <w:p w14:paraId="1AECE744" w14:textId="77777777" w:rsidR="008366E3" w:rsidRDefault="008366E3" w:rsidP="0086667C">
      <w:pPr>
        <w:jc w:val="both"/>
        <w:rPr>
          <w:lang w:val="en-GB"/>
        </w:rPr>
      </w:pPr>
    </w:p>
    <w:p w14:paraId="3F833E72" w14:textId="77777777" w:rsidR="008366E3" w:rsidRDefault="008366E3" w:rsidP="0086667C">
      <w:pPr>
        <w:jc w:val="both"/>
        <w:rPr>
          <w:lang w:val="en-GB"/>
        </w:rPr>
      </w:pPr>
    </w:p>
    <w:sdt>
      <w:sdtPr>
        <w:rPr>
          <w:rFonts w:cs="Arial"/>
        </w:rPr>
        <w:id w:val="84516166"/>
        <w:docPartObj>
          <w:docPartGallery w:val="Cover Pages"/>
          <w:docPartUnique/>
        </w:docPartObj>
      </w:sdtPr>
      <w:sdtEndPr>
        <w:rPr>
          <w:sz w:val="28"/>
          <w:szCs w:val="28"/>
        </w:rPr>
      </w:sdtEndPr>
      <w:sdtContent>
        <w:p w14:paraId="5F0F49F2" w14:textId="77777777" w:rsidR="00AB4412" w:rsidRPr="0092619E" w:rsidRDefault="00AB4412" w:rsidP="00AB4412">
          <w:pPr>
            <w:rPr>
              <w:rFonts w:cs="Arial"/>
            </w:rPr>
          </w:pPr>
        </w:p>
        <w:p w14:paraId="6894A479" w14:textId="77777777" w:rsidR="00AB4412" w:rsidRPr="00DE18BF" w:rsidRDefault="00AB4412" w:rsidP="00AB4412">
          <w:pPr>
            <w:jc w:val="center"/>
            <w:rPr>
              <w:rFonts w:cs="Arial"/>
              <w:b/>
              <w:sz w:val="48"/>
              <w:szCs w:val="48"/>
            </w:rPr>
          </w:pPr>
        </w:p>
        <w:p w14:paraId="20199002" w14:textId="660F8AF0" w:rsidR="009F1645" w:rsidRDefault="00AB4412" w:rsidP="00AB4412">
          <w:pPr>
            <w:jc w:val="center"/>
            <w:rPr>
              <w:rFonts w:cs="Arial"/>
              <w:b/>
              <w:sz w:val="56"/>
              <w:szCs w:val="56"/>
            </w:rPr>
          </w:pPr>
          <w:r w:rsidRPr="00DE18BF">
            <w:rPr>
              <w:rFonts w:cs="Arial"/>
              <w:b/>
              <w:sz w:val="56"/>
              <w:szCs w:val="56"/>
            </w:rPr>
            <w:t xml:space="preserve">UPUTSTVO ZA </w:t>
          </w:r>
          <w:r>
            <w:rPr>
              <w:rFonts w:cs="Arial"/>
              <w:b/>
              <w:sz w:val="56"/>
              <w:szCs w:val="56"/>
            </w:rPr>
            <w:t xml:space="preserve">MARKIRANJE </w:t>
          </w:r>
          <w:r w:rsidR="009F1645">
            <w:rPr>
              <w:rFonts w:cs="Arial"/>
              <w:b/>
              <w:sz w:val="56"/>
              <w:szCs w:val="56"/>
            </w:rPr>
            <w:t>TEČNIH GORIVA NAFTNOG PORIJEKLA I BIOGORIVA</w:t>
          </w:r>
        </w:p>
        <w:p w14:paraId="77DA60AD" w14:textId="7D51FBB7" w:rsidR="00AB4412" w:rsidRPr="00DE18BF" w:rsidRDefault="009B0475" w:rsidP="00AB4412">
          <w:pPr>
            <w:jc w:val="center"/>
            <w:rPr>
              <w:rFonts w:cs="Arial"/>
              <w:sz w:val="28"/>
              <w:szCs w:val="28"/>
            </w:rPr>
          </w:pPr>
          <w:r>
            <w:rPr>
              <w:rFonts w:cs="Arial"/>
              <w:b/>
              <w:sz w:val="56"/>
              <w:szCs w:val="56"/>
              <w:lang w:val="sr-Latn-ME"/>
            </w:rPr>
            <w:t xml:space="preserve"> U CRNOJ GORI</w:t>
          </w:r>
        </w:p>
      </w:sdtContent>
    </w:sdt>
    <w:p w14:paraId="6D1F3AD1" w14:textId="77777777" w:rsidR="008366E3" w:rsidRDefault="008366E3" w:rsidP="0086667C">
      <w:pPr>
        <w:jc w:val="both"/>
        <w:rPr>
          <w:lang w:val="en-GB"/>
        </w:rPr>
      </w:pPr>
    </w:p>
    <w:p w14:paraId="0AD44F9B" w14:textId="77777777" w:rsidR="008366E3" w:rsidRDefault="008366E3" w:rsidP="0086667C">
      <w:pPr>
        <w:jc w:val="both"/>
        <w:rPr>
          <w:lang w:val="en-GB"/>
        </w:rPr>
      </w:pPr>
    </w:p>
    <w:p w14:paraId="7FBB0A89" w14:textId="77777777" w:rsidR="008366E3" w:rsidRDefault="008366E3" w:rsidP="0086667C">
      <w:pPr>
        <w:jc w:val="both"/>
        <w:rPr>
          <w:lang w:val="en-GB"/>
        </w:rPr>
      </w:pPr>
    </w:p>
    <w:p w14:paraId="485ED358" w14:textId="77777777" w:rsidR="008366E3" w:rsidRDefault="008366E3" w:rsidP="0086667C">
      <w:pPr>
        <w:jc w:val="both"/>
        <w:rPr>
          <w:lang w:val="en-GB"/>
        </w:rPr>
      </w:pPr>
    </w:p>
    <w:p w14:paraId="0F9F847D" w14:textId="77777777" w:rsidR="008366E3" w:rsidRDefault="008366E3" w:rsidP="0086667C">
      <w:pPr>
        <w:jc w:val="both"/>
        <w:rPr>
          <w:lang w:val="en-GB"/>
        </w:rPr>
      </w:pPr>
    </w:p>
    <w:p w14:paraId="28048915" w14:textId="77777777" w:rsidR="008366E3" w:rsidRDefault="008366E3" w:rsidP="0086667C">
      <w:pPr>
        <w:jc w:val="both"/>
        <w:rPr>
          <w:lang w:val="en-GB"/>
        </w:rPr>
      </w:pPr>
    </w:p>
    <w:p w14:paraId="48E21F45" w14:textId="77777777" w:rsidR="008366E3" w:rsidRDefault="008366E3" w:rsidP="0086667C">
      <w:pPr>
        <w:jc w:val="both"/>
        <w:rPr>
          <w:lang w:val="en-GB"/>
        </w:rPr>
      </w:pPr>
    </w:p>
    <w:p w14:paraId="2EA522E7" w14:textId="77777777" w:rsidR="008366E3" w:rsidRDefault="008366E3" w:rsidP="0086667C">
      <w:pPr>
        <w:jc w:val="both"/>
        <w:rPr>
          <w:lang w:val="en-GB"/>
        </w:rPr>
      </w:pPr>
    </w:p>
    <w:p w14:paraId="6E6C55CD" w14:textId="77777777" w:rsidR="008366E3" w:rsidRDefault="008366E3" w:rsidP="0086667C">
      <w:pPr>
        <w:jc w:val="both"/>
        <w:rPr>
          <w:lang w:val="en-GB"/>
        </w:rPr>
      </w:pPr>
    </w:p>
    <w:p w14:paraId="0F539D2B" w14:textId="77777777" w:rsidR="008366E3" w:rsidRDefault="008366E3" w:rsidP="0086667C">
      <w:pPr>
        <w:jc w:val="both"/>
        <w:rPr>
          <w:lang w:val="en-GB"/>
        </w:rPr>
      </w:pPr>
    </w:p>
    <w:p w14:paraId="2FC19EDE" w14:textId="77777777" w:rsidR="008366E3" w:rsidRDefault="008366E3" w:rsidP="0086667C">
      <w:pPr>
        <w:jc w:val="both"/>
        <w:rPr>
          <w:lang w:val="en-GB"/>
        </w:rPr>
      </w:pPr>
    </w:p>
    <w:p w14:paraId="22C0C676" w14:textId="77777777" w:rsidR="008366E3" w:rsidRDefault="008366E3" w:rsidP="0086667C">
      <w:pPr>
        <w:jc w:val="both"/>
        <w:rPr>
          <w:lang w:val="en-GB"/>
        </w:rPr>
      </w:pPr>
    </w:p>
    <w:sdt>
      <w:sdtPr>
        <w:rPr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</w:rPr>
        <w:id w:val="-1983685376"/>
        <w:docPartObj>
          <w:docPartGallery w:val="Table of Contents"/>
          <w:docPartUnique/>
        </w:docPartObj>
      </w:sdtPr>
      <w:sdtContent>
        <w:p w14:paraId="1502C024" w14:textId="4E3B6161" w:rsidR="00115B6E" w:rsidRDefault="00115B6E">
          <w:pPr>
            <w:pStyle w:val="TOCHeading"/>
          </w:pPr>
          <w:proofErr w:type="spellStart"/>
          <w:r>
            <w:t>Sadržaj</w:t>
          </w:r>
          <w:proofErr w:type="spellEnd"/>
        </w:p>
        <w:p w14:paraId="03FE9B63" w14:textId="2B156307" w:rsidR="002278FA" w:rsidRDefault="00115B6E">
          <w:pPr>
            <w:pStyle w:val="TOC1"/>
            <w:tabs>
              <w:tab w:val="right" w:leader="dot" w:pos="8630"/>
            </w:tabs>
            <w:rPr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40964520" w:history="1">
            <w:r w:rsidR="002278FA" w:rsidRPr="00A57E69">
              <w:rPr>
                <w:rStyle w:val="Hyperlink"/>
                <w:noProof/>
              </w:rPr>
              <w:t>1. SVRHA</w:t>
            </w:r>
            <w:r w:rsidR="002278FA">
              <w:rPr>
                <w:noProof/>
                <w:webHidden/>
              </w:rPr>
              <w:tab/>
            </w:r>
            <w:r w:rsidR="002278FA">
              <w:rPr>
                <w:noProof/>
                <w:webHidden/>
              </w:rPr>
              <w:fldChar w:fldCharType="begin"/>
            </w:r>
            <w:r w:rsidR="002278FA">
              <w:rPr>
                <w:noProof/>
                <w:webHidden/>
              </w:rPr>
              <w:instrText xml:space="preserve"> PAGEREF _Toc240964520 \h </w:instrText>
            </w:r>
            <w:r w:rsidR="002278FA">
              <w:rPr>
                <w:noProof/>
                <w:webHidden/>
              </w:rPr>
            </w:r>
            <w:r w:rsidR="002278FA">
              <w:rPr>
                <w:noProof/>
                <w:webHidden/>
              </w:rPr>
              <w:fldChar w:fldCharType="separate"/>
            </w:r>
            <w:r w:rsidR="002278FA">
              <w:rPr>
                <w:noProof/>
                <w:webHidden/>
              </w:rPr>
              <w:t>4</w:t>
            </w:r>
            <w:r w:rsidR="002278FA">
              <w:rPr>
                <w:noProof/>
                <w:webHidden/>
              </w:rPr>
              <w:fldChar w:fldCharType="end"/>
            </w:r>
          </w:hyperlink>
        </w:p>
        <w:p w14:paraId="599BE687" w14:textId="79DD4DE4" w:rsidR="002278FA" w:rsidRDefault="002278FA">
          <w:pPr>
            <w:pStyle w:val="TOC1"/>
            <w:tabs>
              <w:tab w:val="right" w:leader="dot" w:pos="8630"/>
            </w:tabs>
            <w:rPr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40964521" w:history="1">
            <w:r w:rsidRPr="00A57E69">
              <w:rPr>
                <w:rStyle w:val="Hyperlink"/>
                <w:noProof/>
              </w:rPr>
              <w:t>2. PODRUČJE PRIMJENE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_Toc240964521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CE7A069" w14:textId="7F2D18A6" w:rsidR="002278FA" w:rsidRDefault="002278FA">
          <w:pPr>
            <w:pStyle w:val="TOC1"/>
            <w:tabs>
              <w:tab w:val="right" w:leader="dot" w:pos="8630"/>
            </w:tabs>
            <w:rPr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40964522" w:history="1">
            <w:r w:rsidRPr="00A57E69">
              <w:rPr>
                <w:rStyle w:val="Hyperlink"/>
                <w:noProof/>
              </w:rPr>
              <w:t>3. DEFINICIJE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_Toc240964522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01AE0A" w14:textId="253C99CD" w:rsidR="002278FA" w:rsidRDefault="002278FA">
          <w:pPr>
            <w:pStyle w:val="TOC1"/>
            <w:tabs>
              <w:tab w:val="right" w:leader="dot" w:pos="8630"/>
            </w:tabs>
            <w:rPr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40964523" w:history="1">
            <w:r w:rsidRPr="00A57E69">
              <w:rPr>
                <w:rStyle w:val="Hyperlink"/>
                <w:noProof/>
              </w:rPr>
              <w:t>4. OPIS MARKERA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_Toc240964523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47EA3ED" w14:textId="0C6AE934" w:rsidR="002278FA" w:rsidRDefault="002278FA">
          <w:pPr>
            <w:pStyle w:val="TOC2"/>
            <w:tabs>
              <w:tab w:val="right" w:leader="dot" w:pos="8630"/>
            </w:tabs>
            <w:rPr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40964524" w:history="1">
            <w:r w:rsidRPr="00A57E69">
              <w:rPr>
                <w:rStyle w:val="Hyperlink"/>
                <w:noProof/>
                <w:lang w:val="en-GB"/>
              </w:rPr>
              <w:t>4.1 Marker za markiranje tečnih goriva naftnog porijekla i biogoriva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_Toc240964524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963A353" w14:textId="7FA1510D" w:rsidR="002278FA" w:rsidRDefault="002278FA">
          <w:pPr>
            <w:pStyle w:val="TOC1"/>
            <w:tabs>
              <w:tab w:val="right" w:leader="dot" w:pos="8630"/>
            </w:tabs>
            <w:rPr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40964525" w:history="1">
            <w:r w:rsidRPr="00A57E69">
              <w:rPr>
                <w:rStyle w:val="Hyperlink"/>
                <w:noProof/>
              </w:rPr>
              <w:t>5. NABAVKA I ISPORUKA MARKERA U CRNU GORU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_Toc240964525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7D741B" w14:textId="65C90FCA" w:rsidR="002278FA" w:rsidRDefault="002278FA">
          <w:pPr>
            <w:pStyle w:val="TOC1"/>
            <w:tabs>
              <w:tab w:val="right" w:leader="dot" w:pos="8630"/>
            </w:tabs>
            <w:rPr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40964526" w:history="1">
            <w:r w:rsidRPr="00A57E69">
              <w:rPr>
                <w:rStyle w:val="Hyperlink"/>
                <w:noProof/>
              </w:rPr>
              <w:t>6. PRIJEM I SKLADIŠTENJE MARKERA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_Toc240964526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DBF830" w14:textId="70069B50" w:rsidR="002278FA" w:rsidRDefault="002278FA">
          <w:pPr>
            <w:pStyle w:val="TOC1"/>
            <w:tabs>
              <w:tab w:val="right" w:leader="dot" w:pos="8630"/>
            </w:tabs>
            <w:rPr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40964527" w:history="1">
            <w:r w:rsidRPr="00A57E69">
              <w:rPr>
                <w:rStyle w:val="Hyperlink"/>
                <w:noProof/>
              </w:rPr>
              <w:t>7. DISTRIBUCIJA MARKERA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_Toc240964527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CD351C" w14:textId="1ED9D22F" w:rsidR="002278FA" w:rsidRDefault="002278FA">
          <w:pPr>
            <w:pStyle w:val="TOC1"/>
            <w:tabs>
              <w:tab w:val="right" w:leader="dot" w:pos="8630"/>
            </w:tabs>
            <w:rPr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40964528" w:history="1">
            <w:r w:rsidRPr="00A57E69">
              <w:rPr>
                <w:rStyle w:val="Hyperlink"/>
                <w:noProof/>
                <w:lang w:val="sr-Latn-CS"/>
              </w:rPr>
              <w:t xml:space="preserve">8. </w:t>
            </w:r>
            <w:r w:rsidRPr="00A57E69">
              <w:rPr>
                <w:rStyle w:val="Hyperlink"/>
                <w:noProof/>
                <w:lang w:val="fr-FR"/>
              </w:rPr>
              <w:t>PODNO</w:t>
            </w:r>
            <w:r w:rsidRPr="00A57E69">
              <w:rPr>
                <w:rStyle w:val="Hyperlink"/>
                <w:noProof/>
                <w:lang w:val="sr-Latn-ME"/>
              </w:rPr>
              <w:t>Š</w:t>
            </w:r>
            <w:r w:rsidRPr="00A57E69">
              <w:rPr>
                <w:rStyle w:val="Hyperlink"/>
                <w:noProof/>
                <w:lang w:val="fr-FR"/>
              </w:rPr>
              <w:t>ENJE</w:t>
            </w:r>
            <w:r w:rsidRPr="00A57E69">
              <w:rPr>
                <w:rStyle w:val="Hyperlink"/>
                <w:noProof/>
                <w:lang w:val="sr-Latn-CS"/>
              </w:rPr>
              <w:t xml:space="preserve"> </w:t>
            </w:r>
            <w:r w:rsidRPr="00A57E69">
              <w:rPr>
                <w:rStyle w:val="Hyperlink"/>
                <w:noProof/>
                <w:lang w:val="fr-FR"/>
              </w:rPr>
              <w:t>ZAHTJEVA</w:t>
            </w:r>
            <w:r w:rsidRPr="00A57E69">
              <w:rPr>
                <w:rStyle w:val="Hyperlink"/>
                <w:noProof/>
                <w:lang w:val="sr-Latn-CS"/>
              </w:rPr>
              <w:t xml:space="preserve"> </w:t>
            </w:r>
            <w:r w:rsidRPr="00A57E69">
              <w:rPr>
                <w:rStyle w:val="Hyperlink"/>
                <w:noProof/>
                <w:lang w:val="fr-FR"/>
              </w:rPr>
              <w:t>ZA</w:t>
            </w:r>
            <w:r w:rsidRPr="00A57E69">
              <w:rPr>
                <w:rStyle w:val="Hyperlink"/>
                <w:noProof/>
                <w:lang w:val="sr-Latn-CS"/>
              </w:rPr>
              <w:t xml:space="preserve"> </w:t>
            </w:r>
            <w:r w:rsidRPr="00A57E69">
              <w:rPr>
                <w:rStyle w:val="Hyperlink"/>
                <w:noProof/>
                <w:lang w:val="fr-FR"/>
              </w:rPr>
              <w:t>MARKIRANJE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_Toc240964528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D7B4DC3" w14:textId="175DF1B7" w:rsidR="002278FA" w:rsidRDefault="002278FA">
          <w:pPr>
            <w:pStyle w:val="TOC1"/>
            <w:tabs>
              <w:tab w:val="right" w:leader="dot" w:pos="8630"/>
            </w:tabs>
            <w:rPr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40964529" w:history="1">
            <w:r w:rsidRPr="00A57E69">
              <w:rPr>
                <w:rStyle w:val="Hyperlink"/>
                <w:noProof/>
                <w:lang w:val="sr-Latn-CS"/>
              </w:rPr>
              <w:t xml:space="preserve">9. </w:t>
            </w:r>
            <w:r w:rsidRPr="00A57E69">
              <w:rPr>
                <w:rStyle w:val="Hyperlink"/>
                <w:noProof/>
              </w:rPr>
              <w:t>MJESTA</w:t>
            </w:r>
            <w:r w:rsidRPr="00A57E69">
              <w:rPr>
                <w:rStyle w:val="Hyperlink"/>
                <w:noProof/>
                <w:lang w:val="sr-Latn-CS"/>
              </w:rPr>
              <w:t xml:space="preserve"> </w:t>
            </w:r>
            <w:r w:rsidRPr="00A57E69">
              <w:rPr>
                <w:rStyle w:val="Hyperlink"/>
                <w:noProof/>
              </w:rPr>
              <w:t>MARKIRANJA</w:t>
            </w:r>
            <w:r w:rsidRPr="00A57E69">
              <w:rPr>
                <w:rStyle w:val="Hyperlink"/>
                <w:noProof/>
                <w:lang w:val="sr-Latn-CS"/>
              </w:rPr>
              <w:t xml:space="preserve"> </w:t>
            </w:r>
            <w:r w:rsidRPr="00A57E69">
              <w:rPr>
                <w:rStyle w:val="Hyperlink"/>
                <w:noProof/>
              </w:rPr>
              <w:t>DERIVATA</w:t>
            </w:r>
            <w:r w:rsidRPr="00A57E69">
              <w:rPr>
                <w:rStyle w:val="Hyperlink"/>
                <w:noProof/>
                <w:lang w:val="sr-Latn-CS"/>
              </w:rPr>
              <w:t xml:space="preserve"> </w:t>
            </w:r>
            <w:r w:rsidRPr="00A57E69">
              <w:rPr>
                <w:rStyle w:val="Hyperlink"/>
                <w:noProof/>
              </w:rPr>
              <w:t>NAFTE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_Toc240964529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62FC79" w14:textId="7221CCBF" w:rsidR="002278FA" w:rsidRDefault="002278FA">
          <w:pPr>
            <w:pStyle w:val="TOC2"/>
            <w:tabs>
              <w:tab w:val="right" w:leader="dot" w:pos="8630"/>
            </w:tabs>
            <w:rPr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40964530" w:history="1">
            <w:r w:rsidRPr="00A57E69">
              <w:rPr>
                <w:rStyle w:val="Hyperlink"/>
                <w:noProof/>
                <w:lang w:val="en-GB"/>
              </w:rPr>
              <w:t>9.1 Uvoz goriva drumskim putem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_Toc240964530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67C5E23" w14:textId="6BAAFA0B" w:rsidR="002278FA" w:rsidRDefault="002278FA">
          <w:pPr>
            <w:pStyle w:val="TOC2"/>
            <w:tabs>
              <w:tab w:val="right" w:leader="dot" w:pos="8630"/>
            </w:tabs>
            <w:rPr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40964531" w:history="1">
            <w:r w:rsidRPr="00A57E69">
              <w:rPr>
                <w:rStyle w:val="Hyperlink"/>
                <w:noProof/>
                <w:lang w:val="en-GB"/>
              </w:rPr>
              <w:t>9.2 Uvoz goriva morskim putem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_Toc240964531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3436AF" w14:textId="65EF2D71" w:rsidR="002278FA" w:rsidRDefault="002278FA">
          <w:pPr>
            <w:pStyle w:val="TOC1"/>
            <w:tabs>
              <w:tab w:val="right" w:leader="dot" w:pos="8630"/>
            </w:tabs>
            <w:rPr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40964532" w:history="1">
            <w:r w:rsidRPr="00A57E69">
              <w:rPr>
                <w:rStyle w:val="Hyperlink"/>
                <w:noProof/>
                <w:lang w:val="sr-Latn-CS"/>
              </w:rPr>
              <w:t xml:space="preserve">10. </w:t>
            </w:r>
            <w:r w:rsidRPr="00A57E69">
              <w:rPr>
                <w:rStyle w:val="Hyperlink"/>
                <w:noProof/>
              </w:rPr>
              <w:t>POSTUPAK</w:t>
            </w:r>
            <w:r w:rsidRPr="00A57E69">
              <w:rPr>
                <w:rStyle w:val="Hyperlink"/>
                <w:noProof/>
                <w:lang w:val="sr-Latn-CS"/>
              </w:rPr>
              <w:t xml:space="preserve"> </w:t>
            </w:r>
            <w:r w:rsidRPr="00A57E69">
              <w:rPr>
                <w:rStyle w:val="Hyperlink"/>
                <w:noProof/>
              </w:rPr>
              <w:t>MARKIRANJA</w:t>
            </w:r>
            <w:r w:rsidRPr="00A57E69">
              <w:rPr>
                <w:rStyle w:val="Hyperlink"/>
                <w:noProof/>
                <w:lang w:val="sr-Latn-CS"/>
              </w:rPr>
              <w:t xml:space="preserve"> </w:t>
            </w:r>
            <w:r w:rsidRPr="00A57E69">
              <w:rPr>
                <w:rStyle w:val="Hyperlink"/>
                <w:noProof/>
              </w:rPr>
              <w:t>DERIVATA</w:t>
            </w:r>
            <w:r w:rsidRPr="00A57E69">
              <w:rPr>
                <w:rStyle w:val="Hyperlink"/>
                <w:noProof/>
                <w:lang w:val="sr-Latn-CS"/>
              </w:rPr>
              <w:t xml:space="preserve"> </w:t>
            </w:r>
            <w:r w:rsidRPr="00A57E69">
              <w:rPr>
                <w:rStyle w:val="Hyperlink"/>
                <w:noProof/>
              </w:rPr>
              <w:t>NAFTE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_Toc240964532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A22CCD5" w14:textId="142671CD" w:rsidR="002278FA" w:rsidRDefault="002278FA">
          <w:pPr>
            <w:pStyle w:val="TOC2"/>
            <w:tabs>
              <w:tab w:val="right" w:leader="dot" w:pos="8630"/>
            </w:tabs>
            <w:rPr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40964533" w:history="1">
            <w:r w:rsidRPr="00A57E69">
              <w:rPr>
                <w:rStyle w:val="Hyperlink"/>
                <w:noProof/>
                <w:lang w:val="sr-Latn-CS"/>
              </w:rPr>
              <w:t xml:space="preserve">10.1 </w:t>
            </w:r>
            <w:r w:rsidRPr="00A57E69">
              <w:rPr>
                <w:rStyle w:val="Hyperlink"/>
                <w:noProof/>
                <w:lang w:val="en-GB"/>
              </w:rPr>
              <w:t>Nivo</w:t>
            </w:r>
            <w:r w:rsidRPr="00A57E69">
              <w:rPr>
                <w:rStyle w:val="Hyperlink"/>
                <w:noProof/>
                <w:lang w:val="sr-Latn-CS"/>
              </w:rPr>
              <w:t xml:space="preserve"> </w:t>
            </w:r>
            <w:r w:rsidRPr="00A57E69">
              <w:rPr>
                <w:rStyle w:val="Hyperlink"/>
                <w:noProof/>
                <w:lang w:val="en-GB"/>
              </w:rPr>
              <w:t>doziranja</w:t>
            </w:r>
            <w:r w:rsidRPr="00A57E69">
              <w:rPr>
                <w:rStyle w:val="Hyperlink"/>
                <w:noProof/>
                <w:lang w:val="sr-Latn-CS"/>
              </w:rPr>
              <w:t xml:space="preserve"> </w:t>
            </w:r>
            <w:r w:rsidRPr="00A57E69">
              <w:rPr>
                <w:rStyle w:val="Hyperlink"/>
                <w:noProof/>
                <w:lang w:val="en-GB"/>
              </w:rPr>
              <w:t>markera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_Toc240964533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1911EC" w14:textId="6E83334D" w:rsidR="002278FA" w:rsidRDefault="002278FA">
          <w:pPr>
            <w:pStyle w:val="TOC2"/>
            <w:tabs>
              <w:tab w:val="right" w:leader="dot" w:pos="8630"/>
            </w:tabs>
            <w:rPr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40964534" w:history="1">
            <w:r w:rsidRPr="00A57E69">
              <w:rPr>
                <w:rStyle w:val="Hyperlink"/>
                <w:noProof/>
                <w:lang w:val="sr-Latn-CS"/>
              </w:rPr>
              <w:t xml:space="preserve">10.2 </w:t>
            </w:r>
            <w:r w:rsidRPr="00A57E69">
              <w:rPr>
                <w:rStyle w:val="Hyperlink"/>
                <w:noProof/>
                <w:lang w:val="en-GB"/>
              </w:rPr>
              <w:t>Markiranje</w:t>
            </w:r>
            <w:r w:rsidRPr="00A57E69">
              <w:rPr>
                <w:rStyle w:val="Hyperlink"/>
                <w:noProof/>
                <w:lang w:val="sr-Latn-CS"/>
              </w:rPr>
              <w:t xml:space="preserve"> </w:t>
            </w:r>
            <w:r w:rsidRPr="00A57E69">
              <w:rPr>
                <w:rStyle w:val="Hyperlink"/>
                <w:noProof/>
                <w:lang w:val="en-GB"/>
              </w:rPr>
              <w:t>goriva</w:t>
            </w:r>
            <w:r w:rsidRPr="00A57E69">
              <w:rPr>
                <w:rStyle w:val="Hyperlink"/>
                <w:noProof/>
                <w:lang w:val="sr-Latn-CS"/>
              </w:rPr>
              <w:t xml:space="preserve"> </w:t>
            </w:r>
            <w:r w:rsidRPr="00A57E69">
              <w:rPr>
                <w:rStyle w:val="Hyperlink"/>
                <w:noProof/>
                <w:lang w:val="en-GB"/>
              </w:rPr>
              <w:t>u</w:t>
            </w:r>
            <w:r w:rsidRPr="00A57E69">
              <w:rPr>
                <w:rStyle w:val="Hyperlink"/>
                <w:noProof/>
                <w:lang w:val="sr-Latn-CS"/>
              </w:rPr>
              <w:t xml:space="preserve"> </w:t>
            </w:r>
            <w:r w:rsidRPr="00A57E69">
              <w:rPr>
                <w:rStyle w:val="Hyperlink"/>
                <w:noProof/>
                <w:lang w:val="en-GB"/>
              </w:rPr>
              <w:t>auto</w:t>
            </w:r>
            <w:r w:rsidRPr="00A57E69">
              <w:rPr>
                <w:rStyle w:val="Hyperlink"/>
                <w:noProof/>
                <w:lang w:val="sr-Latn-CS"/>
              </w:rPr>
              <w:t>-</w:t>
            </w:r>
            <w:r w:rsidRPr="00A57E69">
              <w:rPr>
                <w:rStyle w:val="Hyperlink"/>
                <w:noProof/>
                <w:lang w:val="en-GB"/>
              </w:rPr>
              <w:t>cisternama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_Toc240964534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0D15F07" w14:textId="42FC0183" w:rsidR="002278FA" w:rsidRDefault="002278FA">
          <w:pPr>
            <w:pStyle w:val="TOC2"/>
            <w:tabs>
              <w:tab w:val="right" w:leader="dot" w:pos="8630"/>
            </w:tabs>
            <w:rPr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40964535" w:history="1">
            <w:r w:rsidRPr="00A57E69">
              <w:rPr>
                <w:rStyle w:val="Hyperlink"/>
                <w:noProof/>
                <w:lang w:val="fr-FR"/>
              </w:rPr>
              <w:t>10.3 Markiranje goriva u plovnim objektima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_Toc240964535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3776A5" w14:textId="291C8449" w:rsidR="002278FA" w:rsidRDefault="002278FA">
          <w:pPr>
            <w:pStyle w:val="TOC2"/>
            <w:tabs>
              <w:tab w:val="right" w:leader="dot" w:pos="8630"/>
            </w:tabs>
            <w:rPr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40964536" w:history="1">
            <w:r w:rsidRPr="00A57E69">
              <w:rPr>
                <w:rStyle w:val="Hyperlink"/>
                <w:noProof/>
                <w:lang w:val="fr-FR"/>
              </w:rPr>
              <w:t>10.4 Markiranje goriva u skladi</w:t>
            </w:r>
            <w:r w:rsidRPr="00A57E69">
              <w:rPr>
                <w:rStyle w:val="Hyperlink"/>
                <w:noProof/>
                <w:lang w:val="sr-Latn-ME"/>
              </w:rPr>
              <w:t>šnim rezervoarima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_Toc240964536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CF6F63" w14:textId="486525B1" w:rsidR="002278FA" w:rsidRDefault="002278FA">
          <w:pPr>
            <w:pStyle w:val="TOC1"/>
            <w:tabs>
              <w:tab w:val="right" w:leader="dot" w:pos="8630"/>
            </w:tabs>
            <w:rPr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40964537" w:history="1">
            <w:r w:rsidRPr="00A57E69">
              <w:rPr>
                <w:rStyle w:val="Hyperlink"/>
                <w:noProof/>
                <w:lang w:val="sr-Latn-CS"/>
              </w:rPr>
              <w:t>11. POTVRDA O IZVRŠENOM MARKIRANJU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_Toc240964537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F0DB77" w14:textId="71972A03" w:rsidR="002278FA" w:rsidRDefault="002278FA">
          <w:pPr>
            <w:pStyle w:val="TOC2"/>
            <w:tabs>
              <w:tab w:val="right" w:leader="dot" w:pos="8630"/>
            </w:tabs>
            <w:rPr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40964538" w:history="1">
            <w:r w:rsidRPr="00A57E69">
              <w:rPr>
                <w:rStyle w:val="Hyperlink"/>
                <w:noProof/>
                <w:lang w:val="sr-Latn-CS"/>
              </w:rPr>
              <w:t xml:space="preserve">11.1 </w:t>
            </w:r>
            <w:r w:rsidRPr="00A57E69">
              <w:rPr>
                <w:rStyle w:val="Hyperlink"/>
                <w:noProof/>
                <w:lang w:val="en-GB"/>
              </w:rPr>
              <w:t>Potvrda</w:t>
            </w:r>
            <w:r w:rsidRPr="00A57E69">
              <w:rPr>
                <w:rStyle w:val="Hyperlink"/>
                <w:noProof/>
                <w:lang w:val="sr-Latn-CS"/>
              </w:rPr>
              <w:t xml:space="preserve"> </w:t>
            </w:r>
            <w:r w:rsidRPr="00A57E69">
              <w:rPr>
                <w:rStyle w:val="Hyperlink"/>
                <w:noProof/>
                <w:lang w:val="en-GB"/>
              </w:rPr>
              <w:t>o</w:t>
            </w:r>
            <w:r w:rsidRPr="00A57E69">
              <w:rPr>
                <w:rStyle w:val="Hyperlink"/>
                <w:noProof/>
                <w:lang w:val="sr-Latn-CS"/>
              </w:rPr>
              <w:t xml:space="preserve"> </w:t>
            </w:r>
            <w:r w:rsidRPr="00A57E69">
              <w:rPr>
                <w:rStyle w:val="Hyperlink"/>
                <w:noProof/>
                <w:lang w:val="en-GB"/>
              </w:rPr>
              <w:t>izvr</w:t>
            </w:r>
            <w:r w:rsidRPr="00A57E69">
              <w:rPr>
                <w:rStyle w:val="Hyperlink"/>
                <w:noProof/>
                <w:lang w:val="sr-Latn-CS"/>
              </w:rPr>
              <w:t>š</w:t>
            </w:r>
            <w:r w:rsidRPr="00A57E69">
              <w:rPr>
                <w:rStyle w:val="Hyperlink"/>
                <w:noProof/>
                <w:lang w:val="en-GB"/>
              </w:rPr>
              <w:t>enom</w:t>
            </w:r>
            <w:r w:rsidRPr="00A57E69">
              <w:rPr>
                <w:rStyle w:val="Hyperlink"/>
                <w:noProof/>
                <w:lang w:val="sr-Latn-CS"/>
              </w:rPr>
              <w:t xml:space="preserve"> </w:t>
            </w:r>
            <w:r w:rsidRPr="00A57E69">
              <w:rPr>
                <w:rStyle w:val="Hyperlink"/>
                <w:noProof/>
                <w:lang w:val="en-GB"/>
              </w:rPr>
              <w:t>markiranju</w:t>
            </w:r>
            <w:r w:rsidRPr="00A57E69">
              <w:rPr>
                <w:rStyle w:val="Hyperlink"/>
                <w:noProof/>
                <w:lang w:val="sr-Latn-CS"/>
              </w:rPr>
              <w:t xml:space="preserve"> i sledljivost goriva </w:t>
            </w:r>
            <w:r w:rsidRPr="00A57E69">
              <w:rPr>
                <w:rStyle w:val="Hyperlink"/>
                <w:noProof/>
                <w:lang w:val="en-GB"/>
              </w:rPr>
              <w:t>prilikom</w:t>
            </w:r>
            <w:r w:rsidRPr="00A57E69">
              <w:rPr>
                <w:rStyle w:val="Hyperlink"/>
                <w:noProof/>
                <w:lang w:val="sr-Latn-CS"/>
              </w:rPr>
              <w:t xml:space="preserve"> </w:t>
            </w:r>
            <w:r w:rsidRPr="00A57E69">
              <w:rPr>
                <w:rStyle w:val="Hyperlink"/>
                <w:noProof/>
                <w:lang w:val="en-GB"/>
              </w:rPr>
              <w:t>isporuke</w:t>
            </w:r>
            <w:r w:rsidRPr="00A57E69">
              <w:rPr>
                <w:rStyle w:val="Hyperlink"/>
                <w:noProof/>
                <w:lang w:val="sr-Latn-CS"/>
              </w:rPr>
              <w:t xml:space="preserve"> </w:t>
            </w:r>
            <w:r w:rsidRPr="00A57E69">
              <w:rPr>
                <w:rStyle w:val="Hyperlink"/>
                <w:noProof/>
                <w:lang w:val="en-GB"/>
              </w:rPr>
              <w:t>na</w:t>
            </w:r>
            <w:r w:rsidRPr="00A57E69">
              <w:rPr>
                <w:rStyle w:val="Hyperlink"/>
                <w:noProof/>
                <w:lang w:val="sr-Latn-CS"/>
              </w:rPr>
              <w:t xml:space="preserve"> </w:t>
            </w:r>
            <w:r w:rsidRPr="00A57E69">
              <w:rPr>
                <w:rStyle w:val="Hyperlink"/>
                <w:noProof/>
                <w:lang w:val="en-GB"/>
              </w:rPr>
              <w:t>maloprodajne</w:t>
            </w:r>
            <w:r w:rsidRPr="00A57E69">
              <w:rPr>
                <w:rStyle w:val="Hyperlink"/>
                <w:noProof/>
                <w:lang w:val="sr-Latn-CS"/>
              </w:rPr>
              <w:t xml:space="preserve"> </w:t>
            </w:r>
            <w:r w:rsidRPr="00A57E69">
              <w:rPr>
                <w:rStyle w:val="Hyperlink"/>
                <w:noProof/>
                <w:lang w:val="en-GB"/>
              </w:rPr>
              <w:t>objekte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_Toc240964538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4204E68" w14:textId="0B85A99A" w:rsidR="002278FA" w:rsidRDefault="002278FA">
          <w:pPr>
            <w:pStyle w:val="TOC1"/>
            <w:tabs>
              <w:tab w:val="right" w:leader="dot" w:pos="8630"/>
            </w:tabs>
            <w:rPr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40964539" w:history="1">
            <w:r w:rsidRPr="00A57E69">
              <w:rPr>
                <w:rStyle w:val="Hyperlink"/>
                <w:noProof/>
                <w:lang w:val="sr-Latn-CS"/>
              </w:rPr>
              <w:t>12. KONTROLA PRISUSTVA I KONCENTRACIJE MARKERA U DERIVATIMA NAFTE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_Toc240964539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66CAE17" w14:textId="19E3BFCF" w:rsidR="002278FA" w:rsidRDefault="002278FA">
          <w:pPr>
            <w:pStyle w:val="TOC2"/>
            <w:tabs>
              <w:tab w:val="right" w:leader="dot" w:pos="8630"/>
            </w:tabs>
            <w:rPr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40964540" w:history="1">
            <w:r w:rsidRPr="00A57E69">
              <w:rPr>
                <w:rStyle w:val="Hyperlink"/>
                <w:noProof/>
                <w:lang w:val="en-GB"/>
              </w:rPr>
              <w:t>12.1 Uzorkovanje i merenje koncentracije markera radi izdavanja izvještaja o provjeri koncentracije markera nakon markiranja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_Toc240964540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5F9F0B" w14:textId="74E0F754" w:rsidR="002278FA" w:rsidRDefault="002278FA">
          <w:pPr>
            <w:pStyle w:val="TOC2"/>
            <w:tabs>
              <w:tab w:val="right" w:leader="dot" w:pos="8630"/>
            </w:tabs>
            <w:rPr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40964541" w:history="1">
            <w:r w:rsidRPr="00A57E69">
              <w:rPr>
                <w:rStyle w:val="Hyperlink"/>
                <w:noProof/>
                <w:lang w:val="fr-FR"/>
              </w:rPr>
              <w:t>12.2 Merenje koncentracije markera na terenu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_Toc240964541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965380C" w14:textId="639532F0" w:rsidR="002278FA" w:rsidRDefault="002278FA">
          <w:pPr>
            <w:pStyle w:val="TOC2"/>
            <w:tabs>
              <w:tab w:val="right" w:leader="dot" w:pos="8630"/>
            </w:tabs>
            <w:rPr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40964542" w:history="1">
            <w:r w:rsidRPr="00A57E69">
              <w:rPr>
                <w:rStyle w:val="Hyperlink"/>
                <w:noProof/>
                <w:lang w:val="sr-Latn-CS"/>
              </w:rPr>
              <w:t xml:space="preserve">12.3 </w:t>
            </w:r>
            <w:r w:rsidRPr="00A57E69">
              <w:rPr>
                <w:rStyle w:val="Hyperlink"/>
                <w:noProof/>
                <w:lang w:val="en-GB"/>
              </w:rPr>
              <w:t>Merenje</w:t>
            </w:r>
            <w:r w:rsidRPr="00A57E69">
              <w:rPr>
                <w:rStyle w:val="Hyperlink"/>
                <w:noProof/>
                <w:lang w:val="sr-Latn-CS"/>
              </w:rPr>
              <w:t xml:space="preserve"> </w:t>
            </w:r>
            <w:r w:rsidRPr="00A57E69">
              <w:rPr>
                <w:rStyle w:val="Hyperlink"/>
                <w:noProof/>
                <w:lang w:val="en-GB"/>
              </w:rPr>
              <w:t>koncentracije</w:t>
            </w:r>
            <w:r w:rsidRPr="00A57E69">
              <w:rPr>
                <w:rStyle w:val="Hyperlink"/>
                <w:noProof/>
                <w:lang w:val="sr-Latn-CS"/>
              </w:rPr>
              <w:t xml:space="preserve"> </w:t>
            </w:r>
            <w:r w:rsidRPr="00A57E69">
              <w:rPr>
                <w:rStyle w:val="Hyperlink"/>
                <w:noProof/>
                <w:lang w:val="en-GB"/>
              </w:rPr>
              <w:t>markera</w:t>
            </w:r>
            <w:r w:rsidRPr="00A57E69">
              <w:rPr>
                <w:rStyle w:val="Hyperlink"/>
                <w:noProof/>
                <w:lang w:val="sr-Latn-CS"/>
              </w:rPr>
              <w:t xml:space="preserve"> </w:t>
            </w:r>
            <w:r w:rsidRPr="00A57E69">
              <w:rPr>
                <w:rStyle w:val="Hyperlink"/>
                <w:noProof/>
                <w:lang w:val="en-GB"/>
              </w:rPr>
              <w:t>u</w:t>
            </w:r>
            <w:r w:rsidRPr="00A57E69">
              <w:rPr>
                <w:rStyle w:val="Hyperlink"/>
                <w:noProof/>
                <w:lang w:val="sr-Latn-CS"/>
              </w:rPr>
              <w:t xml:space="preserve"> </w:t>
            </w:r>
            <w:r w:rsidRPr="00A57E69">
              <w:rPr>
                <w:rStyle w:val="Hyperlink"/>
                <w:noProof/>
                <w:lang w:val="en-GB"/>
              </w:rPr>
              <w:t>laboratoriji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_Toc240964542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23F009" w14:textId="5FDB01D5" w:rsidR="002278FA" w:rsidRDefault="002278FA">
          <w:pPr>
            <w:pStyle w:val="TOC1"/>
            <w:tabs>
              <w:tab w:val="right" w:leader="dot" w:pos="8630"/>
            </w:tabs>
            <w:rPr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40964543" w:history="1">
            <w:r w:rsidRPr="00A57E69">
              <w:rPr>
                <w:rStyle w:val="Hyperlink"/>
                <w:noProof/>
                <w:lang w:val="sr-Latn-CS"/>
              </w:rPr>
              <w:t>13. VANREDNO UZORKOVANJE I MJERENJE KONCENTRACIJE MARKERA NA ZAHTJEV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_Toc240964543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BC74A4" w14:textId="5460EC52" w:rsidR="002278FA" w:rsidRDefault="002278FA">
          <w:pPr>
            <w:pStyle w:val="TOC1"/>
            <w:tabs>
              <w:tab w:val="right" w:leader="dot" w:pos="8630"/>
            </w:tabs>
            <w:rPr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40964544" w:history="1">
            <w:r w:rsidRPr="00A57E69">
              <w:rPr>
                <w:rStyle w:val="Hyperlink"/>
                <w:noProof/>
                <w:lang w:val="sr-Latn-CS"/>
              </w:rPr>
              <w:t>14. IZVJEŠTAVANJE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_Toc240964544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D39C95" w14:textId="12C7DE67" w:rsidR="002278FA" w:rsidRDefault="002278FA">
          <w:pPr>
            <w:pStyle w:val="TOC1"/>
            <w:tabs>
              <w:tab w:val="right" w:leader="dot" w:pos="8630"/>
            </w:tabs>
            <w:rPr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40964545" w:history="1">
            <w:r w:rsidRPr="00A57E69">
              <w:rPr>
                <w:rStyle w:val="Hyperlink"/>
                <w:noProof/>
              </w:rPr>
              <w:t>Prilog</w:t>
            </w:r>
            <w:r w:rsidRPr="00A57E69">
              <w:rPr>
                <w:rStyle w:val="Hyperlink"/>
                <w:noProof/>
                <w:lang w:val="sr-Latn-CS"/>
              </w:rPr>
              <w:t xml:space="preserve"> 1 – </w:t>
            </w:r>
            <w:r w:rsidRPr="00A57E69">
              <w:rPr>
                <w:rStyle w:val="Hyperlink"/>
                <w:noProof/>
              </w:rPr>
              <w:t>PODACI</w:t>
            </w:r>
            <w:r w:rsidRPr="00A57E69">
              <w:rPr>
                <w:rStyle w:val="Hyperlink"/>
                <w:noProof/>
                <w:lang w:val="sr-Latn-CS"/>
              </w:rPr>
              <w:t xml:space="preserve"> </w:t>
            </w:r>
            <w:r w:rsidRPr="00A57E69">
              <w:rPr>
                <w:rStyle w:val="Hyperlink"/>
                <w:noProof/>
              </w:rPr>
              <w:t>SADR</w:t>
            </w:r>
            <w:r w:rsidRPr="00A57E69">
              <w:rPr>
                <w:rStyle w:val="Hyperlink"/>
                <w:noProof/>
                <w:lang w:val="sr-Latn-CS"/>
              </w:rPr>
              <w:t>Ž</w:t>
            </w:r>
            <w:r w:rsidRPr="00A57E69">
              <w:rPr>
                <w:rStyle w:val="Hyperlink"/>
                <w:noProof/>
              </w:rPr>
              <w:t>ANI</w:t>
            </w:r>
            <w:r w:rsidRPr="00A57E69">
              <w:rPr>
                <w:rStyle w:val="Hyperlink"/>
                <w:noProof/>
                <w:lang w:val="sr-Latn-CS"/>
              </w:rPr>
              <w:t xml:space="preserve"> </w:t>
            </w:r>
            <w:r w:rsidRPr="00A57E69">
              <w:rPr>
                <w:rStyle w:val="Hyperlink"/>
                <w:noProof/>
              </w:rPr>
              <w:t>U</w:t>
            </w:r>
            <w:r w:rsidRPr="00A57E69">
              <w:rPr>
                <w:rStyle w:val="Hyperlink"/>
                <w:noProof/>
                <w:lang w:val="sr-Latn-CS"/>
              </w:rPr>
              <w:t xml:space="preserve"> </w:t>
            </w:r>
            <w:r w:rsidRPr="00A57E69">
              <w:rPr>
                <w:rStyle w:val="Hyperlink"/>
                <w:noProof/>
              </w:rPr>
              <w:t>ZAHTJEVU</w:t>
            </w:r>
            <w:r w:rsidRPr="00A57E69">
              <w:rPr>
                <w:rStyle w:val="Hyperlink"/>
                <w:noProof/>
                <w:lang w:val="sr-Latn-CS"/>
              </w:rPr>
              <w:t xml:space="preserve"> </w:t>
            </w:r>
            <w:r w:rsidRPr="00A57E69">
              <w:rPr>
                <w:rStyle w:val="Hyperlink"/>
                <w:noProof/>
              </w:rPr>
              <w:t>ZA</w:t>
            </w:r>
            <w:r w:rsidRPr="00A57E69">
              <w:rPr>
                <w:rStyle w:val="Hyperlink"/>
                <w:noProof/>
                <w:lang w:val="sr-Latn-CS"/>
              </w:rPr>
              <w:t xml:space="preserve"> </w:t>
            </w:r>
            <w:r w:rsidRPr="00A57E69">
              <w:rPr>
                <w:rStyle w:val="Hyperlink"/>
                <w:noProof/>
              </w:rPr>
              <w:t>MARKIRANJE</w:t>
            </w:r>
            <w:r w:rsidRPr="00A57E69">
              <w:rPr>
                <w:rStyle w:val="Hyperlink"/>
                <w:noProof/>
                <w:lang w:val="sr-Latn-CS"/>
              </w:rPr>
              <w:t xml:space="preserve"> </w:t>
            </w:r>
            <w:r w:rsidRPr="00A57E69">
              <w:rPr>
                <w:rStyle w:val="Hyperlink"/>
                <w:noProof/>
              </w:rPr>
              <w:t>DERIVATA</w:t>
            </w:r>
            <w:r w:rsidRPr="00A57E69">
              <w:rPr>
                <w:rStyle w:val="Hyperlink"/>
                <w:noProof/>
                <w:lang w:val="sr-Latn-CS"/>
              </w:rPr>
              <w:t xml:space="preserve"> </w:t>
            </w:r>
            <w:r w:rsidRPr="00A57E69">
              <w:rPr>
                <w:rStyle w:val="Hyperlink"/>
                <w:noProof/>
              </w:rPr>
              <w:t>NAFTE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_Toc240964545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2AD445" w14:textId="11BF856F" w:rsidR="002278FA" w:rsidRDefault="002278FA">
          <w:pPr>
            <w:pStyle w:val="TOC1"/>
            <w:tabs>
              <w:tab w:val="right" w:leader="dot" w:pos="8630"/>
            </w:tabs>
            <w:rPr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40964546" w:history="1">
            <w:r w:rsidRPr="00A57E69">
              <w:rPr>
                <w:rStyle w:val="Hyperlink"/>
                <w:noProof/>
              </w:rPr>
              <w:t>Prilog 2 – PODACI SADRŽANI U POTVRDI O IZVRŠENOM MARKIRANJU GORIVA U AUTOCISTERNI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_Toc240964546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1E5A98" w14:textId="61BF3896" w:rsidR="002278FA" w:rsidRDefault="002278FA">
          <w:pPr>
            <w:pStyle w:val="TOC1"/>
            <w:tabs>
              <w:tab w:val="right" w:leader="dot" w:pos="8630"/>
            </w:tabs>
            <w:rPr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40964547" w:history="1">
            <w:r w:rsidRPr="00A57E69">
              <w:rPr>
                <w:rStyle w:val="Hyperlink"/>
                <w:noProof/>
                <w:lang w:val="fr-FR"/>
              </w:rPr>
              <w:t>Prilog 3 – PODACI SADRŽANI U POTVRDI O IZVRŠENOM MARKIRANJU GORIVA U PLOVNOM OBJEKTU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_Toc240964547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8658E8" w14:textId="6D5FD6D1" w:rsidR="002278FA" w:rsidRDefault="002278FA">
          <w:pPr>
            <w:pStyle w:val="TOC1"/>
            <w:tabs>
              <w:tab w:val="right" w:leader="dot" w:pos="8630"/>
            </w:tabs>
            <w:rPr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240964548" w:history="1">
            <w:r w:rsidRPr="00A57E69">
              <w:rPr>
                <w:rStyle w:val="Hyperlink"/>
                <w:noProof/>
                <w:lang w:val="fr-FR"/>
              </w:rPr>
              <w:t>Prilog 4 – PODACI SADRŽANI U POTVRDI O IZVRŠENOM MARKIRANJU GORIVA U SKLADIŠNOM REZERVOARU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_Toc240964548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91E91D" w14:textId="2A24FBFA" w:rsidR="00115B6E" w:rsidRDefault="00115B6E">
          <w:r>
            <w:rPr>
              <w:b/>
              <w:bCs/>
              <w:noProof/>
            </w:rPr>
            <w:fldChar w:fldCharType="end"/>
          </w:r>
        </w:p>
      </w:sdtContent>
    </w:sdt>
    <w:p w14:paraId="2FA21230" w14:textId="74E29405" w:rsidR="00115B6E" w:rsidRDefault="00115B6E">
      <w:pPr>
        <w:rPr>
          <w:lang w:val="en-GB"/>
        </w:rPr>
      </w:pPr>
      <w:r>
        <w:rPr>
          <w:lang w:val="en-GB"/>
        </w:rPr>
        <w:br w:type="page"/>
      </w:r>
    </w:p>
    <w:p w14:paraId="1FC424B0" w14:textId="76E0E440" w:rsidR="009B0475" w:rsidRPr="009B0475" w:rsidRDefault="009B0475" w:rsidP="009B0475">
      <w:pPr>
        <w:jc w:val="both"/>
        <w:rPr>
          <w:lang w:val="en-GB"/>
        </w:rPr>
      </w:pPr>
      <w:r w:rsidRPr="009B0475">
        <w:rPr>
          <w:lang w:val="en-GB"/>
        </w:rPr>
        <w:lastRenderedPageBreak/>
        <w:t xml:space="preserve">U </w:t>
      </w:r>
      <w:proofErr w:type="spellStart"/>
      <w:r w:rsidRPr="009B0475">
        <w:rPr>
          <w:lang w:val="en-GB"/>
        </w:rPr>
        <w:t>cilju</w:t>
      </w:r>
      <w:proofErr w:type="spellEnd"/>
      <w:r w:rsidRPr="009B0475">
        <w:rPr>
          <w:lang w:val="en-GB"/>
        </w:rPr>
        <w:t xml:space="preserve"> </w:t>
      </w:r>
      <w:proofErr w:type="spellStart"/>
      <w:r w:rsidRPr="009B0475">
        <w:rPr>
          <w:lang w:val="en-GB"/>
        </w:rPr>
        <w:t>jedinstvene</w:t>
      </w:r>
      <w:proofErr w:type="spellEnd"/>
      <w:r w:rsidRPr="009B0475">
        <w:rPr>
          <w:lang w:val="en-GB"/>
        </w:rPr>
        <w:t xml:space="preserve"> </w:t>
      </w:r>
      <w:proofErr w:type="spellStart"/>
      <w:r w:rsidRPr="009B0475">
        <w:rPr>
          <w:lang w:val="en-GB"/>
        </w:rPr>
        <w:t>primjene</w:t>
      </w:r>
      <w:proofErr w:type="spellEnd"/>
      <w:r w:rsidRPr="009B0475">
        <w:rPr>
          <w:lang w:val="en-GB"/>
        </w:rPr>
        <w:t xml:space="preserve"> </w:t>
      </w:r>
      <w:proofErr w:type="spellStart"/>
      <w:r w:rsidRPr="009B0475">
        <w:rPr>
          <w:lang w:val="en-GB"/>
        </w:rPr>
        <w:t>odredbi</w:t>
      </w:r>
      <w:proofErr w:type="spellEnd"/>
      <w:r w:rsidRPr="009B0475">
        <w:rPr>
          <w:lang w:val="en-GB"/>
        </w:rPr>
        <w:t xml:space="preserve"> </w:t>
      </w:r>
      <w:proofErr w:type="spellStart"/>
      <w:r w:rsidRPr="009B0475">
        <w:rPr>
          <w:lang w:val="en-GB"/>
        </w:rPr>
        <w:t>Zakona</w:t>
      </w:r>
      <w:proofErr w:type="spellEnd"/>
      <w:r w:rsidRPr="009B0475">
        <w:rPr>
          <w:lang w:val="en-GB"/>
        </w:rPr>
        <w:t xml:space="preserve"> o </w:t>
      </w:r>
      <w:proofErr w:type="spellStart"/>
      <w:r w:rsidRPr="009B0475">
        <w:rPr>
          <w:lang w:val="en-GB"/>
        </w:rPr>
        <w:t>energetici</w:t>
      </w:r>
      <w:proofErr w:type="spellEnd"/>
      <w:r w:rsidRPr="009B0475">
        <w:rPr>
          <w:lang w:val="en-GB"/>
        </w:rPr>
        <w:t xml:space="preserve"> </w:t>
      </w:r>
      <w:proofErr w:type="spellStart"/>
      <w:r w:rsidRPr="009B0475">
        <w:rPr>
          <w:lang w:val="en-GB"/>
        </w:rPr>
        <w:t>kojima</w:t>
      </w:r>
      <w:proofErr w:type="spellEnd"/>
      <w:r w:rsidRPr="009B0475">
        <w:rPr>
          <w:lang w:val="en-GB"/>
        </w:rPr>
        <w:t xml:space="preserve"> se </w:t>
      </w:r>
      <w:proofErr w:type="spellStart"/>
      <w:r w:rsidRPr="009B0475">
        <w:rPr>
          <w:lang w:val="en-GB"/>
        </w:rPr>
        <w:t>uređuje</w:t>
      </w:r>
      <w:proofErr w:type="spellEnd"/>
      <w:r w:rsidRPr="009B0475">
        <w:rPr>
          <w:lang w:val="en-GB"/>
        </w:rPr>
        <w:t xml:space="preserve"> </w:t>
      </w:r>
      <w:proofErr w:type="spellStart"/>
      <w:r w:rsidRPr="009B0475">
        <w:rPr>
          <w:lang w:val="en-GB"/>
        </w:rPr>
        <w:t>obavezno</w:t>
      </w:r>
      <w:proofErr w:type="spellEnd"/>
      <w:r w:rsidRPr="009B0475">
        <w:rPr>
          <w:lang w:val="en-GB"/>
        </w:rPr>
        <w:t xml:space="preserve"> </w:t>
      </w:r>
      <w:proofErr w:type="spellStart"/>
      <w:r w:rsidRPr="009B0475">
        <w:rPr>
          <w:lang w:val="en-GB"/>
        </w:rPr>
        <w:t>markiranje</w:t>
      </w:r>
      <w:proofErr w:type="spellEnd"/>
      <w:r w:rsidRPr="009B0475">
        <w:rPr>
          <w:lang w:val="en-GB"/>
        </w:rPr>
        <w:t xml:space="preserve"> </w:t>
      </w:r>
      <w:proofErr w:type="spellStart"/>
      <w:r w:rsidR="0032307E">
        <w:rPr>
          <w:lang w:val="en-GB"/>
        </w:rPr>
        <w:t>tečnih</w:t>
      </w:r>
      <w:proofErr w:type="spellEnd"/>
      <w:r w:rsidR="0032307E">
        <w:rPr>
          <w:lang w:val="en-GB"/>
        </w:rPr>
        <w:t xml:space="preserve"> </w:t>
      </w:r>
      <w:proofErr w:type="spellStart"/>
      <w:r w:rsidR="0032307E">
        <w:rPr>
          <w:lang w:val="en-GB"/>
        </w:rPr>
        <w:t>goriva</w:t>
      </w:r>
      <w:proofErr w:type="spellEnd"/>
      <w:r w:rsidR="0032307E">
        <w:rPr>
          <w:lang w:val="en-GB"/>
        </w:rPr>
        <w:t xml:space="preserve"> </w:t>
      </w:r>
      <w:proofErr w:type="spellStart"/>
      <w:r w:rsidR="0032307E">
        <w:rPr>
          <w:lang w:val="en-GB"/>
        </w:rPr>
        <w:t>naftnog</w:t>
      </w:r>
      <w:proofErr w:type="spellEnd"/>
      <w:r w:rsidR="0032307E">
        <w:rPr>
          <w:lang w:val="en-GB"/>
        </w:rPr>
        <w:t xml:space="preserve"> </w:t>
      </w:r>
      <w:proofErr w:type="spellStart"/>
      <w:r w:rsidR="0032307E">
        <w:rPr>
          <w:lang w:val="en-GB"/>
        </w:rPr>
        <w:t>porijekla</w:t>
      </w:r>
      <w:proofErr w:type="spellEnd"/>
      <w:r w:rsidR="0032307E">
        <w:rPr>
          <w:lang w:val="en-GB"/>
        </w:rPr>
        <w:t xml:space="preserve"> </w:t>
      </w:r>
      <w:proofErr w:type="spellStart"/>
      <w:r w:rsidR="0032307E">
        <w:rPr>
          <w:lang w:val="en-GB"/>
        </w:rPr>
        <w:t>i</w:t>
      </w:r>
      <w:proofErr w:type="spellEnd"/>
      <w:r w:rsidR="0032307E">
        <w:rPr>
          <w:lang w:val="en-GB"/>
        </w:rPr>
        <w:t xml:space="preserve"> </w:t>
      </w:r>
      <w:proofErr w:type="spellStart"/>
      <w:r w:rsidR="0032307E">
        <w:rPr>
          <w:lang w:val="en-GB"/>
        </w:rPr>
        <w:t>biogoriva</w:t>
      </w:r>
      <w:proofErr w:type="spellEnd"/>
      <w:r w:rsidRPr="009B0475">
        <w:rPr>
          <w:lang w:val="en-GB"/>
        </w:rPr>
        <w:t xml:space="preserve"> u </w:t>
      </w:r>
      <w:proofErr w:type="spellStart"/>
      <w:r w:rsidRPr="009B0475">
        <w:rPr>
          <w:lang w:val="en-GB"/>
        </w:rPr>
        <w:t>Crnoj</w:t>
      </w:r>
      <w:proofErr w:type="spellEnd"/>
      <w:r w:rsidRPr="009B0475">
        <w:rPr>
          <w:lang w:val="en-GB"/>
        </w:rPr>
        <w:t xml:space="preserve"> Gori, </w:t>
      </w:r>
      <w:proofErr w:type="spellStart"/>
      <w:r w:rsidR="00CF64A8">
        <w:rPr>
          <w:lang w:val="en-GB"/>
        </w:rPr>
        <w:t>Pružalac</w:t>
      </w:r>
      <w:proofErr w:type="spellEnd"/>
      <w:r w:rsidR="00CF64A8">
        <w:rPr>
          <w:lang w:val="en-GB"/>
        </w:rPr>
        <w:t xml:space="preserve"> </w:t>
      </w:r>
      <w:proofErr w:type="spellStart"/>
      <w:r w:rsidR="00CF64A8">
        <w:rPr>
          <w:lang w:val="en-GB"/>
        </w:rPr>
        <w:t>usluge</w:t>
      </w:r>
      <w:proofErr w:type="spellEnd"/>
      <w:r w:rsidRPr="009B0475">
        <w:rPr>
          <w:lang w:val="en-GB"/>
        </w:rPr>
        <w:t xml:space="preserve"> </w:t>
      </w:r>
      <w:proofErr w:type="spellStart"/>
      <w:r w:rsidRPr="009B0475">
        <w:rPr>
          <w:lang w:val="en-GB"/>
        </w:rPr>
        <w:t>markiranja</w:t>
      </w:r>
      <w:proofErr w:type="spellEnd"/>
      <w:r w:rsidRPr="009B0475">
        <w:rPr>
          <w:lang w:val="en-GB"/>
        </w:rPr>
        <w:t xml:space="preserve"> </w:t>
      </w:r>
      <w:proofErr w:type="spellStart"/>
      <w:r w:rsidRPr="009B0475">
        <w:rPr>
          <w:lang w:val="en-GB"/>
        </w:rPr>
        <w:t>donosi</w:t>
      </w:r>
      <w:proofErr w:type="spellEnd"/>
      <w:r w:rsidRPr="009B0475">
        <w:rPr>
          <w:lang w:val="en-GB"/>
        </w:rPr>
        <w:t>:</w:t>
      </w:r>
    </w:p>
    <w:p w14:paraId="30581E6B" w14:textId="77777777" w:rsidR="009B0475" w:rsidRPr="0086667C" w:rsidRDefault="009B0475" w:rsidP="0086667C">
      <w:pPr>
        <w:jc w:val="both"/>
        <w:rPr>
          <w:lang w:val="en-GB"/>
        </w:rPr>
      </w:pPr>
    </w:p>
    <w:p w14:paraId="5FF05D54" w14:textId="77777777" w:rsidR="009B0475" w:rsidRDefault="1BB73ABE" w:rsidP="1BB73ABE">
      <w:pPr>
        <w:jc w:val="center"/>
        <w:rPr>
          <w:b/>
          <w:bCs/>
          <w:sz w:val="32"/>
          <w:szCs w:val="32"/>
        </w:rPr>
      </w:pPr>
      <w:r w:rsidRPr="1BB73ABE">
        <w:rPr>
          <w:b/>
          <w:bCs/>
          <w:sz w:val="32"/>
          <w:szCs w:val="32"/>
        </w:rPr>
        <w:t xml:space="preserve">UPUTSTVO ZA MARKIRANJE </w:t>
      </w:r>
    </w:p>
    <w:p w14:paraId="0FB65FC5" w14:textId="16A460F0" w:rsidR="0032307E" w:rsidRDefault="0032307E" w:rsidP="1BB73ABE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TEČNIH GORIVA NAFTNOG PORIJEKLA I BIOGORIVA</w:t>
      </w:r>
    </w:p>
    <w:p w14:paraId="2B0CB17C" w14:textId="008CEBF5" w:rsidR="1BB73ABE" w:rsidRDefault="009B0475" w:rsidP="1BB73ABE">
      <w:pPr>
        <w:jc w:val="center"/>
      </w:pPr>
      <w:r>
        <w:rPr>
          <w:b/>
          <w:bCs/>
          <w:sz w:val="32"/>
          <w:szCs w:val="32"/>
        </w:rPr>
        <w:t xml:space="preserve"> U</w:t>
      </w:r>
      <w:r w:rsidR="1BB73ABE" w:rsidRPr="1BB73ABE"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CRNOJ GORI</w:t>
      </w:r>
    </w:p>
    <w:p w14:paraId="2C260389" w14:textId="77777777" w:rsidR="00FF6DCC" w:rsidRDefault="001629D7">
      <w:pPr>
        <w:pStyle w:val="Heading1"/>
      </w:pPr>
      <w:bookmarkStart w:id="0" w:name="_Toc239637979"/>
      <w:bookmarkStart w:id="1" w:name="_Toc240964520"/>
      <w:r>
        <w:t>1. SVRHA</w:t>
      </w:r>
      <w:bookmarkEnd w:id="0"/>
      <w:bookmarkEnd w:id="1"/>
    </w:p>
    <w:p w14:paraId="0A3A630A" w14:textId="68B4EC9D" w:rsidR="009B0475" w:rsidRDefault="00CA0434" w:rsidP="009B0475">
      <w:pPr>
        <w:jc w:val="both"/>
        <w:rPr>
          <w:lang w:val="en-GB"/>
        </w:rPr>
      </w:pPr>
      <w:proofErr w:type="spellStart"/>
      <w:r w:rsidRPr="00CA0434">
        <w:rPr>
          <w:lang w:val="en-GB"/>
        </w:rPr>
        <w:t>Ovim</w:t>
      </w:r>
      <w:proofErr w:type="spellEnd"/>
      <w:r w:rsidRPr="00CA0434">
        <w:rPr>
          <w:lang w:val="en-GB"/>
        </w:rPr>
        <w:t xml:space="preserve"> </w:t>
      </w:r>
      <w:proofErr w:type="spellStart"/>
      <w:r w:rsidRPr="00CA0434">
        <w:rPr>
          <w:lang w:val="en-GB"/>
        </w:rPr>
        <w:t>Uputstvom</w:t>
      </w:r>
      <w:proofErr w:type="spellEnd"/>
      <w:r w:rsidRPr="00CA0434">
        <w:rPr>
          <w:lang w:val="en-GB"/>
        </w:rPr>
        <w:t xml:space="preserve"> </w:t>
      </w:r>
      <w:proofErr w:type="spellStart"/>
      <w:r w:rsidRPr="00CA0434">
        <w:rPr>
          <w:lang w:val="en-GB"/>
        </w:rPr>
        <w:t>detaljno</w:t>
      </w:r>
      <w:proofErr w:type="spellEnd"/>
      <w:r w:rsidRPr="00CA0434">
        <w:rPr>
          <w:lang w:val="en-GB"/>
        </w:rPr>
        <w:t xml:space="preserve"> se </w:t>
      </w:r>
      <w:proofErr w:type="spellStart"/>
      <w:r w:rsidRPr="00CA0434">
        <w:rPr>
          <w:lang w:val="en-GB"/>
        </w:rPr>
        <w:t>uređuju</w:t>
      </w:r>
      <w:proofErr w:type="spellEnd"/>
      <w:r w:rsidRPr="00CA0434">
        <w:rPr>
          <w:lang w:val="en-GB"/>
        </w:rPr>
        <w:t xml:space="preserve"> </w:t>
      </w:r>
      <w:proofErr w:type="spellStart"/>
      <w:r w:rsidRPr="00CA0434">
        <w:rPr>
          <w:lang w:val="en-GB"/>
        </w:rPr>
        <w:t>postupci</w:t>
      </w:r>
      <w:proofErr w:type="spellEnd"/>
      <w:r w:rsidRPr="00CA0434">
        <w:rPr>
          <w:lang w:val="en-GB"/>
        </w:rPr>
        <w:t xml:space="preserve"> </w:t>
      </w:r>
      <w:proofErr w:type="spellStart"/>
      <w:r w:rsidRPr="00CA0434">
        <w:rPr>
          <w:lang w:val="en-GB"/>
        </w:rPr>
        <w:t>prijema</w:t>
      </w:r>
      <w:proofErr w:type="spellEnd"/>
      <w:r w:rsidRPr="00CA0434">
        <w:rPr>
          <w:lang w:val="en-GB"/>
        </w:rPr>
        <w:t xml:space="preserve">, </w:t>
      </w:r>
      <w:proofErr w:type="spellStart"/>
      <w:r w:rsidRPr="00CA0434">
        <w:rPr>
          <w:lang w:val="en-GB"/>
        </w:rPr>
        <w:t>skladištenja</w:t>
      </w:r>
      <w:proofErr w:type="spellEnd"/>
      <w:r w:rsidRPr="00CA0434">
        <w:rPr>
          <w:lang w:val="en-GB"/>
        </w:rPr>
        <w:t xml:space="preserve">, </w:t>
      </w:r>
      <w:proofErr w:type="spellStart"/>
      <w:r w:rsidRPr="00CA0434">
        <w:rPr>
          <w:lang w:val="en-GB"/>
        </w:rPr>
        <w:t>distribucije</w:t>
      </w:r>
      <w:proofErr w:type="spellEnd"/>
      <w:r w:rsidRPr="00CA0434">
        <w:rPr>
          <w:lang w:val="en-GB"/>
        </w:rPr>
        <w:t xml:space="preserve">, </w:t>
      </w:r>
      <w:proofErr w:type="spellStart"/>
      <w:r w:rsidRPr="00CA0434">
        <w:rPr>
          <w:lang w:val="en-GB"/>
        </w:rPr>
        <w:t>doziranja</w:t>
      </w:r>
      <w:proofErr w:type="spellEnd"/>
      <w:r w:rsidRPr="00CA0434">
        <w:rPr>
          <w:lang w:val="en-GB"/>
        </w:rPr>
        <w:t xml:space="preserve">, </w:t>
      </w:r>
      <w:proofErr w:type="spellStart"/>
      <w:r w:rsidRPr="00CA0434">
        <w:rPr>
          <w:lang w:val="en-GB"/>
        </w:rPr>
        <w:t>markiranja</w:t>
      </w:r>
      <w:proofErr w:type="spellEnd"/>
      <w:r w:rsidRPr="00CA0434">
        <w:rPr>
          <w:lang w:val="en-GB"/>
        </w:rPr>
        <w:t xml:space="preserve">, </w:t>
      </w:r>
      <w:proofErr w:type="spellStart"/>
      <w:r w:rsidRPr="00CA0434">
        <w:rPr>
          <w:lang w:val="en-GB"/>
        </w:rPr>
        <w:t>uzorkovanja</w:t>
      </w:r>
      <w:proofErr w:type="spellEnd"/>
      <w:r w:rsidRPr="00CA0434">
        <w:rPr>
          <w:lang w:val="en-GB"/>
        </w:rPr>
        <w:t xml:space="preserve">, </w:t>
      </w:r>
      <w:proofErr w:type="spellStart"/>
      <w:r w:rsidRPr="00CA0434">
        <w:rPr>
          <w:lang w:val="en-GB"/>
        </w:rPr>
        <w:t>kontrole</w:t>
      </w:r>
      <w:proofErr w:type="spellEnd"/>
      <w:r w:rsidRPr="00CA0434">
        <w:rPr>
          <w:lang w:val="en-GB"/>
        </w:rPr>
        <w:t xml:space="preserve"> </w:t>
      </w:r>
      <w:proofErr w:type="spellStart"/>
      <w:r w:rsidRPr="00CA0434">
        <w:rPr>
          <w:lang w:val="en-GB"/>
        </w:rPr>
        <w:t>i</w:t>
      </w:r>
      <w:proofErr w:type="spellEnd"/>
      <w:r w:rsidRPr="00CA0434">
        <w:rPr>
          <w:lang w:val="en-GB"/>
        </w:rPr>
        <w:t xml:space="preserve"> </w:t>
      </w:r>
      <w:proofErr w:type="spellStart"/>
      <w:r w:rsidRPr="00CA0434">
        <w:rPr>
          <w:lang w:val="en-GB"/>
        </w:rPr>
        <w:t>laboratorijskog</w:t>
      </w:r>
      <w:proofErr w:type="spellEnd"/>
      <w:r w:rsidRPr="00CA0434">
        <w:rPr>
          <w:lang w:val="en-GB"/>
        </w:rPr>
        <w:t xml:space="preserve"> </w:t>
      </w:r>
      <w:proofErr w:type="spellStart"/>
      <w:r w:rsidRPr="00CA0434">
        <w:rPr>
          <w:lang w:val="en-GB"/>
        </w:rPr>
        <w:t>ispitivanja</w:t>
      </w:r>
      <w:proofErr w:type="spellEnd"/>
      <w:r w:rsidRPr="00CA0434">
        <w:rPr>
          <w:lang w:val="en-GB"/>
        </w:rPr>
        <w:t xml:space="preserve"> </w:t>
      </w:r>
      <w:proofErr w:type="spellStart"/>
      <w:r w:rsidRPr="00CA0434">
        <w:rPr>
          <w:lang w:val="en-GB"/>
        </w:rPr>
        <w:t>markiranih</w:t>
      </w:r>
      <w:proofErr w:type="spellEnd"/>
      <w:r w:rsidRPr="00CA0434">
        <w:rPr>
          <w:lang w:val="en-GB"/>
        </w:rPr>
        <w:t xml:space="preserve"> </w:t>
      </w:r>
      <w:proofErr w:type="spellStart"/>
      <w:r w:rsidRPr="00CA0434">
        <w:rPr>
          <w:lang w:val="en-GB"/>
        </w:rPr>
        <w:t>tečnih</w:t>
      </w:r>
      <w:proofErr w:type="spellEnd"/>
      <w:r w:rsidRPr="00CA0434">
        <w:rPr>
          <w:lang w:val="en-GB"/>
        </w:rPr>
        <w:t xml:space="preserve"> </w:t>
      </w:r>
      <w:proofErr w:type="spellStart"/>
      <w:r w:rsidRPr="00CA0434">
        <w:rPr>
          <w:lang w:val="en-GB"/>
        </w:rPr>
        <w:t>goriva</w:t>
      </w:r>
      <w:proofErr w:type="spellEnd"/>
      <w:r w:rsidR="009B0475">
        <w:rPr>
          <w:lang w:val="en-GB"/>
        </w:rPr>
        <w:t xml:space="preserve"> </w:t>
      </w:r>
      <w:proofErr w:type="spellStart"/>
      <w:r w:rsidR="009B0475">
        <w:rPr>
          <w:lang w:val="en-GB"/>
        </w:rPr>
        <w:t>naftnog</w:t>
      </w:r>
      <w:proofErr w:type="spellEnd"/>
      <w:r w:rsidR="009B0475">
        <w:rPr>
          <w:lang w:val="en-GB"/>
        </w:rPr>
        <w:t xml:space="preserve"> </w:t>
      </w:r>
      <w:proofErr w:type="spellStart"/>
      <w:r w:rsidR="009B0475">
        <w:rPr>
          <w:lang w:val="en-GB"/>
        </w:rPr>
        <w:t>porijekla</w:t>
      </w:r>
      <w:proofErr w:type="spellEnd"/>
      <w:r w:rsidR="009B0475">
        <w:rPr>
          <w:lang w:val="en-GB"/>
        </w:rPr>
        <w:t xml:space="preserve"> </w:t>
      </w:r>
      <w:proofErr w:type="spellStart"/>
      <w:r w:rsidR="009B0475">
        <w:rPr>
          <w:lang w:val="en-GB"/>
        </w:rPr>
        <w:t>i</w:t>
      </w:r>
      <w:proofErr w:type="spellEnd"/>
      <w:r w:rsidR="009B0475">
        <w:rPr>
          <w:lang w:val="en-GB"/>
        </w:rPr>
        <w:t xml:space="preserve"> </w:t>
      </w:r>
      <w:proofErr w:type="spellStart"/>
      <w:r w:rsidR="009B0475">
        <w:rPr>
          <w:lang w:val="en-GB"/>
        </w:rPr>
        <w:t>biogoriva</w:t>
      </w:r>
      <w:proofErr w:type="spellEnd"/>
      <w:r w:rsidRPr="00CA0434">
        <w:rPr>
          <w:lang w:val="en-GB"/>
        </w:rPr>
        <w:t xml:space="preserve"> u </w:t>
      </w:r>
      <w:proofErr w:type="spellStart"/>
      <w:r w:rsidR="009B0475">
        <w:rPr>
          <w:lang w:val="en-GB"/>
        </w:rPr>
        <w:t>Crnoj</w:t>
      </w:r>
      <w:proofErr w:type="spellEnd"/>
      <w:r w:rsidR="009B0475">
        <w:rPr>
          <w:lang w:val="en-GB"/>
        </w:rPr>
        <w:t xml:space="preserve"> Gori</w:t>
      </w:r>
      <w:r w:rsidRPr="00CA0434">
        <w:rPr>
          <w:lang w:val="en-GB"/>
        </w:rPr>
        <w:t xml:space="preserve">, u </w:t>
      </w:r>
      <w:proofErr w:type="spellStart"/>
      <w:r w:rsidR="009B0475" w:rsidRPr="009B0475">
        <w:rPr>
          <w:lang w:val="en-GB"/>
        </w:rPr>
        <w:t>cilju</w:t>
      </w:r>
      <w:proofErr w:type="spellEnd"/>
      <w:r w:rsidR="009B0475" w:rsidRPr="009B0475">
        <w:rPr>
          <w:lang w:val="en-GB"/>
        </w:rPr>
        <w:t xml:space="preserve"> </w:t>
      </w:r>
      <w:proofErr w:type="spellStart"/>
      <w:r w:rsidR="009B0475" w:rsidRPr="009B0475">
        <w:rPr>
          <w:lang w:val="en-GB"/>
        </w:rPr>
        <w:t>jedinstvene</w:t>
      </w:r>
      <w:proofErr w:type="spellEnd"/>
      <w:r w:rsidR="009B0475" w:rsidRPr="009B0475">
        <w:rPr>
          <w:lang w:val="en-GB"/>
        </w:rPr>
        <w:t xml:space="preserve"> </w:t>
      </w:r>
      <w:proofErr w:type="spellStart"/>
      <w:r w:rsidR="009B0475" w:rsidRPr="009B0475">
        <w:rPr>
          <w:lang w:val="en-GB"/>
        </w:rPr>
        <w:t>primjene</w:t>
      </w:r>
      <w:proofErr w:type="spellEnd"/>
      <w:r w:rsidR="009B0475" w:rsidRPr="009B0475">
        <w:rPr>
          <w:lang w:val="en-GB"/>
        </w:rPr>
        <w:t xml:space="preserve"> </w:t>
      </w:r>
      <w:proofErr w:type="spellStart"/>
      <w:r w:rsidR="009B0475" w:rsidRPr="009B0475">
        <w:rPr>
          <w:lang w:val="en-GB"/>
        </w:rPr>
        <w:t>odredbi</w:t>
      </w:r>
      <w:proofErr w:type="spellEnd"/>
      <w:r w:rsidR="009B0475" w:rsidRPr="009B0475">
        <w:rPr>
          <w:lang w:val="en-GB"/>
        </w:rPr>
        <w:t xml:space="preserve"> </w:t>
      </w:r>
      <w:proofErr w:type="spellStart"/>
      <w:r w:rsidR="009B0475" w:rsidRPr="009B0475">
        <w:rPr>
          <w:lang w:val="en-GB"/>
        </w:rPr>
        <w:t>Zakona</w:t>
      </w:r>
      <w:proofErr w:type="spellEnd"/>
      <w:r w:rsidR="009B0475" w:rsidRPr="009B0475">
        <w:rPr>
          <w:lang w:val="en-GB"/>
        </w:rPr>
        <w:t xml:space="preserve"> o </w:t>
      </w:r>
      <w:proofErr w:type="spellStart"/>
      <w:r w:rsidR="009B0475" w:rsidRPr="009B0475">
        <w:rPr>
          <w:lang w:val="en-GB"/>
        </w:rPr>
        <w:t>energetici</w:t>
      </w:r>
      <w:proofErr w:type="spellEnd"/>
      <w:r w:rsidR="009B0475" w:rsidRPr="009B0475">
        <w:rPr>
          <w:lang w:val="en-GB"/>
        </w:rPr>
        <w:t xml:space="preserve"> </w:t>
      </w:r>
      <w:proofErr w:type="spellStart"/>
      <w:r w:rsidR="009B0475" w:rsidRPr="009B0475">
        <w:rPr>
          <w:lang w:val="en-GB"/>
        </w:rPr>
        <w:t>i</w:t>
      </w:r>
      <w:proofErr w:type="spellEnd"/>
      <w:r w:rsidR="009B0475" w:rsidRPr="009B0475">
        <w:rPr>
          <w:lang w:val="en-GB"/>
        </w:rPr>
        <w:t xml:space="preserve"> </w:t>
      </w:r>
      <w:proofErr w:type="spellStart"/>
      <w:r w:rsidR="009B0475" w:rsidRPr="009B0475">
        <w:rPr>
          <w:lang w:val="en-GB"/>
        </w:rPr>
        <w:t>propisa</w:t>
      </w:r>
      <w:proofErr w:type="spellEnd"/>
      <w:r w:rsidR="009B0475" w:rsidRPr="009B0475">
        <w:rPr>
          <w:lang w:val="en-GB"/>
        </w:rPr>
        <w:t xml:space="preserve"> </w:t>
      </w:r>
      <w:proofErr w:type="spellStart"/>
      <w:r w:rsidR="009B0475" w:rsidRPr="009B0475">
        <w:rPr>
          <w:lang w:val="en-GB"/>
        </w:rPr>
        <w:t>donesenih</w:t>
      </w:r>
      <w:proofErr w:type="spellEnd"/>
      <w:r w:rsidR="009B0475" w:rsidRPr="009B0475">
        <w:rPr>
          <w:lang w:val="en-GB"/>
        </w:rPr>
        <w:t xml:space="preserve"> </w:t>
      </w:r>
      <w:proofErr w:type="spellStart"/>
      <w:r w:rsidR="009B0475" w:rsidRPr="009B0475">
        <w:rPr>
          <w:lang w:val="en-GB"/>
        </w:rPr>
        <w:t>na</w:t>
      </w:r>
      <w:proofErr w:type="spellEnd"/>
      <w:r w:rsidR="009B0475" w:rsidRPr="009B0475">
        <w:rPr>
          <w:lang w:val="en-GB"/>
        </w:rPr>
        <w:t xml:space="preserve"> </w:t>
      </w:r>
      <w:proofErr w:type="spellStart"/>
      <w:r w:rsidR="009B0475" w:rsidRPr="009B0475">
        <w:rPr>
          <w:lang w:val="en-GB"/>
        </w:rPr>
        <w:t>osnovu</w:t>
      </w:r>
      <w:proofErr w:type="spellEnd"/>
      <w:r w:rsidR="009B0475" w:rsidRPr="009B0475">
        <w:rPr>
          <w:lang w:val="en-GB"/>
        </w:rPr>
        <w:t xml:space="preserve"> </w:t>
      </w:r>
      <w:proofErr w:type="spellStart"/>
      <w:r w:rsidR="009B0475" w:rsidRPr="009B0475">
        <w:rPr>
          <w:lang w:val="en-GB"/>
        </w:rPr>
        <w:t>tog</w:t>
      </w:r>
      <w:proofErr w:type="spellEnd"/>
      <w:r w:rsidR="009B0475" w:rsidRPr="009B0475">
        <w:rPr>
          <w:lang w:val="en-GB"/>
        </w:rPr>
        <w:t xml:space="preserve"> </w:t>
      </w:r>
      <w:proofErr w:type="spellStart"/>
      <w:r w:rsidR="009B0475" w:rsidRPr="009B0475">
        <w:rPr>
          <w:lang w:val="en-GB"/>
        </w:rPr>
        <w:t>zakona</w:t>
      </w:r>
      <w:proofErr w:type="spellEnd"/>
      <w:r w:rsidR="009B0475" w:rsidRPr="009B0475">
        <w:rPr>
          <w:lang w:val="en-GB"/>
        </w:rPr>
        <w:t xml:space="preserve"> </w:t>
      </w:r>
      <w:proofErr w:type="spellStart"/>
      <w:r w:rsidR="009B0475" w:rsidRPr="009B0475">
        <w:rPr>
          <w:lang w:val="en-GB"/>
        </w:rPr>
        <w:t>kojima</w:t>
      </w:r>
      <w:proofErr w:type="spellEnd"/>
      <w:r w:rsidR="009B0475" w:rsidRPr="009B0475">
        <w:rPr>
          <w:lang w:val="en-GB"/>
        </w:rPr>
        <w:t xml:space="preserve"> se </w:t>
      </w:r>
      <w:proofErr w:type="spellStart"/>
      <w:r w:rsidR="009B0475" w:rsidRPr="009B0475">
        <w:rPr>
          <w:lang w:val="en-GB"/>
        </w:rPr>
        <w:t>uređuje</w:t>
      </w:r>
      <w:proofErr w:type="spellEnd"/>
      <w:r w:rsidR="009B0475" w:rsidRPr="009B0475">
        <w:rPr>
          <w:lang w:val="en-GB"/>
        </w:rPr>
        <w:t xml:space="preserve"> </w:t>
      </w:r>
      <w:proofErr w:type="spellStart"/>
      <w:r w:rsidR="009B0475" w:rsidRPr="009B0475">
        <w:rPr>
          <w:lang w:val="en-GB"/>
        </w:rPr>
        <w:t>sistem</w:t>
      </w:r>
      <w:proofErr w:type="spellEnd"/>
      <w:r w:rsidR="009B0475" w:rsidRPr="009B0475">
        <w:rPr>
          <w:lang w:val="en-GB"/>
        </w:rPr>
        <w:t xml:space="preserve"> </w:t>
      </w:r>
      <w:proofErr w:type="spellStart"/>
      <w:r w:rsidR="009B0475" w:rsidRPr="009B0475">
        <w:rPr>
          <w:lang w:val="en-GB"/>
        </w:rPr>
        <w:t>markiranja</w:t>
      </w:r>
      <w:proofErr w:type="spellEnd"/>
      <w:r w:rsidR="009B0475" w:rsidRPr="009B0475">
        <w:rPr>
          <w:lang w:val="en-GB"/>
        </w:rPr>
        <w:t xml:space="preserve"> </w:t>
      </w:r>
      <w:proofErr w:type="spellStart"/>
      <w:r w:rsidR="0032307E">
        <w:rPr>
          <w:lang w:val="en-GB"/>
        </w:rPr>
        <w:t>tečnih</w:t>
      </w:r>
      <w:proofErr w:type="spellEnd"/>
      <w:r w:rsidR="0032307E">
        <w:rPr>
          <w:lang w:val="en-GB"/>
        </w:rPr>
        <w:t xml:space="preserve"> </w:t>
      </w:r>
      <w:proofErr w:type="spellStart"/>
      <w:r w:rsidR="0032307E">
        <w:rPr>
          <w:lang w:val="en-GB"/>
        </w:rPr>
        <w:t>goriva</w:t>
      </w:r>
      <w:proofErr w:type="spellEnd"/>
      <w:r w:rsidR="0032307E">
        <w:rPr>
          <w:lang w:val="en-GB"/>
        </w:rPr>
        <w:t xml:space="preserve"> </w:t>
      </w:r>
      <w:proofErr w:type="spellStart"/>
      <w:r w:rsidR="0032307E">
        <w:rPr>
          <w:lang w:val="en-GB"/>
        </w:rPr>
        <w:t>naftnog</w:t>
      </w:r>
      <w:proofErr w:type="spellEnd"/>
      <w:r w:rsidR="0032307E">
        <w:rPr>
          <w:lang w:val="en-GB"/>
        </w:rPr>
        <w:t xml:space="preserve"> </w:t>
      </w:r>
      <w:proofErr w:type="spellStart"/>
      <w:r w:rsidR="0032307E">
        <w:rPr>
          <w:lang w:val="en-GB"/>
        </w:rPr>
        <w:t>porijekla</w:t>
      </w:r>
      <w:proofErr w:type="spellEnd"/>
      <w:r w:rsidR="0032307E">
        <w:rPr>
          <w:lang w:val="en-GB"/>
        </w:rPr>
        <w:t xml:space="preserve"> </w:t>
      </w:r>
      <w:proofErr w:type="spellStart"/>
      <w:r w:rsidR="0032307E">
        <w:rPr>
          <w:lang w:val="en-GB"/>
        </w:rPr>
        <w:t>i</w:t>
      </w:r>
      <w:proofErr w:type="spellEnd"/>
      <w:r w:rsidR="0032307E">
        <w:rPr>
          <w:lang w:val="en-GB"/>
        </w:rPr>
        <w:t xml:space="preserve"> </w:t>
      </w:r>
      <w:proofErr w:type="spellStart"/>
      <w:r w:rsidR="0032307E">
        <w:rPr>
          <w:lang w:val="en-GB"/>
        </w:rPr>
        <w:t>biogoriva</w:t>
      </w:r>
      <w:proofErr w:type="spellEnd"/>
      <w:r w:rsidR="0032307E">
        <w:rPr>
          <w:lang w:val="en-GB"/>
        </w:rPr>
        <w:t>.</w:t>
      </w:r>
    </w:p>
    <w:p w14:paraId="7F456242" w14:textId="17CA6FEA" w:rsidR="0032307E" w:rsidRPr="009B0475" w:rsidRDefault="0032307E" w:rsidP="009B0475">
      <w:pPr>
        <w:jc w:val="both"/>
        <w:rPr>
          <w:lang w:val="en-GB"/>
        </w:rPr>
      </w:pPr>
      <w:proofErr w:type="spellStart"/>
      <w:r>
        <w:rPr>
          <w:lang w:val="en-GB"/>
        </w:rPr>
        <w:t>Opisi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carinskih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inspekcijskih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transportnih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skladišnih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drugih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postupaka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dati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su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isključivo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radi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određivanja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operativnih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uslova</w:t>
      </w:r>
      <w:proofErr w:type="spellEnd"/>
      <w:r>
        <w:rPr>
          <w:lang w:val="en-GB"/>
        </w:rPr>
        <w:t xml:space="preserve"> za </w:t>
      </w:r>
      <w:proofErr w:type="spellStart"/>
      <w:r>
        <w:rPr>
          <w:lang w:val="en-GB"/>
        </w:rPr>
        <w:t>izvršavanje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aktivnosti</w:t>
      </w:r>
      <w:proofErr w:type="spellEnd"/>
      <w:r>
        <w:rPr>
          <w:lang w:val="en-GB"/>
        </w:rPr>
        <w:t xml:space="preserve"> u </w:t>
      </w:r>
      <w:proofErr w:type="spellStart"/>
      <w:r>
        <w:rPr>
          <w:lang w:val="en-GB"/>
        </w:rPr>
        <w:t>okviru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programa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markiranja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i</w:t>
      </w:r>
      <w:proofErr w:type="spellEnd"/>
      <w:r>
        <w:rPr>
          <w:lang w:val="en-GB"/>
        </w:rPr>
        <w:t xml:space="preserve"> ne </w:t>
      </w:r>
      <w:proofErr w:type="spellStart"/>
      <w:r>
        <w:rPr>
          <w:lang w:val="en-GB"/>
        </w:rPr>
        <w:t>utiči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ovlaštenja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odgovornosti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način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postupanja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drugih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subjekata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utvrđene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važećim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propisima</w:t>
      </w:r>
      <w:proofErr w:type="spellEnd"/>
      <w:r>
        <w:rPr>
          <w:lang w:val="en-GB"/>
        </w:rPr>
        <w:t xml:space="preserve">. </w:t>
      </w:r>
    </w:p>
    <w:p w14:paraId="2042C7AF" w14:textId="0451E416" w:rsidR="00FF6DCC" w:rsidRDefault="001629D7">
      <w:pPr>
        <w:pStyle w:val="Heading1"/>
      </w:pPr>
      <w:bookmarkStart w:id="2" w:name="_Toc239637980"/>
      <w:bookmarkStart w:id="3" w:name="_Toc240964521"/>
      <w:r>
        <w:t xml:space="preserve">2. </w:t>
      </w:r>
      <w:r w:rsidR="00A82895">
        <w:t xml:space="preserve">PODRUČJE </w:t>
      </w:r>
      <w:r>
        <w:t>PRIMJENE</w:t>
      </w:r>
      <w:bookmarkEnd w:id="2"/>
      <w:bookmarkEnd w:id="3"/>
    </w:p>
    <w:p w14:paraId="6DAB51EA" w14:textId="0ECF3F8A" w:rsidR="00AE18D4" w:rsidRPr="00AE18D4" w:rsidRDefault="00AE18D4" w:rsidP="00AE18D4">
      <w:pPr>
        <w:jc w:val="both"/>
        <w:rPr>
          <w:lang w:val="en-GB"/>
        </w:rPr>
      </w:pPr>
      <w:proofErr w:type="spellStart"/>
      <w:r w:rsidRPr="00AE18D4">
        <w:rPr>
          <w:lang w:val="en-GB"/>
        </w:rPr>
        <w:t>Uputstvo</w:t>
      </w:r>
      <w:proofErr w:type="spellEnd"/>
      <w:r w:rsidRPr="00AE18D4">
        <w:rPr>
          <w:lang w:val="en-GB"/>
        </w:rPr>
        <w:t xml:space="preserve"> se </w:t>
      </w:r>
      <w:proofErr w:type="spellStart"/>
      <w:r w:rsidRPr="00AE18D4">
        <w:rPr>
          <w:lang w:val="en-GB"/>
        </w:rPr>
        <w:t>primjenjuje</w:t>
      </w:r>
      <w:proofErr w:type="spellEnd"/>
      <w:r w:rsidRPr="00AE18D4">
        <w:rPr>
          <w:lang w:val="en-GB"/>
        </w:rPr>
        <w:t xml:space="preserve"> </w:t>
      </w:r>
      <w:proofErr w:type="spellStart"/>
      <w:r w:rsidRPr="00AE18D4">
        <w:rPr>
          <w:lang w:val="en-GB"/>
        </w:rPr>
        <w:t>na</w:t>
      </w:r>
      <w:proofErr w:type="spellEnd"/>
      <w:r w:rsidRPr="00AE18D4">
        <w:rPr>
          <w:lang w:val="en-GB"/>
        </w:rPr>
        <w:t xml:space="preserve"> </w:t>
      </w:r>
      <w:proofErr w:type="spellStart"/>
      <w:r w:rsidRPr="00AE18D4">
        <w:rPr>
          <w:lang w:val="en-GB"/>
        </w:rPr>
        <w:t>bezolovne</w:t>
      </w:r>
      <w:proofErr w:type="spellEnd"/>
      <w:r w:rsidRPr="00AE18D4">
        <w:rPr>
          <w:lang w:val="en-GB"/>
        </w:rPr>
        <w:t xml:space="preserve"> </w:t>
      </w:r>
      <w:proofErr w:type="spellStart"/>
      <w:r w:rsidRPr="00AE18D4">
        <w:rPr>
          <w:lang w:val="en-GB"/>
        </w:rPr>
        <w:t>motorne</w:t>
      </w:r>
      <w:proofErr w:type="spellEnd"/>
      <w:r w:rsidRPr="00AE18D4">
        <w:rPr>
          <w:lang w:val="en-GB"/>
        </w:rPr>
        <w:t xml:space="preserve"> benzine, </w:t>
      </w:r>
      <w:proofErr w:type="spellStart"/>
      <w:r w:rsidRPr="00AE18D4">
        <w:rPr>
          <w:lang w:val="en-GB"/>
        </w:rPr>
        <w:t>gasna</w:t>
      </w:r>
      <w:proofErr w:type="spellEnd"/>
      <w:r w:rsidRPr="00AE18D4">
        <w:rPr>
          <w:lang w:val="en-GB"/>
        </w:rPr>
        <w:t xml:space="preserve"> </w:t>
      </w:r>
      <w:proofErr w:type="spellStart"/>
      <w:r w:rsidRPr="00AE18D4">
        <w:rPr>
          <w:lang w:val="en-GB"/>
        </w:rPr>
        <w:t>ulja</w:t>
      </w:r>
      <w:proofErr w:type="spellEnd"/>
      <w:r w:rsidRPr="00AE18D4">
        <w:rPr>
          <w:lang w:val="en-GB"/>
        </w:rPr>
        <w:t xml:space="preserve"> </w:t>
      </w:r>
      <w:proofErr w:type="spellStart"/>
      <w:r w:rsidRPr="00AE18D4">
        <w:rPr>
          <w:lang w:val="en-GB"/>
        </w:rPr>
        <w:t>i</w:t>
      </w:r>
      <w:proofErr w:type="spellEnd"/>
      <w:r w:rsidRPr="00AE18D4">
        <w:rPr>
          <w:lang w:val="en-GB"/>
        </w:rPr>
        <w:t xml:space="preserve"> </w:t>
      </w:r>
      <w:proofErr w:type="spellStart"/>
      <w:r w:rsidRPr="00AE18D4">
        <w:rPr>
          <w:lang w:val="en-GB"/>
        </w:rPr>
        <w:t>biogoriva</w:t>
      </w:r>
      <w:proofErr w:type="spellEnd"/>
      <w:r w:rsidRPr="00AE18D4">
        <w:rPr>
          <w:lang w:val="en-GB"/>
        </w:rPr>
        <w:t xml:space="preserve"> za </w:t>
      </w:r>
      <w:proofErr w:type="spellStart"/>
      <w:r w:rsidRPr="00AE18D4">
        <w:rPr>
          <w:lang w:val="en-GB"/>
        </w:rPr>
        <w:t>koja</w:t>
      </w:r>
      <w:proofErr w:type="spellEnd"/>
      <w:r w:rsidRPr="00AE18D4">
        <w:rPr>
          <w:lang w:val="en-GB"/>
        </w:rPr>
        <w:t xml:space="preserve"> je </w:t>
      </w:r>
      <w:proofErr w:type="spellStart"/>
      <w:r w:rsidRPr="00AE18D4">
        <w:rPr>
          <w:lang w:val="en-GB"/>
        </w:rPr>
        <w:t>propisana</w:t>
      </w:r>
      <w:proofErr w:type="spellEnd"/>
      <w:r w:rsidRPr="00AE18D4">
        <w:rPr>
          <w:lang w:val="en-GB"/>
        </w:rPr>
        <w:t xml:space="preserve"> </w:t>
      </w:r>
      <w:proofErr w:type="spellStart"/>
      <w:r w:rsidRPr="00AE18D4">
        <w:rPr>
          <w:lang w:val="en-GB"/>
        </w:rPr>
        <w:t>obaveza</w:t>
      </w:r>
      <w:proofErr w:type="spellEnd"/>
      <w:r w:rsidRPr="00AE18D4">
        <w:rPr>
          <w:lang w:val="en-GB"/>
        </w:rPr>
        <w:t xml:space="preserve"> </w:t>
      </w:r>
      <w:proofErr w:type="spellStart"/>
      <w:r w:rsidRPr="00AE18D4">
        <w:rPr>
          <w:lang w:val="en-GB"/>
        </w:rPr>
        <w:t>markiranja</w:t>
      </w:r>
      <w:proofErr w:type="spellEnd"/>
      <w:r w:rsidRPr="00AE18D4">
        <w:rPr>
          <w:lang w:val="en-GB"/>
        </w:rPr>
        <w:t xml:space="preserve"> u </w:t>
      </w:r>
      <w:proofErr w:type="spellStart"/>
      <w:r w:rsidRPr="00AE18D4">
        <w:rPr>
          <w:lang w:val="en-GB"/>
        </w:rPr>
        <w:t>skladu</w:t>
      </w:r>
      <w:proofErr w:type="spellEnd"/>
      <w:r w:rsidRPr="00AE18D4">
        <w:rPr>
          <w:lang w:val="en-GB"/>
        </w:rPr>
        <w:t xml:space="preserve"> </w:t>
      </w:r>
      <w:proofErr w:type="spellStart"/>
      <w:r w:rsidRPr="00AE18D4">
        <w:rPr>
          <w:lang w:val="en-GB"/>
        </w:rPr>
        <w:t>sa</w:t>
      </w:r>
      <w:proofErr w:type="spellEnd"/>
      <w:r w:rsidRPr="00AE18D4">
        <w:rPr>
          <w:lang w:val="en-GB"/>
        </w:rPr>
        <w:t xml:space="preserve"> </w:t>
      </w:r>
      <w:proofErr w:type="spellStart"/>
      <w:r w:rsidRPr="00AE18D4">
        <w:rPr>
          <w:lang w:val="en-GB"/>
        </w:rPr>
        <w:t>Zakonom</w:t>
      </w:r>
      <w:proofErr w:type="spellEnd"/>
      <w:r w:rsidRPr="00AE18D4">
        <w:rPr>
          <w:lang w:val="en-GB"/>
        </w:rPr>
        <w:t xml:space="preserve"> o </w:t>
      </w:r>
      <w:proofErr w:type="spellStart"/>
      <w:r w:rsidRPr="00AE18D4">
        <w:rPr>
          <w:lang w:val="en-GB"/>
        </w:rPr>
        <w:t>energetici</w:t>
      </w:r>
      <w:proofErr w:type="spellEnd"/>
      <w:r w:rsidRPr="00AE18D4">
        <w:rPr>
          <w:lang w:val="en-GB"/>
        </w:rPr>
        <w:t xml:space="preserve"> </w:t>
      </w:r>
      <w:proofErr w:type="spellStart"/>
      <w:r w:rsidRPr="00AE18D4">
        <w:rPr>
          <w:lang w:val="en-GB"/>
        </w:rPr>
        <w:t>i</w:t>
      </w:r>
      <w:proofErr w:type="spellEnd"/>
      <w:r w:rsidRPr="00AE18D4">
        <w:rPr>
          <w:lang w:val="en-GB"/>
        </w:rPr>
        <w:t xml:space="preserve"> </w:t>
      </w:r>
      <w:proofErr w:type="spellStart"/>
      <w:r w:rsidR="005516B3">
        <w:rPr>
          <w:lang w:val="en-GB"/>
        </w:rPr>
        <w:t>propisima</w:t>
      </w:r>
      <w:proofErr w:type="spellEnd"/>
      <w:r w:rsidRPr="00AE18D4">
        <w:rPr>
          <w:lang w:val="en-GB"/>
        </w:rPr>
        <w:t xml:space="preserve"> </w:t>
      </w:r>
      <w:proofErr w:type="spellStart"/>
      <w:r w:rsidRPr="00AE18D4">
        <w:rPr>
          <w:lang w:val="en-GB"/>
        </w:rPr>
        <w:t>kojima</w:t>
      </w:r>
      <w:proofErr w:type="spellEnd"/>
      <w:r w:rsidRPr="00AE18D4">
        <w:rPr>
          <w:lang w:val="en-GB"/>
        </w:rPr>
        <w:t xml:space="preserve"> se </w:t>
      </w:r>
      <w:proofErr w:type="spellStart"/>
      <w:r w:rsidRPr="00AE18D4">
        <w:rPr>
          <w:lang w:val="en-GB"/>
        </w:rPr>
        <w:t>uređuje</w:t>
      </w:r>
      <w:proofErr w:type="spellEnd"/>
      <w:r w:rsidRPr="00AE18D4">
        <w:rPr>
          <w:lang w:val="en-GB"/>
        </w:rPr>
        <w:t xml:space="preserve"> </w:t>
      </w:r>
      <w:proofErr w:type="spellStart"/>
      <w:r w:rsidRPr="00AE18D4">
        <w:rPr>
          <w:lang w:val="en-GB"/>
        </w:rPr>
        <w:t>sistem</w:t>
      </w:r>
      <w:proofErr w:type="spellEnd"/>
      <w:r w:rsidRPr="00AE18D4">
        <w:rPr>
          <w:lang w:val="en-GB"/>
        </w:rPr>
        <w:t xml:space="preserve"> </w:t>
      </w:r>
      <w:proofErr w:type="spellStart"/>
      <w:r w:rsidRPr="00AE18D4">
        <w:rPr>
          <w:lang w:val="en-GB"/>
        </w:rPr>
        <w:t>markiranja</w:t>
      </w:r>
      <w:proofErr w:type="spellEnd"/>
      <w:r w:rsidRPr="00AE18D4">
        <w:rPr>
          <w:lang w:val="en-GB"/>
        </w:rPr>
        <w:t xml:space="preserve"> </w:t>
      </w:r>
      <w:proofErr w:type="spellStart"/>
      <w:r w:rsidR="0032307E">
        <w:rPr>
          <w:lang w:val="en-GB"/>
        </w:rPr>
        <w:t>tečnih</w:t>
      </w:r>
      <w:proofErr w:type="spellEnd"/>
      <w:r w:rsidR="0032307E">
        <w:rPr>
          <w:lang w:val="en-GB"/>
        </w:rPr>
        <w:t xml:space="preserve"> </w:t>
      </w:r>
      <w:proofErr w:type="spellStart"/>
      <w:r w:rsidR="0032307E">
        <w:rPr>
          <w:lang w:val="en-GB"/>
        </w:rPr>
        <w:t>goriva</w:t>
      </w:r>
      <w:proofErr w:type="spellEnd"/>
      <w:r w:rsidR="0032307E">
        <w:rPr>
          <w:lang w:val="en-GB"/>
        </w:rPr>
        <w:t xml:space="preserve"> </w:t>
      </w:r>
      <w:proofErr w:type="spellStart"/>
      <w:r w:rsidR="0032307E">
        <w:rPr>
          <w:lang w:val="en-GB"/>
        </w:rPr>
        <w:t>naftnog</w:t>
      </w:r>
      <w:proofErr w:type="spellEnd"/>
      <w:r w:rsidR="0032307E">
        <w:rPr>
          <w:lang w:val="en-GB"/>
        </w:rPr>
        <w:t xml:space="preserve"> </w:t>
      </w:r>
      <w:proofErr w:type="spellStart"/>
      <w:r w:rsidR="0032307E">
        <w:rPr>
          <w:lang w:val="en-GB"/>
        </w:rPr>
        <w:t>porijekla</w:t>
      </w:r>
      <w:proofErr w:type="spellEnd"/>
      <w:r w:rsidR="0032307E">
        <w:rPr>
          <w:lang w:val="en-GB"/>
        </w:rPr>
        <w:t xml:space="preserve"> </w:t>
      </w:r>
      <w:proofErr w:type="spellStart"/>
      <w:r w:rsidR="0032307E">
        <w:rPr>
          <w:lang w:val="en-GB"/>
        </w:rPr>
        <w:t>i</w:t>
      </w:r>
      <w:proofErr w:type="spellEnd"/>
      <w:r w:rsidR="0032307E">
        <w:rPr>
          <w:lang w:val="en-GB"/>
        </w:rPr>
        <w:t xml:space="preserve"> </w:t>
      </w:r>
      <w:proofErr w:type="spellStart"/>
      <w:proofErr w:type="gramStart"/>
      <w:r w:rsidR="0032307E">
        <w:rPr>
          <w:lang w:val="en-GB"/>
        </w:rPr>
        <w:t>biogoriva.</w:t>
      </w:r>
      <w:r w:rsidRPr="00AE18D4">
        <w:rPr>
          <w:lang w:val="en-GB"/>
        </w:rPr>
        <w:t>u</w:t>
      </w:r>
      <w:proofErr w:type="spellEnd"/>
      <w:proofErr w:type="gramEnd"/>
      <w:r w:rsidRPr="00AE18D4">
        <w:rPr>
          <w:lang w:val="en-GB"/>
        </w:rPr>
        <w:t xml:space="preserve"> </w:t>
      </w:r>
      <w:proofErr w:type="spellStart"/>
      <w:r w:rsidRPr="00AE18D4">
        <w:rPr>
          <w:lang w:val="en-GB"/>
        </w:rPr>
        <w:t>Crnoj</w:t>
      </w:r>
      <w:proofErr w:type="spellEnd"/>
      <w:r w:rsidRPr="00AE18D4">
        <w:rPr>
          <w:lang w:val="en-GB"/>
        </w:rPr>
        <w:t xml:space="preserve"> Gori.</w:t>
      </w:r>
    </w:p>
    <w:p w14:paraId="54DEFF1E" w14:textId="77777777" w:rsidR="00FF6DCC" w:rsidRDefault="001629D7">
      <w:pPr>
        <w:pStyle w:val="Heading1"/>
      </w:pPr>
      <w:bookmarkStart w:id="4" w:name="_Toc239637981"/>
      <w:bookmarkStart w:id="5" w:name="_Toc240964522"/>
      <w:r>
        <w:t>3. DEFINICIJE</w:t>
      </w:r>
      <w:bookmarkEnd w:id="4"/>
      <w:bookmarkEnd w:id="5"/>
    </w:p>
    <w:p w14:paraId="52AF1815" w14:textId="4D1D601A" w:rsidR="00FE19CD" w:rsidRPr="00FE19CD" w:rsidRDefault="00FE19CD" w:rsidP="00FE19CD">
      <w:pPr>
        <w:rPr>
          <w:lang w:val="en-GB"/>
        </w:rPr>
      </w:pPr>
      <w:r w:rsidRPr="00FE19CD">
        <w:rPr>
          <w:lang w:val="en-GB"/>
        </w:rPr>
        <w:t xml:space="preserve">Za </w:t>
      </w:r>
      <w:proofErr w:type="spellStart"/>
      <w:r w:rsidRPr="00FE19CD">
        <w:rPr>
          <w:lang w:val="en-GB"/>
        </w:rPr>
        <w:t>potrebe</w:t>
      </w:r>
      <w:proofErr w:type="spellEnd"/>
      <w:r w:rsidRPr="00FE19CD">
        <w:rPr>
          <w:lang w:val="en-GB"/>
        </w:rPr>
        <w:t xml:space="preserve"> </w:t>
      </w:r>
      <w:proofErr w:type="spellStart"/>
      <w:r w:rsidRPr="00FE19CD">
        <w:rPr>
          <w:lang w:val="en-GB"/>
        </w:rPr>
        <w:t>ovog</w:t>
      </w:r>
      <w:proofErr w:type="spellEnd"/>
      <w:r w:rsidRPr="00FE19CD">
        <w:rPr>
          <w:lang w:val="en-GB"/>
        </w:rPr>
        <w:t xml:space="preserve"> </w:t>
      </w:r>
      <w:proofErr w:type="spellStart"/>
      <w:r w:rsidRPr="00FE19CD">
        <w:rPr>
          <w:lang w:val="en-GB"/>
        </w:rPr>
        <w:t>Uputstva</w:t>
      </w:r>
      <w:proofErr w:type="spellEnd"/>
      <w:r w:rsidRPr="00FE19CD">
        <w:rPr>
          <w:lang w:val="en-GB"/>
        </w:rPr>
        <w:t xml:space="preserve"> </w:t>
      </w:r>
      <w:proofErr w:type="spellStart"/>
      <w:r w:rsidRPr="00FE19CD">
        <w:rPr>
          <w:lang w:val="en-GB"/>
        </w:rPr>
        <w:t>pojedini</w:t>
      </w:r>
      <w:proofErr w:type="spellEnd"/>
      <w:r w:rsidRPr="00FE19CD">
        <w:rPr>
          <w:lang w:val="en-GB"/>
        </w:rPr>
        <w:t xml:space="preserve"> </w:t>
      </w:r>
      <w:proofErr w:type="spellStart"/>
      <w:r w:rsidRPr="00FE19CD">
        <w:rPr>
          <w:lang w:val="en-GB"/>
        </w:rPr>
        <w:t>izrazi</w:t>
      </w:r>
      <w:proofErr w:type="spellEnd"/>
      <w:r w:rsidRPr="00FE19CD">
        <w:rPr>
          <w:lang w:val="en-GB"/>
        </w:rPr>
        <w:t xml:space="preserve"> </w:t>
      </w:r>
      <w:proofErr w:type="spellStart"/>
      <w:r w:rsidRPr="00FE19CD">
        <w:rPr>
          <w:lang w:val="en-GB"/>
        </w:rPr>
        <w:t>imaju</w:t>
      </w:r>
      <w:proofErr w:type="spellEnd"/>
      <w:r w:rsidRPr="00FE19CD">
        <w:rPr>
          <w:lang w:val="en-GB"/>
        </w:rPr>
        <w:t xml:space="preserve"> </w:t>
      </w:r>
      <w:proofErr w:type="spellStart"/>
      <w:r w:rsidRPr="00FE19CD">
        <w:rPr>
          <w:lang w:val="en-GB"/>
        </w:rPr>
        <w:t>sljedeća</w:t>
      </w:r>
      <w:proofErr w:type="spellEnd"/>
      <w:r w:rsidRPr="00FE19CD">
        <w:rPr>
          <w:lang w:val="en-GB"/>
        </w:rPr>
        <w:t xml:space="preserve"> </w:t>
      </w:r>
      <w:proofErr w:type="spellStart"/>
      <w:r w:rsidRPr="00FE19CD">
        <w:rPr>
          <w:lang w:val="en-GB"/>
        </w:rPr>
        <w:t>značenja</w:t>
      </w:r>
      <w:proofErr w:type="spellEnd"/>
      <w:r w:rsidRPr="00FE19CD">
        <w:rPr>
          <w:lang w:val="en-GB"/>
        </w:rPr>
        <w:t>:</w:t>
      </w:r>
    </w:p>
    <w:p w14:paraId="63A50DC4" w14:textId="66CF6582" w:rsidR="0082684C" w:rsidRPr="00627C43" w:rsidRDefault="0082684C" w:rsidP="00E642D5">
      <w:pPr>
        <w:jc w:val="both"/>
        <w:rPr>
          <w:lang w:val="sr-Latn-ME"/>
        </w:rPr>
      </w:pPr>
      <w:proofErr w:type="spellStart"/>
      <w:r>
        <w:rPr>
          <w:b/>
          <w:bCs/>
          <w:lang w:val="en-GB"/>
        </w:rPr>
        <w:t>Usluga</w:t>
      </w:r>
      <w:proofErr w:type="spellEnd"/>
      <w:r>
        <w:rPr>
          <w:b/>
          <w:bCs/>
          <w:lang w:val="en-GB"/>
        </w:rPr>
        <w:t xml:space="preserve"> </w:t>
      </w:r>
      <w:proofErr w:type="spellStart"/>
      <w:r>
        <w:rPr>
          <w:b/>
          <w:bCs/>
          <w:lang w:val="en-GB"/>
        </w:rPr>
        <w:t>markiranja</w:t>
      </w:r>
      <w:proofErr w:type="spellEnd"/>
      <w:r>
        <w:rPr>
          <w:b/>
          <w:bCs/>
          <w:lang w:val="en-GB"/>
        </w:rPr>
        <w:t xml:space="preserve"> </w:t>
      </w:r>
      <w:proofErr w:type="spellStart"/>
      <w:r>
        <w:rPr>
          <w:b/>
          <w:bCs/>
          <w:lang w:val="en-GB"/>
        </w:rPr>
        <w:t>naftnih</w:t>
      </w:r>
      <w:proofErr w:type="spellEnd"/>
      <w:r>
        <w:rPr>
          <w:b/>
          <w:bCs/>
          <w:lang w:val="en-GB"/>
        </w:rPr>
        <w:t xml:space="preserve"> </w:t>
      </w:r>
      <w:proofErr w:type="spellStart"/>
      <w:r>
        <w:rPr>
          <w:b/>
          <w:bCs/>
          <w:lang w:val="en-GB"/>
        </w:rPr>
        <w:t>derivat</w:t>
      </w:r>
      <w:r w:rsidR="00751F29">
        <w:rPr>
          <w:b/>
          <w:bCs/>
          <w:lang w:val="en-GB"/>
        </w:rPr>
        <w:t>a</w:t>
      </w:r>
      <w:proofErr w:type="spellEnd"/>
      <w:r>
        <w:rPr>
          <w:b/>
          <w:bCs/>
          <w:lang w:val="en-GB"/>
        </w:rPr>
        <w:t xml:space="preserve"> </w:t>
      </w:r>
      <w:proofErr w:type="spellStart"/>
      <w:r w:rsidRPr="00627C43">
        <w:rPr>
          <w:lang w:val="en-GB"/>
        </w:rPr>
        <w:t>obuhvata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markiranje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uzorkovanje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derivata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nafte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isporuku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markera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opreme</w:t>
      </w:r>
      <w:proofErr w:type="spellEnd"/>
      <w:r>
        <w:rPr>
          <w:lang w:val="en-GB"/>
        </w:rPr>
        <w:t xml:space="preserve"> za </w:t>
      </w:r>
      <w:proofErr w:type="spellStart"/>
      <w:r>
        <w:rPr>
          <w:lang w:val="en-GB"/>
        </w:rPr>
        <w:t>markiranje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mjerenje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koncentracije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markera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isporuku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ure</w:t>
      </w:r>
      <w:proofErr w:type="spellEnd"/>
      <w:r>
        <w:rPr>
          <w:lang w:val="sr-Latn-ME"/>
        </w:rPr>
        <w:t>đaja i opreme za mjerenje koncentracije markera, održavanje i podešavanje uređaja</w:t>
      </w:r>
      <w:r w:rsidR="00751F29">
        <w:rPr>
          <w:lang w:val="sr-Latn-ME"/>
        </w:rPr>
        <w:t>, obuku i tehničku pomoć, u skladu sa važećim standardima.</w:t>
      </w:r>
    </w:p>
    <w:p w14:paraId="668778F2" w14:textId="4C0273E0" w:rsidR="00FE19CD" w:rsidRPr="00FE19CD" w:rsidRDefault="00FE19CD" w:rsidP="00627C43">
      <w:pPr>
        <w:jc w:val="both"/>
        <w:rPr>
          <w:lang w:val="en-GB"/>
        </w:rPr>
      </w:pPr>
      <w:proofErr w:type="spellStart"/>
      <w:r w:rsidRPr="00FE19CD">
        <w:rPr>
          <w:b/>
          <w:bCs/>
          <w:lang w:val="en-GB"/>
        </w:rPr>
        <w:t>Pružalac</w:t>
      </w:r>
      <w:proofErr w:type="spellEnd"/>
      <w:r w:rsidRPr="00FE19CD">
        <w:rPr>
          <w:b/>
          <w:bCs/>
          <w:lang w:val="en-GB"/>
        </w:rPr>
        <w:t xml:space="preserve"> </w:t>
      </w:r>
      <w:proofErr w:type="spellStart"/>
      <w:r w:rsidRPr="00FE19CD">
        <w:rPr>
          <w:b/>
          <w:bCs/>
          <w:lang w:val="en-GB"/>
        </w:rPr>
        <w:t>usluge</w:t>
      </w:r>
      <w:proofErr w:type="spellEnd"/>
      <w:r w:rsidRPr="00FE19CD">
        <w:rPr>
          <w:b/>
          <w:bCs/>
          <w:lang w:val="en-GB"/>
        </w:rPr>
        <w:t xml:space="preserve"> </w:t>
      </w:r>
      <w:proofErr w:type="spellStart"/>
      <w:r w:rsidRPr="00FE19CD">
        <w:rPr>
          <w:b/>
          <w:bCs/>
          <w:lang w:val="en-GB"/>
        </w:rPr>
        <w:t>markiranja</w:t>
      </w:r>
      <w:proofErr w:type="spellEnd"/>
      <w:r w:rsidRPr="00FE19CD">
        <w:rPr>
          <w:lang w:val="en-GB"/>
        </w:rPr>
        <w:t xml:space="preserve"> je </w:t>
      </w:r>
      <w:proofErr w:type="spellStart"/>
      <w:r w:rsidRPr="00FE19CD">
        <w:rPr>
          <w:lang w:val="en-GB"/>
        </w:rPr>
        <w:t>pravno</w:t>
      </w:r>
      <w:proofErr w:type="spellEnd"/>
      <w:r w:rsidRPr="00FE19CD">
        <w:rPr>
          <w:lang w:val="en-GB"/>
        </w:rPr>
        <w:t xml:space="preserve"> lice </w:t>
      </w:r>
      <w:proofErr w:type="spellStart"/>
      <w:r w:rsidR="005516B3">
        <w:rPr>
          <w:lang w:val="en-GB"/>
        </w:rPr>
        <w:t>koje</w:t>
      </w:r>
      <w:proofErr w:type="spellEnd"/>
      <w:r w:rsidR="005516B3">
        <w:rPr>
          <w:lang w:val="en-GB"/>
        </w:rPr>
        <w:t xml:space="preserve"> </w:t>
      </w:r>
      <w:proofErr w:type="spellStart"/>
      <w:r w:rsidR="005516B3">
        <w:rPr>
          <w:lang w:val="en-GB"/>
        </w:rPr>
        <w:t>vrši</w:t>
      </w:r>
      <w:proofErr w:type="spellEnd"/>
      <w:r w:rsidR="005516B3">
        <w:rPr>
          <w:lang w:val="en-GB"/>
        </w:rPr>
        <w:t xml:space="preserve"> </w:t>
      </w:r>
      <w:proofErr w:type="spellStart"/>
      <w:r w:rsidR="005516B3">
        <w:rPr>
          <w:lang w:val="en-GB"/>
        </w:rPr>
        <w:t>uslugu</w:t>
      </w:r>
      <w:proofErr w:type="spellEnd"/>
      <w:r w:rsidR="005516B3">
        <w:rPr>
          <w:lang w:val="en-GB"/>
        </w:rPr>
        <w:t xml:space="preserve"> </w:t>
      </w:r>
      <w:proofErr w:type="spellStart"/>
      <w:r w:rsidR="005516B3">
        <w:rPr>
          <w:lang w:val="en-GB"/>
        </w:rPr>
        <w:t>markiranja</w:t>
      </w:r>
      <w:proofErr w:type="spellEnd"/>
      <w:r w:rsidR="005516B3">
        <w:rPr>
          <w:lang w:val="en-GB"/>
        </w:rPr>
        <w:t xml:space="preserve"> </w:t>
      </w:r>
      <w:proofErr w:type="spellStart"/>
      <w:r w:rsidR="005516B3">
        <w:rPr>
          <w:lang w:val="en-GB"/>
        </w:rPr>
        <w:t>i</w:t>
      </w:r>
      <w:proofErr w:type="spellEnd"/>
      <w:r w:rsidR="005516B3">
        <w:rPr>
          <w:lang w:val="en-GB"/>
        </w:rPr>
        <w:t xml:space="preserve"> </w:t>
      </w:r>
      <w:proofErr w:type="spellStart"/>
      <w:r w:rsidR="005516B3">
        <w:rPr>
          <w:lang w:val="en-GB"/>
        </w:rPr>
        <w:t>izabrano</w:t>
      </w:r>
      <w:proofErr w:type="spellEnd"/>
      <w:r w:rsidR="005516B3">
        <w:rPr>
          <w:lang w:val="en-GB"/>
        </w:rPr>
        <w:t xml:space="preserve"> je u </w:t>
      </w:r>
      <w:proofErr w:type="spellStart"/>
      <w:r w:rsidR="005516B3">
        <w:rPr>
          <w:lang w:val="en-GB"/>
        </w:rPr>
        <w:t>postupku</w:t>
      </w:r>
      <w:proofErr w:type="spellEnd"/>
      <w:r w:rsidR="005516B3">
        <w:rPr>
          <w:lang w:val="en-GB"/>
        </w:rPr>
        <w:t xml:space="preserve"> </w:t>
      </w:r>
      <w:proofErr w:type="spellStart"/>
      <w:r w:rsidR="005516B3">
        <w:rPr>
          <w:lang w:val="en-GB"/>
        </w:rPr>
        <w:t>javnog</w:t>
      </w:r>
      <w:proofErr w:type="spellEnd"/>
      <w:r w:rsidR="005516B3">
        <w:rPr>
          <w:lang w:val="en-GB"/>
        </w:rPr>
        <w:t xml:space="preserve"> </w:t>
      </w:r>
      <w:proofErr w:type="spellStart"/>
      <w:r w:rsidR="005516B3">
        <w:rPr>
          <w:lang w:val="en-GB"/>
        </w:rPr>
        <w:t>poziva</w:t>
      </w:r>
      <w:proofErr w:type="spellEnd"/>
      <w:r w:rsidR="005516B3">
        <w:rPr>
          <w:lang w:val="en-GB"/>
        </w:rPr>
        <w:t>.</w:t>
      </w:r>
    </w:p>
    <w:p w14:paraId="7637D632" w14:textId="204BB1DB" w:rsidR="00FE19CD" w:rsidRPr="00FE19CD" w:rsidRDefault="00FE19CD" w:rsidP="00627C43">
      <w:pPr>
        <w:jc w:val="both"/>
        <w:rPr>
          <w:lang w:val="en-GB"/>
        </w:rPr>
      </w:pPr>
      <w:r w:rsidRPr="00FE19CD">
        <w:rPr>
          <w:b/>
          <w:bCs/>
          <w:lang w:val="en-GB"/>
        </w:rPr>
        <w:t>Marker</w:t>
      </w:r>
      <w:r w:rsidRPr="00FE19CD">
        <w:rPr>
          <w:lang w:val="en-GB"/>
        </w:rPr>
        <w:t xml:space="preserve"> je </w:t>
      </w:r>
      <w:proofErr w:type="spellStart"/>
      <w:r w:rsidRPr="00FE19CD">
        <w:rPr>
          <w:lang w:val="en-GB"/>
        </w:rPr>
        <w:t>jedinjenje</w:t>
      </w:r>
      <w:proofErr w:type="spellEnd"/>
      <w:r w:rsidRPr="00FE19CD">
        <w:rPr>
          <w:lang w:val="en-GB"/>
        </w:rPr>
        <w:t xml:space="preserve"> </w:t>
      </w:r>
      <w:proofErr w:type="spellStart"/>
      <w:r w:rsidRPr="00FE19CD">
        <w:rPr>
          <w:lang w:val="en-GB"/>
        </w:rPr>
        <w:t>na</w:t>
      </w:r>
      <w:proofErr w:type="spellEnd"/>
      <w:r w:rsidRPr="00FE19CD">
        <w:rPr>
          <w:lang w:val="en-GB"/>
        </w:rPr>
        <w:t xml:space="preserve"> </w:t>
      </w:r>
      <w:proofErr w:type="spellStart"/>
      <w:r w:rsidRPr="00FE19CD">
        <w:rPr>
          <w:lang w:val="en-GB"/>
        </w:rPr>
        <w:t>bazi</w:t>
      </w:r>
      <w:proofErr w:type="spellEnd"/>
      <w:r w:rsidRPr="00FE19CD">
        <w:rPr>
          <w:lang w:val="en-GB"/>
        </w:rPr>
        <w:t xml:space="preserve"> nano </w:t>
      </w:r>
      <w:proofErr w:type="spellStart"/>
      <w:r w:rsidRPr="00FE19CD">
        <w:rPr>
          <w:lang w:val="en-GB"/>
        </w:rPr>
        <w:t>tehnologije</w:t>
      </w:r>
      <w:proofErr w:type="spellEnd"/>
      <w:r w:rsidRPr="00FE19CD">
        <w:rPr>
          <w:lang w:val="en-GB"/>
        </w:rPr>
        <w:t xml:space="preserve"> </w:t>
      </w:r>
      <w:proofErr w:type="spellStart"/>
      <w:r w:rsidRPr="00FE19CD">
        <w:rPr>
          <w:lang w:val="en-GB"/>
        </w:rPr>
        <w:t>koje</w:t>
      </w:r>
      <w:proofErr w:type="spellEnd"/>
      <w:r w:rsidRPr="00FE19CD">
        <w:rPr>
          <w:lang w:val="en-GB"/>
        </w:rPr>
        <w:t xml:space="preserve"> se </w:t>
      </w:r>
      <w:proofErr w:type="spellStart"/>
      <w:r w:rsidRPr="00FE19CD">
        <w:rPr>
          <w:lang w:val="en-GB"/>
        </w:rPr>
        <w:t>dodaje</w:t>
      </w:r>
      <w:proofErr w:type="spellEnd"/>
      <w:r w:rsidRPr="00FE19CD">
        <w:rPr>
          <w:lang w:val="en-GB"/>
        </w:rPr>
        <w:t xml:space="preserve"> </w:t>
      </w:r>
      <w:proofErr w:type="spellStart"/>
      <w:r w:rsidRPr="00FE19CD">
        <w:rPr>
          <w:lang w:val="en-GB"/>
        </w:rPr>
        <w:t>tečnim</w:t>
      </w:r>
      <w:proofErr w:type="spellEnd"/>
      <w:r w:rsidRPr="00FE19CD">
        <w:rPr>
          <w:lang w:val="en-GB"/>
        </w:rPr>
        <w:t xml:space="preserve"> </w:t>
      </w:r>
      <w:proofErr w:type="spellStart"/>
      <w:r w:rsidRPr="00FE19CD">
        <w:rPr>
          <w:lang w:val="en-GB"/>
        </w:rPr>
        <w:t>gorivima</w:t>
      </w:r>
      <w:proofErr w:type="spellEnd"/>
      <w:r w:rsidRPr="00FE19CD">
        <w:rPr>
          <w:lang w:val="en-GB"/>
        </w:rPr>
        <w:t xml:space="preserve"> </w:t>
      </w:r>
      <w:proofErr w:type="spellStart"/>
      <w:r w:rsidRPr="00FE19CD">
        <w:rPr>
          <w:lang w:val="en-GB"/>
        </w:rPr>
        <w:t>naftnog</w:t>
      </w:r>
      <w:proofErr w:type="spellEnd"/>
      <w:r w:rsidRPr="00FE19CD">
        <w:rPr>
          <w:lang w:val="en-GB"/>
        </w:rPr>
        <w:t xml:space="preserve"> </w:t>
      </w:r>
      <w:proofErr w:type="spellStart"/>
      <w:r w:rsidRPr="00FE19CD">
        <w:rPr>
          <w:lang w:val="en-GB"/>
        </w:rPr>
        <w:t>porijekla</w:t>
      </w:r>
      <w:proofErr w:type="spellEnd"/>
      <w:r w:rsidRPr="00FE19CD">
        <w:rPr>
          <w:lang w:val="en-GB"/>
        </w:rPr>
        <w:t xml:space="preserve"> </w:t>
      </w:r>
      <w:proofErr w:type="spellStart"/>
      <w:r w:rsidRPr="00FE19CD">
        <w:rPr>
          <w:lang w:val="en-GB"/>
        </w:rPr>
        <w:t>i</w:t>
      </w:r>
      <w:proofErr w:type="spellEnd"/>
      <w:r w:rsidRPr="00FE19CD">
        <w:rPr>
          <w:lang w:val="en-GB"/>
        </w:rPr>
        <w:t xml:space="preserve"> </w:t>
      </w:r>
      <w:proofErr w:type="spellStart"/>
      <w:r w:rsidRPr="00FE19CD">
        <w:rPr>
          <w:lang w:val="en-GB"/>
        </w:rPr>
        <w:t>biogorivima</w:t>
      </w:r>
      <w:proofErr w:type="spellEnd"/>
      <w:r w:rsidRPr="00FE19CD">
        <w:rPr>
          <w:lang w:val="en-GB"/>
        </w:rPr>
        <w:t xml:space="preserve"> </w:t>
      </w:r>
      <w:proofErr w:type="spellStart"/>
      <w:r w:rsidRPr="00FE19CD">
        <w:rPr>
          <w:lang w:val="en-GB"/>
        </w:rPr>
        <w:t>radi</w:t>
      </w:r>
      <w:proofErr w:type="spellEnd"/>
      <w:r w:rsidRPr="00FE19CD">
        <w:rPr>
          <w:lang w:val="en-GB"/>
        </w:rPr>
        <w:t xml:space="preserve"> </w:t>
      </w:r>
      <w:proofErr w:type="spellStart"/>
      <w:r w:rsidRPr="00FE19CD">
        <w:rPr>
          <w:lang w:val="en-GB"/>
        </w:rPr>
        <w:t>njihove</w:t>
      </w:r>
      <w:proofErr w:type="spellEnd"/>
      <w:r w:rsidRPr="00FE19CD">
        <w:rPr>
          <w:lang w:val="en-GB"/>
        </w:rPr>
        <w:t xml:space="preserve"> </w:t>
      </w:r>
      <w:proofErr w:type="spellStart"/>
      <w:r w:rsidRPr="00FE19CD">
        <w:rPr>
          <w:lang w:val="en-GB"/>
        </w:rPr>
        <w:t>identifikacije</w:t>
      </w:r>
      <w:proofErr w:type="spellEnd"/>
      <w:r w:rsidRPr="00FE19CD">
        <w:rPr>
          <w:lang w:val="en-GB"/>
        </w:rPr>
        <w:t xml:space="preserve"> </w:t>
      </w:r>
      <w:proofErr w:type="spellStart"/>
      <w:r w:rsidRPr="00FE19CD">
        <w:rPr>
          <w:lang w:val="en-GB"/>
        </w:rPr>
        <w:t>i</w:t>
      </w:r>
      <w:proofErr w:type="spellEnd"/>
      <w:r w:rsidRPr="00FE19CD">
        <w:rPr>
          <w:lang w:val="en-GB"/>
        </w:rPr>
        <w:t xml:space="preserve"> </w:t>
      </w:r>
      <w:proofErr w:type="spellStart"/>
      <w:r w:rsidRPr="00FE19CD">
        <w:rPr>
          <w:lang w:val="en-GB"/>
        </w:rPr>
        <w:t>kontrole</w:t>
      </w:r>
      <w:proofErr w:type="spellEnd"/>
      <w:r w:rsidRPr="00FE19CD">
        <w:rPr>
          <w:lang w:val="en-GB"/>
        </w:rPr>
        <w:t xml:space="preserve">. </w:t>
      </w:r>
    </w:p>
    <w:p w14:paraId="572126C9" w14:textId="52474F86" w:rsidR="00FE19CD" w:rsidRDefault="00FE19CD" w:rsidP="00E642D5">
      <w:pPr>
        <w:jc w:val="both"/>
        <w:rPr>
          <w:lang w:val="en-GB"/>
        </w:rPr>
      </w:pPr>
      <w:proofErr w:type="spellStart"/>
      <w:r w:rsidRPr="00FE19CD">
        <w:rPr>
          <w:b/>
          <w:bCs/>
          <w:lang w:val="en-GB"/>
        </w:rPr>
        <w:lastRenderedPageBreak/>
        <w:t>Markiranje</w:t>
      </w:r>
      <w:proofErr w:type="spellEnd"/>
      <w:r w:rsidRPr="00FE19CD">
        <w:rPr>
          <w:lang w:val="en-GB"/>
        </w:rPr>
        <w:t xml:space="preserve"> je </w:t>
      </w:r>
      <w:proofErr w:type="spellStart"/>
      <w:r w:rsidRPr="00FE19CD">
        <w:rPr>
          <w:lang w:val="en-GB"/>
        </w:rPr>
        <w:t>postupak</w:t>
      </w:r>
      <w:proofErr w:type="spellEnd"/>
      <w:r w:rsidRPr="00FE19CD">
        <w:rPr>
          <w:lang w:val="en-GB"/>
        </w:rPr>
        <w:t xml:space="preserve"> </w:t>
      </w:r>
      <w:proofErr w:type="spellStart"/>
      <w:r w:rsidRPr="00FE19CD">
        <w:rPr>
          <w:lang w:val="en-GB"/>
        </w:rPr>
        <w:t>dodavanja</w:t>
      </w:r>
      <w:proofErr w:type="spellEnd"/>
      <w:r w:rsidRPr="00FE19CD">
        <w:rPr>
          <w:lang w:val="en-GB"/>
        </w:rPr>
        <w:t xml:space="preserve"> </w:t>
      </w:r>
      <w:proofErr w:type="spellStart"/>
      <w:r w:rsidRPr="00FE19CD">
        <w:rPr>
          <w:lang w:val="en-GB"/>
        </w:rPr>
        <w:t>markera</w:t>
      </w:r>
      <w:proofErr w:type="spellEnd"/>
      <w:r w:rsidRPr="00FE19CD">
        <w:rPr>
          <w:lang w:val="en-GB"/>
        </w:rPr>
        <w:t xml:space="preserve"> </w:t>
      </w:r>
      <w:proofErr w:type="spellStart"/>
      <w:r w:rsidRPr="00FE19CD">
        <w:rPr>
          <w:lang w:val="en-GB"/>
        </w:rPr>
        <w:t>tečnim</w:t>
      </w:r>
      <w:proofErr w:type="spellEnd"/>
      <w:r w:rsidRPr="00FE19CD">
        <w:rPr>
          <w:lang w:val="en-GB"/>
        </w:rPr>
        <w:t xml:space="preserve"> </w:t>
      </w:r>
      <w:proofErr w:type="spellStart"/>
      <w:r w:rsidRPr="00FE19CD">
        <w:rPr>
          <w:lang w:val="en-GB"/>
        </w:rPr>
        <w:t>gorivima</w:t>
      </w:r>
      <w:proofErr w:type="spellEnd"/>
      <w:r w:rsidRPr="00FE19CD">
        <w:rPr>
          <w:lang w:val="en-GB"/>
        </w:rPr>
        <w:t xml:space="preserve"> </w:t>
      </w:r>
      <w:proofErr w:type="spellStart"/>
      <w:r w:rsidRPr="00FE19CD">
        <w:rPr>
          <w:lang w:val="en-GB"/>
        </w:rPr>
        <w:t>naftnog</w:t>
      </w:r>
      <w:proofErr w:type="spellEnd"/>
      <w:r w:rsidRPr="00FE19CD">
        <w:rPr>
          <w:lang w:val="en-GB"/>
        </w:rPr>
        <w:t xml:space="preserve"> </w:t>
      </w:r>
      <w:proofErr w:type="spellStart"/>
      <w:r w:rsidRPr="00FE19CD">
        <w:rPr>
          <w:lang w:val="en-GB"/>
        </w:rPr>
        <w:t>porijekla</w:t>
      </w:r>
      <w:proofErr w:type="spellEnd"/>
      <w:r w:rsidRPr="00FE19CD">
        <w:rPr>
          <w:lang w:val="en-GB"/>
        </w:rPr>
        <w:t xml:space="preserve"> </w:t>
      </w:r>
      <w:proofErr w:type="spellStart"/>
      <w:r w:rsidRPr="00FE19CD">
        <w:rPr>
          <w:lang w:val="en-GB"/>
        </w:rPr>
        <w:t>i</w:t>
      </w:r>
      <w:proofErr w:type="spellEnd"/>
      <w:r w:rsidRPr="00FE19CD">
        <w:rPr>
          <w:lang w:val="en-GB"/>
        </w:rPr>
        <w:t xml:space="preserve"> </w:t>
      </w:r>
      <w:proofErr w:type="spellStart"/>
      <w:r w:rsidRPr="00FE19CD">
        <w:rPr>
          <w:lang w:val="en-GB"/>
        </w:rPr>
        <w:t>biogorivima</w:t>
      </w:r>
      <w:proofErr w:type="spellEnd"/>
      <w:r w:rsidRPr="00FE19CD">
        <w:rPr>
          <w:lang w:val="en-GB"/>
        </w:rPr>
        <w:t xml:space="preserve"> u </w:t>
      </w:r>
      <w:proofErr w:type="spellStart"/>
      <w:r w:rsidRPr="00FE19CD">
        <w:rPr>
          <w:lang w:val="en-GB"/>
        </w:rPr>
        <w:t>skladu</w:t>
      </w:r>
      <w:proofErr w:type="spellEnd"/>
      <w:r w:rsidRPr="00FE19CD">
        <w:rPr>
          <w:lang w:val="en-GB"/>
        </w:rPr>
        <w:t xml:space="preserve"> </w:t>
      </w:r>
      <w:proofErr w:type="spellStart"/>
      <w:r w:rsidRPr="00FE19CD">
        <w:rPr>
          <w:lang w:val="en-GB"/>
        </w:rPr>
        <w:t>sa</w:t>
      </w:r>
      <w:proofErr w:type="spellEnd"/>
      <w:r w:rsidRPr="00FE19CD">
        <w:rPr>
          <w:lang w:val="en-GB"/>
        </w:rPr>
        <w:t xml:space="preserve"> </w:t>
      </w:r>
      <w:proofErr w:type="spellStart"/>
      <w:r w:rsidRPr="00FE19CD">
        <w:rPr>
          <w:lang w:val="en-GB"/>
        </w:rPr>
        <w:t>propisanim</w:t>
      </w:r>
      <w:proofErr w:type="spellEnd"/>
      <w:r w:rsidRPr="00FE19CD">
        <w:rPr>
          <w:lang w:val="en-GB"/>
        </w:rPr>
        <w:t xml:space="preserve"> </w:t>
      </w:r>
      <w:proofErr w:type="spellStart"/>
      <w:r w:rsidRPr="00FE19CD">
        <w:rPr>
          <w:lang w:val="en-GB"/>
        </w:rPr>
        <w:t>postupkom</w:t>
      </w:r>
      <w:proofErr w:type="spellEnd"/>
      <w:r w:rsidRPr="00FE19CD">
        <w:rPr>
          <w:lang w:val="en-GB"/>
        </w:rPr>
        <w:t xml:space="preserve"> </w:t>
      </w:r>
      <w:proofErr w:type="spellStart"/>
      <w:r w:rsidRPr="00FE19CD">
        <w:rPr>
          <w:lang w:val="en-GB"/>
        </w:rPr>
        <w:t>i</w:t>
      </w:r>
      <w:proofErr w:type="spellEnd"/>
      <w:r w:rsidRPr="00FE19CD">
        <w:rPr>
          <w:lang w:val="en-GB"/>
        </w:rPr>
        <w:t xml:space="preserve"> </w:t>
      </w:r>
      <w:proofErr w:type="spellStart"/>
      <w:r w:rsidRPr="00FE19CD">
        <w:rPr>
          <w:lang w:val="en-GB"/>
        </w:rPr>
        <w:t>koncentracijama</w:t>
      </w:r>
      <w:proofErr w:type="spellEnd"/>
      <w:r w:rsidRPr="00FE19CD">
        <w:rPr>
          <w:lang w:val="en-GB"/>
        </w:rPr>
        <w:t xml:space="preserve">. </w:t>
      </w:r>
    </w:p>
    <w:p w14:paraId="4381344D" w14:textId="77777777" w:rsidR="000620F9" w:rsidRPr="000620F9" w:rsidRDefault="000620F9" w:rsidP="000620F9">
      <w:pPr>
        <w:jc w:val="both"/>
        <w:rPr>
          <w:lang w:val="en-GB"/>
        </w:rPr>
      </w:pPr>
      <w:proofErr w:type="spellStart"/>
      <w:r w:rsidRPr="000620F9">
        <w:rPr>
          <w:b/>
          <w:bCs/>
          <w:lang w:val="en-GB"/>
        </w:rPr>
        <w:t>Obveznik</w:t>
      </w:r>
      <w:proofErr w:type="spellEnd"/>
      <w:r w:rsidRPr="000620F9">
        <w:rPr>
          <w:b/>
          <w:bCs/>
          <w:lang w:val="en-GB"/>
        </w:rPr>
        <w:t xml:space="preserve"> </w:t>
      </w:r>
      <w:proofErr w:type="spellStart"/>
      <w:r w:rsidRPr="000620F9">
        <w:rPr>
          <w:b/>
          <w:bCs/>
          <w:lang w:val="en-GB"/>
        </w:rPr>
        <w:t>markiranja</w:t>
      </w:r>
      <w:proofErr w:type="spellEnd"/>
      <w:r w:rsidRPr="000620F9">
        <w:rPr>
          <w:lang w:val="en-GB"/>
        </w:rPr>
        <w:t xml:space="preserve"> je </w:t>
      </w:r>
      <w:proofErr w:type="spellStart"/>
      <w:r w:rsidRPr="000620F9">
        <w:rPr>
          <w:lang w:val="en-GB"/>
        </w:rPr>
        <w:t>pravno</w:t>
      </w:r>
      <w:proofErr w:type="spellEnd"/>
      <w:r w:rsidRPr="000620F9">
        <w:rPr>
          <w:lang w:val="en-GB"/>
        </w:rPr>
        <w:t xml:space="preserve"> lice </w:t>
      </w:r>
      <w:proofErr w:type="spellStart"/>
      <w:r w:rsidRPr="000620F9">
        <w:rPr>
          <w:lang w:val="en-GB"/>
        </w:rPr>
        <w:t>ili</w:t>
      </w:r>
      <w:proofErr w:type="spellEnd"/>
      <w:r w:rsidRPr="000620F9">
        <w:rPr>
          <w:lang w:val="en-GB"/>
        </w:rPr>
        <w:t xml:space="preserve"> </w:t>
      </w:r>
      <w:proofErr w:type="spellStart"/>
      <w:r w:rsidRPr="000620F9">
        <w:rPr>
          <w:lang w:val="en-GB"/>
        </w:rPr>
        <w:t>preduzetnik</w:t>
      </w:r>
      <w:proofErr w:type="spellEnd"/>
      <w:r w:rsidRPr="000620F9">
        <w:rPr>
          <w:lang w:val="en-GB"/>
        </w:rPr>
        <w:t xml:space="preserve"> koji </w:t>
      </w:r>
      <w:proofErr w:type="spellStart"/>
      <w:r w:rsidRPr="000620F9">
        <w:rPr>
          <w:lang w:val="en-GB"/>
        </w:rPr>
        <w:t>obavlja</w:t>
      </w:r>
      <w:proofErr w:type="spellEnd"/>
      <w:r w:rsidRPr="000620F9">
        <w:rPr>
          <w:lang w:val="en-GB"/>
        </w:rPr>
        <w:t xml:space="preserve"> </w:t>
      </w:r>
      <w:proofErr w:type="spellStart"/>
      <w:r w:rsidRPr="000620F9">
        <w:rPr>
          <w:lang w:val="en-GB"/>
        </w:rPr>
        <w:t>djelatnost</w:t>
      </w:r>
      <w:proofErr w:type="spellEnd"/>
      <w:r w:rsidRPr="000620F9">
        <w:rPr>
          <w:lang w:val="en-GB"/>
        </w:rPr>
        <w:t xml:space="preserve"> </w:t>
      </w:r>
      <w:proofErr w:type="spellStart"/>
      <w:r w:rsidRPr="000620F9">
        <w:rPr>
          <w:lang w:val="en-GB"/>
        </w:rPr>
        <w:t>trgovine</w:t>
      </w:r>
      <w:proofErr w:type="spellEnd"/>
      <w:r w:rsidRPr="000620F9">
        <w:rPr>
          <w:lang w:val="en-GB"/>
        </w:rPr>
        <w:t xml:space="preserve"> </w:t>
      </w:r>
      <w:proofErr w:type="spellStart"/>
      <w:r w:rsidRPr="000620F9">
        <w:rPr>
          <w:lang w:val="en-GB"/>
        </w:rPr>
        <w:t>na</w:t>
      </w:r>
      <w:proofErr w:type="spellEnd"/>
      <w:r w:rsidRPr="000620F9">
        <w:rPr>
          <w:lang w:val="en-GB"/>
        </w:rPr>
        <w:t xml:space="preserve"> </w:t>
      </w:r>
      <w:proofErr w:type="spellStart"/>
      <w:r w:rsidRPr="000620F9">
        <w:rPr>
          <w:lang w:val="en-GB"/>
        </w:rPr>
        <w:t>veliko</w:t>
      </w:r>
      <w:proofErr w:type="spellEnd"/>
      <w:r w:rsidRPr="000620F9">
        <w:rPr>
          <w:lang w:val="en-GB"/>
        </w:rPr>
        <w:t xml:space="preserve"> </w:t>
      </w:r>
      <w:proofErr w:type="spellStart"/>
      <w:r w:rsidRPr="000620F9">
        <w:rPr>
          <w:lang w:val="en-GB"/>
        </w:rPr>
        <w:t>ili</w:t>
      </w:r>
      <w:proofErr w:type="spellEnd"/>
      <w:r w:rsidRPr="000620F9">
        <w:rPr>
          <w:lang w:val="en-GB"/>
        </w:rPr>
        <w:t xml:space="preserve"> </w:t>
      </w:r>
      <w:proofErr w:type="spellStart"/>
      <w:r w:rsidRPr="000620F9">
        <w:rPr>
          <w:lang w:val="en-GB"/>
        </w:rPr>
        <w:t>malo</w:t>
      </w:r>
      <w:proofErr w:type="spellEnd"/>
      <w:r w:rsidRPr="000620F9">
        <w:rPr>
          <w:lang w:val="en-GB"/>
        </w:rPr>
        <w:t xml:space="preserve"> </w:t>
      </w:r>
      <w:proofErr w:type="spellStart"/>
      <w:r w:rsidRPr="000620F9">
        <w:rPr>
          <w:lang w:val="en-GB"/>
        </w:rPr>
        <w:t>tečnim</w:t>
      </w:r>
      <w:proofErr w:type="spellEnd"/>
      <w:r w:rsidRPr="000620F9">
        <w:rPr>
          <w:lang w:val="en-GB"/>
        </w:rPr>
        <w:t xml:space="preserve"> </w:t>
      </w:r>
      <w:proofErr w:type="spellStart"/>
      <w:r w:rsidRPr="000620F9">
        <w:rPr>
          <w:lang w:val="en-GB"/>
        </w:rPr>
        <w:t>gorivima</w:t>
      </w:r>
      <w:proofErr w:type="spellEnd"/>
      <w:r w:rsidRPr="000620F9">
        <w:rPr>
          <w:lang w:val="en-GB"/>
        </w:rPr>
        <w:t xml:space="preserve"> </w:t>
      </w:r>
      <w:proofErr w:type="spellStart"/>
      <w:r w:rsidRPr="000620F9">
        <w:rPr>
          <w:lang w:val="en-GB"/>
        </w:rPr>
        <w:t>naftnog</w:t>
      </w:r>
      <w:proofErr w:type="spellEnd"/>
      <w:r w:rsidRPr="000620F9">
        <w:rPr>
          <w:lang w:val="en-GB"/>
        </w:rPr>
        <w:t xml:space="preserve"> </w:t>
      </w:r>
      <w:proofErr w:type="spellStart"/>
      <w:r w:rsidRPr="000620F9">
        <w:rPr>
          <w:lang w:val="en-GB"/>
        </w:rPr>
        <w:t>porijekla</w:t>
      </w:r>
      <w:proofErr w:type="spellEnd"/>
      <w:r w:rsidRPr="000620F9">
        <w:rPr>
          <w:lang w:val="en-GB"/>
        </w:rPr>
        <w:t xml:space="preserve"> </w:t>
      </w:r>
      <w:proofErr w:type="spellStart"/>
      <w:r w:rsidRPr="000620F9">
        <w:rPr>
          <w:lang w:val="en-GB"/>
        </w:rPr>
        <w:t>i</w:t>
      </w:r>
      <w:proofErr w:type="spellEnd"/>
      <w:r w:rsidRPr="000620F9">
        <w:rPr>
          <w:lang w:val="en-GB"/>
        </w:rPr>
        <w:t xml:space="preserve"> </w:t>
      </w:r>
      <w:proofErr w:type="spellStart"/>
      <w:r w:rsidRPr="000620F9">
        <w:rPr>
          <w:lang w:val="en-GB"/>
        </w:rPr>
        <w:t>biogorivima</w:t>
      </w:r>
      <w:proofErr w:type="spellEnd"/>
      <w:r w:rsidRPr="000620F9">
        <w:rPr>
          <w:lang w:val="en-GB"/>
        </w:rPr>
        <w:t xml:space="preserve"> </w:t>
      </w:r>
      <w:proofErr w:type="spellStart"/>
      <w:r w:rsidRPr="000620F9">
        <w:rPr>
          <w:lang w:val="en-GB"/>
        </w:rPr>
        <w:t>i</w:t>
      </w:r>
      <w:proofErr w:type="spellEnd"/>
      <w:r w:rsidRPr="000620F9">
        <w:rPr>
          <w:lang w:val="en-GB"/>
        </w:rPr>
        <w:t xml:space="preserve"> koji </w:t>
      </w:r>
      <w:proofErr w:type="spellStart"/>
      <w:r w:rsidRPr="000620F9">
        <w:rPr>
          <w:lang w:val="en-GB"/>
        </w:rPr>
        <w:t>ista</w:t>
      </w:r>
      <w:proofErr w:type="spellEnd"/>
      <w:r w:rsidRPr="000620F9">
        <w:rPr>
          <w:lang w:val="en-GB"/>
        </w:rPr>
        <w:t xml:space="preserve"> </w:t>
      </w:r>
      <w:proofErr w:type="spellStart"/>
      <w:r w:rsidRPr="000620F9">
        <w:rPr>
          <w:lang w:val="en-GB"/>
        </w:rPr>
        <w:t>stavlja</w:t>
      </w:r>
      <w:proofErr w:type="spellEnd"/>
      <w:r w:rsidRPr="000620F9">
        <w:rPr>
          <w:lang w:val="en-GB"/>
        </w:rPr>
        <w:t xml:space="preserve"> </w:t>
      </w:r>
      <w:proofErr w:type="spellStart"/>
      <w:r w:rsidRPr="000620F9">
        <w:rPr>
          <w:lang w:val="en-GB"/>
        </w:rPr>
        <w:t>na</w:t>
      </w:r>
      <w:proofErr w:type="spellEnd"/>
      <w:r w:rsidRPr="000620F9">
        <w:rPr>
          <w:lang w:val="en-GB"/>
        </w:rPr>
        <w:t xml:space="preserve"> </w:t>
      </w:r>
      <w:proofErr w:type="spellStart"/>
      <w:r w:rsidRPr="000620F9">
        <w:rPr>
          <w:lang w:val="en-GB"/>
        </w:rPr>
        <w:t>tržište</w:t>
      </w:r>
      <w:proofErr w:type="spellEnd"/>
      <w:r w:rsidRPr="000620F9">
        <w:rPr>
          <w:lang w:val="en-GB"/>
        </w:rPr>
        <w:t xml:space="preserve"> </w:t>
      </w:r>
      <w:proofErr w:type="spellStart"/>
      <w:r w:rsidRPr="000620F9">
        <w:rPr>
          <w:lang w:val="en-GB"/>
        </w:rPr>
        <w:t>Crne</w:t>
      </w:r>
      <w:proofErr w:type="spellEnd"/>
      <w:r w:rsidRPr="000620F9">
        <w:rPr>
          <w:lang w:val="en-GB"/>
        </w:rPr>
        <w:t xml:space="preserve"> Gore </w:t>
      </w:r>
      <w:proofErr w:type="spellStart"/>
      <w:r w:rsidRPr="000620F9">
        <w:rPr>
          <w:lang w:val="en-GB"/>
        </w:rPr>
        <w:t>i</w:t>
      </w:r>
      <w:proofErr w:type="spellEnd"/>
      <w:r w:rsidRPr="000620F9">
        <w:rPr>
          <w:lang w:val="en-GB"/>
        </w:rPr>
        <w:t>/</w:t>
      </w:r>
      <w:proofErr w:type="spellStart"/>
      <w:r w:rsidRPr="000620F9">
        <w:rPr>
          <w:lang w:val="en-GB"/>
        </w:rPr>
        <w:t>ili</w:t>
      </w:r>
      <w:proofErr w:type="spellEnd"/>
      <w:r w:rsidRPr="000620F9">
        <w:rPr>
          <w:lang w:val="en-GB"/>
        </w:rPr>
        <w:t xml:space="preserve"> </w:t>
      </w:r>
      <w:proofErr w:type="spellStart"/>
      <w:r w:rsidRPr="000620F9">
        <w:rPr>
          <w:lang w:val="en-GB"/>
        </w:rPr>
        <w:t>koristi</w:t>
      </w:r>
      <w:proofErr w:type="spellEnd"/>
      <w:r w:rsidRPr="000620F9">
        <w:rPr>
          <w:lang w:val="en-GB"/>
        </w:rPr>
        <w:t xml:space="preserve"> za </w:t>
      </w:r>
      <w:proofErr w:type="spellStart"/>
      <w:r w:rsidRPr="000620F9">
        <w:rPr>
          <w:lang w:val="en-GB"/>
        </w:rPr>
        <w:t>snabdijevanje</w:t>
      </w:r>
      <w:proofErr w:type="spellEnd"/>
      <w:r w:rsidRPr="000620F9">
        <w:rPr>
          <w:lang w:val="en-GB"/>
        </w:rPr>
        <w:t xml:space="preserve"> </w:t>
      </w:r>
      <w:proofErr w:type="spellStart"/>
      <w:r w:rsidRPr="000620F9">
        <w:rPr>
          <w:lang w:val="en-GB"/>
        </w:rPr>
        <w:t>plovnih</w:t>
      </w:r>
      <w:proofErr w:type="spellEnd"/>
      <w:r w:rsidRPr="000620F9">
        <w:rPr>
          <w:lang w:val="en-GB"/>
        </w:rPr>
        <w:t xml:space="preserve"> </w:t>
      </w:r>
      <w:proofErr w:type="spellStart"/>
      <w:r w:rsidRPr="000620F9">
        <w:rPr>
          <w:lang w:val="en-GB"/>
        </w:rPr>
        <w:t>objekata</w:t>
      </w:r>
      <w:proofErr w:type="spellEnd"/>
      <w:r w:rsidRPr="000620F9">
        <w:rPr>
          <w:lang w:val="en-GB"/>
        </w:rPr>
        <w:t xml:space="preserve"> u </w:t>
      </w:r>
      <w:proofErr w:type="spellStart"/>
      <w:r w:rsidRPr="000620F9">
        <w:rPr>
          <w:lang w:val="en-GB"/>
        </w:rPr>
        <w:t>međunarodnom</w:t>
      </w:r>
      <w:proofErr w:type="spellEnd"/>
      <w:r w:rsidRPr="000620F9">
        <w:rPr>
          <w:lang w:val="en-GB"/>
        </w:rPr>
        <w:t xml:space="preserve"> </w:t>
      </w:r>
      <w:proofErr w:type="spellStart"/>
      <w:r w:rsidRPr="000620F9">
        <w:rPr>
          <w:lang w:val="en-GB"/>
        </w:rPr>
        <w:t>saobraćaju</w:t>
      </w:r>
      <w:proofErr w:type="spellEnd"/>
      <w:r w:rsidRPr="000620F9">
        <w:rPr>
          <w:lang w:val="en-GB"/>
        </w:rPr>
        <w:t xml:space="preserve">, </w:t>
      </w:r>
      <w:proofErr w:type="spellStart"/>
      <w:r w:rsidRPr="000620F9">
        <w:rPr>
          <w:lang w:val="en-GB"/>
        </w:rPr>
        <w:t>kao</w:t>
      </w:r>
      <w:proofErr w:type="spellEnd"/>
      <w:r w:rsidRPr="000620F9">
        <w:rPr>
          <w:lang w:val="en-GB"/>
        </w:rPr>
        <w:t xml:space="preserve"> </w:t>
      </w:r>
      <w:proofErr w:type="spellStart"/>
      <w:r w:rsidRPr="000620F9">
        <w:rPr>
          <w:lang w:val="en-GB"/>
        </w:rPr>
        <w:t>i</w:t>
      </w:r>
      <w:proofErr w:type="spellEnd"/>
      <w:r w:rsidRPr="000620F9">
        <w:rPr>
          <w:lang w:val="en-GB"/>
        </w:rPr>
        <w:t xml:space="preserve"> </w:t>
      </w:r>
      <w:proofErr w:type="spellStart"/>
      <w:r w:rsidRPr="000620F9">
        <w:rPr>
          <w:lang w:val="en-GB"/>
        </w:rPr>
        <w:t>vlasnik</w:t>
      </w:r>
      <w:proofErr w:type="spellEnd"/>
      <w:r w:rsidRPr="000620F9">
        <w:rPr>
          <w:lang w:val="en-GB"/>
        </w:rPr>
        <w:t xml:space="preserve"> </w:t>
      </w:r>
      <w:proofErr w:type="spellStart"/>
      <w:r w:rsidRPr="000620F9">
        <w:rPr>
          <w:lang w:val="en-GB"/>
        </w:rPr>
        <w:t>odnosno</w:t>
      </w:r>
      <w:proofErr w:type="spellEnd"/>
      <w:r w:rsidRPr="000620F9">
        <w:rPr>
          <w:lang w:val="en-GB"/>
        </w:rPr>
        <w:t xml:space="preserve"> </w:t>
      </w:r>
      <w:proofErr w:type="spellStart"/>
      <w:r w:rsidRPr="000620F9">
        <w:rPr>
          <w:lang w:val="en-GB"/>
        </w:rPr>
        <w:t>držalac</w:t>
      </w:r>
      <w:proofErr w:type="spellEnd"/>
      <w:r w:rsidRPr="000620F9">
        <w:rPr>
          <w:lang w:val="en-GB"/>
        </w:rPr>
        <w:t xml:space="preserve"> </w:t>
      </w:r>
      <w:proofErr w:type="spellStart"/>
      <w:r w:rsidRPr="000620F9">
        <w:rPr>
          <w:lang w:val="en-GB"/>
        </w:rPr>
        <w:t>skladišta</w:t>
      </w:r>
      <w:proofErr w:type="spellEnd"/>
      <w:r w:rsidRPr="000620F9">
        <w:rPr>
          <w:lang w:val="en-GB"/>
        </w:rPr>
        <w:t xml:space="preserve"> </w:t>
      </w:r>
      <w:proofErr w:type="spellStart"/>
      <w:r w:rsidRPr="000620F9">
        <w:rPr>
          <w:lang w:val="en-GB"/>
        </w:rPr>
        <w:t>tečnih</w:t>
      </w:r>
      <w:proofErr w:type="spellEnd"/>
      <w:r w:rsidRPr="000620F9">
        <w:rPr>
          <w:lang w:val="en-GB"/>
        </w:rPr>
        <w:t xml:space="preserve"> </w:t>
      </w:r>
      <w:proofErr w:type="spellStart"/>
      <w:r w:rsidRPr="000620F9">
        <w:rPr>
          <w:lang w:val="en-GB"/>
        </w:rPr>
        <w:t>goriva</w:t>
      </w:r>
      <w:proofErr w:type="spellEnd"/>
      <w:r w:rsidRPr="000620F9">
        <w:rPr>
          <w:lang w:val="en-GB"/>
        </w:rPr>
        <w:t xml:space="preserve"> </w:t>
      </w:r>
      <w:proofErr w:type="spellStart"/>
      <w:r w:rsidRPr="000620F9">
        <w:rPr>
          <w:lang w:val="en-GB"/>
        </w:rPr>
        <w:t>i</w:t>
      </w:r>
      <w:proofErr w:type="spellEnd"/>
      <w:r w:rsidRPr="000620F9">
        <w:rPr>
          <w:lang w:val="en-GB"/>
        </w:rPr>
        <w:t xml:space="preserve"> </w:t>
      </w:r>
      <w:proofErr w:type="spellStart"/>
      <w:r w:rsidRPr="000620F9">
        <w:rPr>
          <w:lang w:val="en-GB"/>
        </w:rPr>
        <w:t>biogoriva</w:t>
      </w:r>
      <w:proofErr w:type="spellEnd"/>
      <w:r w:rsidRPr="000620F9">
        <w:rPr>
          <w:lang w:val="en-GB"/>
        </w:rPr>
        <w:t xml:space="preserve"> za </w:t>
      </w:r>
      <w:proofErr w:type="spellStart"/>
      <w:r w:rsidRPr="000620F9">
        <w:rPr>
          <w:lang w:val="en-GB"/>
        </w:rPr>
        <w:t>sopstvene</w:t>
      </w:r>
      <w:proofErr w:type="spellEnd"/>
      <w:r w:rsidRPr="000620F9">
        <w:rPr>
          <w:lang w:val="en-GB"/>
        </w:rPr>
        <w:t xml:space="preserve"> </w:t>
      </w:r>
      <w:proofErr w:type="spellStart"/>
      <w:r w:rsidRPr="000620F9">
        <w:rPr>
          <w:lang w:val="en-GB"/>
        </w:rPr>
        <w:t>potrebe</w:t>
      </w:r>
      <w:proofErr w:type="spellEnd"/>
      <w:r w:rsidRPr="000620F9">
        <w:rPr>
          <w:lang w:val="en-GB"/>
        </w:rPr>
        <w:t xml:space="preserve"> </w:t>
      </w:r>
      <w:proofErr w:type="spellStart"/>
      <w:r w:rsidRPr="000620F9">
        <w:rPr>
          <w:lang w:val="en-GB"/>
        </w:rPr>
        <w:t>ukupnog</w:t>
      </w:r>
      <w:proofErr w:type="spellEnd"/>
      <w:r w:rsidRPr="000620F9">
        <w:rPr>
          <w:lang w:val="en-GB"/>
        </w:rPr>
        <w:t xml:space="preserve"> </w:t>
      </w:r>
      <w:proofErr w:type="spellStart"/>
      <w:r w:rsidRPr="000620F9">
        <w:rPr>
          <w:lang w:val="en-GB"/>
        </w:rPr>
        <w:t>kapaciteta</w:t>
      </w:r>
      <w:proofErr w:type="spellEnd"/>
      <w:r w:rsidRPr="000620F9">
        <w:rPr>
          <w:lang w:val="en-GB"/>
        </w:rPr>
        <w:t xml:space="preserve"> </w:t>
      </w:r>
      <w:proofErr w:type="spellStart"/>
      <w:r w:rsidRPr="000620F9">
        <w:rPr>
          <w:lang w:val="en-GB"/>
        </w:rPr>
        <w:t>preko</w:t>
      </w:r>
      <w:proofErr w:type="spellEnd"/>
      <w:r w:rsidRPr="000620F9">
        <w:rPr>
          <w:lang w:val="en-GB"/>
        </w:rPr>
        <w:t xml:space="preserve"> </w:t>
      </w:r>
      <w:proofErr w:type="spellStart"/>
      <w:r w:rsidRPr="000620F9">
        <w:rPr>
          <w:lang w:val="en-GB"/>
        </w:rPr>
        <w:t>dva</w:t>
      </w:r>
      <w:proofErr w:type="spellEnd"/>
      <w:r w:rsidRPr="000620F9">
        <w:rPr>
          <w:lang w:val="en-GB"/>
        </w:rPr>
        <w:t xml:space="preserve"> </w:t>
      </w:r>
      <w:proofErr w:type="spellStart"/>
      <w:r w:rsidRPr="000620F9">
        <w:rPr>
          <w:lang w:val="en-GB"/>
        </w:rPr>
        <w:t>kubna</w:t>
      </w:r>
      <w:proofErr w:type="spellEnd"/>
      <w:r w:rsidRPr="000620F9">
        <w:rPr>
          <w:lang w:val="en-GB"/>
        </w:rPr>
        <w:t xml:space="preserve"> </w:t>
      </w:r>
      <w:proofErr w:type="spellStart"/>
      <w:r w:rsidRPr="000620F9">
        <w:rPr>
          <w:lang w:val="en-GB"/>
        </w:rPr>
        <w:t>metra</w:t>
      </w:r>
      <w:proofErr w:type="spellEnd"/>
      <w:r w:rsidRPr="000620F9">
        <w:rPr>
          <w:lang w:val="en-GB"/>
        </w:rPr>
        <w:t xml:space="preserve">, </w:t>
      </w:r>
      <w:proofErr w:type="spellStart"/>
      <w:r w:rsidRPr="000620F9">
        <w:rPr>
          <w:lang w:val="en-GB"/>
        </w:rPr>
        <w:t>uključujući</w:t>
      </w:r>
      <w:proofErr w:type="spellEnd"/>
      <w:r w:rsidRPr="000620F9">
        <w:rPr>
          <w:lang w:val="en-GB"/>
        </w:rPr>
        <w:t xml:space="preserve"> </w:t>
      </w:r>
      <w:proofErr w:type="spellStart"/>
      <w:r w:rsidRPr="000620F9">
        <w:rPr>
          <w:lang w:val="en-GB"/>
        </w:rPr>
        <w:t>i</w:t>
      </w:r>
      <w:proofErr w:type="spellEnd"/>
      <w:r w:rsidRPr="000620F9">
        <w:rPr>
          <w:lang w:val="en-GB"/>
        </w:rPr>
        <w:t xml:space="preserve"> </w:t>
      </w:r>
      <w:proofErr w:type="spellStart"/>
      <w:r w:rsidRPr="000620F9">
        <w:rPr>
          <w:lang w:val="en-GB"/>
        </w:rPr>
        <w:t>stanice</w:t>
      </w:r>
      <w:proofErr w:type="spellEnd"/>
      <w:r w:rsidRPr="000620F9">
        <w:rPr>
          <w:lang w:val="en-GB"/>
        </w:rPr>
        <w:t xml:space="preserve"> za </w:t>
      </w:r>
      <w:proofErr w:type="spellStart"/>
      <w:r w:rsidRPr="000620F9">
        <w:rPr>
          <w:lang w:val="en-GB"/>
        </w:rPr>
        <w:t>snabdijevanje</w:t>
      </w:r>
      <w:proofErr w:type="spellEnd"/>
      <w:r w:rsidRPr="000620F9">
        <w:rPr>
          <w:lang w:val="en-GB"/>
        </w:rPr>
        <w:t xml:space="preserve"> </w:t>
      </w:r>
      <w:proofErr w:type="spellStart"/>
      <w:r w:rsidRPr="000620F9">
        <w:rPr>
          <w:lang w:val="en-GB"/>
        </w:rPr>
        <w:t>sopstvenih</w:t>
      </w:r>
      <w:proofErr w:type="spellEnd"/>
      <w:r w:rsidRPr="000620F9">
        <w:rPr>
          <w:lang w:val="en-GB"/>
        </w:rPr>
        <w:t xml:space="preserve"> </w:t>
      </w:r>
      <w:proofErr w:type="spellStart"/>
      <w:r w:rsidRPr="000620F9">
        <w:rPr>
          <w:lang w:val="en-GB"/>
        </w:rPr>
        <w:t>prevoznih</w:t>
      </w:r>
      <w:proofErr w:type="spellEnd"/>
      <w:r w:rsidRPr="000620F9">
        <w:rPr>
          <w:lang w:val="en-GB"/>
        </w:rPr>
        <w:t xml:space="preserve"> </w:t>
      </w:r>
      <w:proofErr w:type="spellStart"/>
      <w:r w:rsidRPr="000620F9">
        <w:rPr>
          <w:lang w:val="en-GB"/>
        </w:rPr>
        <w:t>sredstava</w:t>
      </w:r>
      <w:proofErr w:type="spellEnd"/>
      <w:r w:rsidRPr="000620F9">
        <w:rPr>
          <w:lang w:val="en-GB"/>
        </w:rPr>
        <w:t>.</w:t>
      </w:r>
    </w:p>
    <w:p w14:paraId="62E308EE" w14:textId="77777777" w:rsidR="00FE19CD" w:rsidRPr="00FE19CD" w:rsidRDefault="00FE19CD" w:rsidP="00627C43">
      <w:pPr>
        <w:jc w:val="both"/>
        <w:rPr>
          <w:lang w:val="en-GB"/>
        </w:rPr>
      </w:pPr>
      <w:proofErr w:type="spellStart"/>
      <w:r w:rsidRPr="00FE19CD">
        <w:rPr>
          <w:b/>
          <w:bCs/>
          <w:lang w:val="en-GB"/>
        </w:rPr>
        <w:t>Mobilni</w:t>
      </w:r>
      <w:proofErr w:type="spellEnd"/>
      <w:r w:rsidRPr="00FE19CD">
        <w:rPr>
          <w:b/>
          <w:bCs/>
          <w:lang w:val="en-GB"/>
        </w:rPr>
        <w:t xml:space="preserve"> </w:t>
      </w:r>
      <w:proofErr w:type="spellStart"/>
      <w:r w:rsidRPr="00FE19CD">
        <w:rPr>
          <w:b/>
          <w:bCs/>
          <w:lang w:val="en-GB"/>
        </w:rPr>
        <w:t>analizator</w:t>
      </w:r>
      <w:proofErr w:type="spellEnd"/>
      <w:r w:rsidRPr="00FE19CD">
        <w:rPr>
          <w:b/>
          <w:bCs/>
          <w:lang w:val="en-GB"/>
        </w:rPr>
        <w:t xml:space="preserve"> </w:t>
      </w:r>
      <w:proofErr w:type="spellStart"/>
      <w:r w:rsidRPr="00FE19CD">
        <w:rPr>
          <w:b/>
          <w:bCs/>
          <w:lang w:val="en-GB"/>
        </w:rPr>
        <w:t>goriva</w:t>
      </w:r>
      <w:proofErr w:type="spellEnd"/>
      <w:r w:rsidRPr="00FE19CD">
        <w:rPr>
          <w:lang w:val="en-GB"/>
        </w:rPr>
        <w:t xml:space="preserve"> je </w:t>
      </w:r>
      <w:proofErr w:type="spellStart"/>
      <w:r w:rsidRPr="00FE19CD">
        <w:rPr>
          <w:lang w:val="en-GB"/>
        </w:rPr>
        <w:t>prenosivi</w:t>
      </w:r>
      <w:proofErr w:type="spellEnd"/>
      <w:r w:rsidRPr="00FE19CD">
        <w:rPr>
          <w:lang w:val="en-GB"/>
        </w:rPr>
        <w:t xml:space="preserve"> </w:t>
      </w:r>
      <w:proofErr w:type="spellStart"/>
      <w:r w:rsidRPr="00FE19CD">
        <w:rPr>
          <w:lang w:val="en-GB"/>
        </w:rPr>
        <w:t>uređaj</w:t>
      </w:r>
      <w:proofErr w:type="spellEnd"/>
      <w:r w:rsidRPr="00FE19CD">
        <w:rPr>
          <w:lang w:val="en-GB"/>
        </w:rPr>
        <w:t xml:space="preserve"> za </w:t>
      </w:r>
      <w:proofErr w:type="spellStart"/>
      <w:r w:rsidRPr="00FE19CD">
        <w:rPr>
          <w:lang w:val="en-GB"/>
        </w:rPr>
        <w:t>određivanje</w:t>
      </w:r>
      <w:proofErr w:type="spellEnd"/>
      <w:r w:rsidRPr="00FE19CD">
        <w:rPr>
          <w:lang w:val="en-GB"/>
        </w:rPr>
        <w:t xml:space="preserve"> </w:t>
      </w:r>
      <w:proofErr w:type="spellStart"/>
      <w:r w:rsidRPr="00FE19CD">
        <w:rPr>
          <w:lang w:val="en-GB"/>
        </w:rPr>
        <w:t>prisustva</w:t>
      </w:r>
      <w:proofErr w:type="spellEnd"/>
      <w:r w:rsidRPr="00FE19CD">
        <w:rPr>
          <w:lang w:val="en-GB"/>
        </w:rPr>
        <w:t xml:space="preserve"> </w:t>
      </w:r>
      <w:proofErr w:type="spellStart"/>
      <w:r w:rsidRPr="00FE19CD">
        <w:rPr>
          <w:lang w:val="en-GB"/>
        </w:rPr>
        <w:t>i</w:t>
      </w:r>
      <w:proofErr w:type="spellEnd"/>
      <w:r w:rsidRPr="00FE19CD">
        <w:rPr>
          <w:lang w:val="en-GB"/>
        </w:rPr>
        <w:t xml:space="preserve"> </w:t>
      </w:r>
      <w:proofErr w:type="spellStart"/>
      <w:r w:rsidRPr="00FE19CD">
        <w:rPr>
          <w:lang w:val="en-GB"/>
        </w:rPr>
        <w:t>koncentracije</w:t>
      </w:r>
      <w:proofErr w:type="spellEnd"/>
      <w:r w:rsidRPr="00FE19CD">
        <w:rPr>
          <w:lang w:val="en-GB"/>
        </w:rPr>
        <w:t xml:space="preserve"> </w:t>
      </w:r>
      <w:proofErr w:type="spellStart"/>
      <w:r w:rsidRPr="00FE19CD">
        <w:rPr>
          <w:lang w:val="en-GB"/>
        </w:rPr>
        <w:t>markera</w:t>
      </w:r>
      <w:proofErr w:type="spellEnd"/>
      <w:r w:rsidRPr="00FE19CD">
        <w:rPr>
          <w:lang w:val="en-GB"/>
        </w:rPr>
        <w:t xml:space="preserve"> u </w:t>
      </w:r>
      <w:proofErr w:type="spellStart"/>
      <w:r w:rsidRPr="00FE19CD">
        <w:rPr>
          <w:lang w:val="en-GB"/>
        </w:rPr>
        <w:t>uzorku</w:t>
      </w:r>
      <w:proofErr w:type="spellEnd"/>
      <w:r w:rsidRPr="00FE19CD">
        <w:rPr>
          <w:lang w:val="en-GB"/>
        </w:rPr>
        <w:t xml:space="preserve"> </w:t>
      </w:r>
      <w:proofErr w:type="spellStart"/>
      <w:r w:rsidRPr="00FE19CD">
        <w:rPr>
          <w:lang w:val="en-GB"/>
        </w:rPr>
        <w:t>goriva</w:t>
      </w:r>
      <w:proofErr w:type="spellEnd"/>
      <w:r w:rsidRPr="00FE19CD">
        <w:rPr>
          <w:lang w:val="en-GB"/>
        </w:rPr>
        <w:t xml:space="preserve"> </w:t>
      </w:r>
      <w:proofErr w:type="spellStart"/>
      <w:r w:rsidRPr="00FE19CD">
        <w:rPr>
          <w:lang w:val="en-GB"/>
        </w:rPr>
        <w:t>na</w:t>
      </w:r>
      <w:proofErr w:type="spellEnd"/>
      <w:r w:rsidRPr="00FE19CD">
        <w:rPr>
          <w:lang w:val="en-GB"/>
        </w:rPr>
        <w:t xml:space="preserve"> </w:t>
      </w:r>
      <w:proofErr w:type="spellStart"/>
      <w:r w:rsidRPr="00FE19CD">
        <w:rPr>
          <w:lang w:val="en-GB"/>
        </w:rPr>
        <w:t>terenu</w:t>
      </w:r>
      <w:proofErr w:type="spellEnd"/>
      <w:r w:rsidRPr="00FE19CD">
        <w:rPr>
          <w:lang w:val="en-GB"/>
        </w:rPr>
        <w:t>.</w:t>
      </w:r>
    </w:p>
    <w:p w14:paraId="3ADA6F5F" w14:textId="3389BFCC" w:rsidR="00FE19CD" w:rsidRPr="00FE19CD" w:rsidRDefault="00FE19CD" w:rsidP="00627C43">
      <w:pPr>
        <w:jc w:val="both"/>
        <w:rPr>
          <w:lang w:val="en-GB"/>
        </w:rPr>
      </w:pPr>
      <w:proofErr w:type="spellStart"/>
      <w:r w:rsidRPr="00FE19CD">
        <w:rPr>
          <w:b/>
          <w:bCs/>
          <w:lang w:val="en-GB"/>
        </w:rPr>
        <w:t>Laboratorijski</w:t>
      </w:r>
      <w:proofErr w:type="spellEnd"/>
      <w:r w:rsidRPr="00FE19CD">
        <w:rPr>
          <w:b/>
          <w:bCs/>
          <w:lang w:val="en-GB"/>
        </w:rPr>
        <w:t xml:space="preserve"> </w:t>
      </w:r>
      <w:proofErr w:type="spellStart"/>
      <w:r w:rsidRPr="00FE19CD">
        <w:rPr>
          <w:b/>
          <w:bCs/>
          <w:lang w:val="en-GB"/>
        </w:rPr>
        <w:t>analizator</w:t>
      </w:r>
      <w:proofErr w:type="spellEnd"/>
      <w:r w:rsidRPr="00FE19CD">
        <w:rPr>
          <w:b/>
          <w:bCs/>
          <w:lang w:val="en-GB"/>
        </w:rPr>
        <w:t xml:space="preserve"> </w:t>
      </w:r>
      <w:proofErr w:type="spellStart"/>
      <w:r w:rsidRPr="00FE19CD">
        <w:rPr>
          <w:b/>
          <w:bCs/>
          <w:lang w:val="en-GB"/>
        </w:rPr>
        <w:t>goriva</w:t>
      </w:r>
      <w:proofErr w:type="spellEnd"/>
      <w:r w:rsidRPr="00FE19CD">
        <w:rPr>
          <w:lang w:val="en-GB"/>
        </w:rPr>
        <w:t xml:space="preserve"> je </w:t>
      </w:r>
      <w:proofErr w:type="spellStart"/>
      <w:r w:rsidRPr="00FE19CD">
        <w:rPr>
          <w:lang w:val="en-GB"/>
        </w:rPr>
        <w:t>uređaj</w:t>
      </w:r>
      <w:proofErr w:type="spellEnd"/>
      <w:r w:rsidRPr="00FE19CD">
        <w:rPr>
          <w:lang w:val="en-GB"/>
        </w:rPr>
        <w:t xml:space="preserve"> za </w:t>
      </w:r>
      <w:proofErr w:type="spellStart"/>
      <w:r w:rsidRPr="00FE19CD">
        <w:rPr>
          <w:lang w:val="en-GB"/>
        </w:rPr>
        <w:t>određivanje</w:t>
      </w:r>
      <w:proofErr w:type="spellEnd"/>
      <w:r w:rsidRPr="00FE19CD">
        <w:rPr>
          <w:lang w:val="en-GB"/>
        </w:rPr>
        <w:t xml:space="preserve"> </w:t>
      </w:r>
      <w:proofErr w:type="spellStart"/>
      <w:r w:rsidR="00E642D5">
        <w:rPr>
          <w:lang w:val="en-GB"/>
        </w:rPr>
        <w:t>prisustva</w:t>
      </w:r>
      <w:proofErr w:type="spellEnd"/>
      <w:r w:rsidR="00E642D5">
        <w:rPr>
          <w:lang w:val="en-GB"/>
        </w:rPr>
        <w:t xml:space="preserve"> </w:t>
      </w:r>
      <w:proofErr w:type="spellStart"/>
      <w:r w:rsidR="00E642D5">
        <w:rPr>
          <w:lang w:val="en-GB"/>
        </w:rPr>
        <w:t>i</w:t>
      </w:r>
      <w:proofErr w:type="spellEnd"/>
      <w:r w:rsidR="00E642D5">
        <w:rPr>
          <w:lang w:val="en-GB"/>
        </w:rPr>
        <w:t xml:space="preserve"> </w:t>
      </w:r>
      <w:proofErr w:type="spellStart"/>
      <w:r w:rsidRPr="00FE19CD">
        <w:rPr>
          <w:lang w:val="en-GB"/>
        </w:rPr>
        <w:t>koncentracije</w:t>
      </w:r>
      <w:proofErr w:type="spellEnd"/>
      <w:r w:rsidRPr="00FE19CD">
        <w:rPr>
          <w:lang w:val="en-GB"/>
        </w:rPr>
        <w:t xml:space="preserve"> </w:t>
      </w:r>
      <w:proofErr w:type="spellStart"/>
      <w:r w:rsidRPr="00FE19CD">
        <w:rPr>
          <w:lang w:val="en-GB"/>
        </w:rPr>
        <w:t>markera</w:t>
      </w:r>
      <w:proofErr w:type="spellEnd"/>
      <w:r w:rsidRPr="00FE19CD">
        <w:rPr>
          <w:lang w:val="en-GB"/>
        </w:rPr>
        <w:t xml:space="preserve"> u </w:t>
      </w:r>
      <w:proofErr w:type="spellStart"/>
      <w:r w:rsidRPr="00FE19CD">
        <w:rPr>
          <w:lang w:val="en-GB"/>
        </w:rPr>
        <w:t>uzorcima</w:t>
      </w:r>
      <w:proofErr w:type="spellEnd"/>
      <w:r w:rsidRPr="00FE19CD">
        <w:rPr>
          <w:lang w:val="en-GB"/>
        </w:rPr>
        <w:t xml:space="preserve"> </w:t>
      </w:r>
      <w:proofErr w:type="spellStart"/>
      <w:r w:rsidRPr="00FE19CD">
        <w:rPr>
          <w:lang w:val="en-GB"/>
        </w:rPr>
        <w:t>goriva</w:t>
      </w:r>
      <w:proofErr w:type="spellEnd"/>
      <w:r w:rsidRPr="00FE19CD">
        <w:rPr>
          <w:lang w:val="en-GB"/>
        </w:rPr>
        <w:t xml:space="preserve"> u </w:t>
      </w:r>
      <w:proofErr w:type="spellStart"/>
      <w:r w:rsidRPr="00FE19CD">
        <w:rPr>
          <w:lang w:val="en-GB"/>
        </w:rPr>
        <w:t>laboratorijskim</w:t>
      </w:r>
      <w:proofErr w:type="spellEnd"/>
      <w:r w:rsidRPr="00FE19CD">
        <w:rPr>
          <w:lang w:val="en-GB"/>
        </w:rPr>
        <w:t xml:space="preserve"> </w:t>
      </w:r>
      <w:proofErr w:type="spellStart"/>
      <w:r w:rsidRPr="00FE19CD">
        <w:rPr>
          <w:lang w:val="en-GB"/>
        </w:rPr>
        <w:t>uslovima</w:t>
      </w:r>
      <w:proofErr w:type="spellEnd"/>
      <w:r w:rsidRPr="00FE19CD">
        <w:rPr>
          <w:lang w:val="en-GB"/>
        </w:rPr>
        <w:t>.</w:t>
      </w:r>
    </w:p>
    <w:p w14:paraId="450263D9" w14:textId="01031373" w:rsidR="00FE19CD" w:rsidRPr="00FE19CD" w:rsidRDefault="00FE19CD" w:rsidP="00627C43">
      <w:pPr>
        <w:jc w:val="both"/>
        <w:rPr>
          <w:lang w:val="en-GB"/>
        </w:rPr>
      </w:pPr>
      <w:proofErr w:type="spellStart"/>
      <w:r w:rsidRPr="00FE19CD">
        <w:rPr>
          <w:b/>
          <w:bCs/>
          <w:lang w:val="en-GB"/>
        </w:rPr>
        <w:t>Koncentracija</w:t>
      </w:r>
      <w:proofErr w:type="spellEnd"/>
      <w:r w:rsidRPr="00FE19CD">
        <w:rPr>
          <w:b/>
          <w:bCs/>
          <w:lang w:val="en-GB"/>
        </w:rPr>
        <w:t xml:space="preserve"> </w:t>
      </w:r>
      <w:proofErr w:type="spellStart"/>
      <w:r w:rsidRPr="00FE19CD">
        <w:rPr>
          <w:b/>
          <w:bCs/>
          <w:lang w:val="en-GB"/>
        </w:rPr>
        <w:t>markera</w:t>
      </w:r>
      <w:proofErr w:type="spellEnd"/>
      <w:r w:rsidRPr="00FE19CD">
        <w:rPr>
          <w:lang w:val="en-GB"/>
        </w:rPr>
        <w:t xml:space="preserve"> je </w:t>
      </w:r>
      <w:proofErr w:type="spellStart"/>
      <w:r w:rsidRPr="00FE19CD">
        <w:rPr>
          <w:lang w:val="en-GB"/>
        </w:rPr>
        <w:t>količina</w:t>
      </w:r>
      <w:proofErr w:type="spellEnd"/>
      <w:r w:rsidRPr="00FE19CD">
        <w:rPr>
          <w:lang w:val="en-GB"/>
        </w:rPr>
        <w:t xml:space="preserve"> </w:t>
      </w:r>
      <w:proofErr w:type="spellStart"/>
      <w:r w:rsidRPr="00FE19CD">
        <w:rPr>
          <w:lang w:val="en-GB"/>
        </w:rPr>
        <w:t>markera</w:t>
      </w:r>
      <w:proofErr w:type="spellEnd"/>
      <w:r w:rsidRPr="00FE19CD">
        <w:rPr>
          <w:lang w:val="en-GB"/>
        </w:rPr>
        <w:t xml:space="preserve"> </w:t>
      </w:r>
      <w:proofErr w:type="spellStart"/>
      <w:r w:rsidRPr="00FE19CD">
        <w:rPr>
          <w:lang w:val="en-GB"/>
        </w:rPr>
        <w:t>prisutna</w:t>
      </w:r>
      <w:proofErr w:type="spellEnd"/>
      <w:r w:rsidRPr="00FE19CD">
        <w:rPr>
          <w:lang w:val="en-GB"/>
        </w:rPr>
        <w:t xml:space="preserve"> u </w:t>
      </w:r>
      <w:proofErr w:type="spellStart"/>
      <w:r w:rsidRPr="00FE19CD">
        <w:rPr>
          <w:lang w:val="en-GB"/>
        </w:rPr>
        <w:t>gorivu</w:t>
      </w:r>
      <w:proofErr w:type="spellEnd"/>
      <w:r w:rsidRPr="00FE19CD">
        <w:rPr>
          <w:lang w:val="en-GB"/>
        </w:rPr>
        <w:t xml:space="preserve"> </w:t>
      </w:r>
      <w:proofErr w:type="spellStart"/>
      <w:r w:rsidRPr="00FE19CD">
        <w:rPr>
          <w:lang w:val="en-GB"/>
        </w:rPr>
        <w:t>izražena</w:t>
      </w:r>
      <w:proofErr w:type="spellEnd"/>
      <w:r w:rsidRPr="00FE19CD">
        <w:rPr>
          <w:lang w:val="en-GB"/>
        </w:rPr>
        <w:t xml:space="preserve"> u </w:t>
      </w:r>
      <w:proofErr w:type="spellStart"/>
      <w:r w:rsidRPr="00FE19CD">
        <w:rPr>
          <w:lang w:val="en-GB"/>
        </w:rPr>
        <w:t>odnosu</w:t>
      </w:r>
      <w:proofErr w:type="spellEnd"/>
      <w:r w:rsidRPr="00FE19CD">
        <w:rPr>
          <w:lang w:val="en-GB"/>
        </w:rPr>
        <w:t xml:space="preserve"> </w:t>
      </w:r>
      <w:proofErr w:type="spellStart"/>
      <w:r w:rsidRPr="00FE19CD">
        <w:rPr>
          <w:lang w:val="en-GB"/>
        </w:rPr>
        <w:t>na</w:t>
      </w:r>
      <w:proofErr w:type="spellEnd"/>
      <w:r w:rsidRPr="00FE19CD">
        <w:rPr>
          <w:lang w:val="en-GB"/>
        </w:rPr>
        <w:t xml:space="preserve"> </w:t>
      </w:r>
      <w:proofErr w:type="spellStart"/>
      <w:r w:rsidRPr="00FE19CD">
        <w:rPr>
          <w:lang w:val="en-GB"/>
        </w:rPr>
        <w:t>propisanu</w:t>
      </w:r>
      <w:proofErr w:type="spellEnd"/>
      <w:r w:rsidRPr="00FE19CD">
        <w:rPr>
          <w:lang w:val="en-GB"/>
        </w:rPr>
        <w:t xml:space="preserve"> </w:t>
      </w:r>
      <w:proofErr w:type="spellStart"/>
      <w:r w:rsidRPr="00FE19CD">
        <w:rPr>
          <w:lang w:val="en-GB"/>
        </w:rPr>
        <w:t>koncentraciju</w:t>
      </w:r>
      <w:proofErr w:type="spellEnd"/>
      <w:r w:rsidRPr="00FE19CD">
        <w:rPr>
          <w:lang w:val="en-GB"/>
        </w:rPr>
        <w:t>.</w:t>
      </w:r>
    </w:p>
    <w:p w14:paraId="07BD596C" w14:textId="68BBF137" w:rsidR="00FE19CD" w:rsidRPr="00FE19CD" w:rsidRDefault="00FE19CD" w:rsidP="00627C43">
      <w:pPr>
        <w:jc w:val="both"/>
        <w:rPr>
          <w:lang w:val="en-GB"/>
        </w:rPr>
      </w:pPr>
      <w:proofErr w:type="spellStart"/>
      <w:r w:rsidRPr="00FE19CD">
        <w:rPr>
          <w:b/>
          <w:bCs/>
          <w:lang w:val="en-GB"/>
        </w:rPr>
        <w:t>Propisana</w:t>
      </w:r>
      <w:proofErr w:type="spellEnd"/>
      <w:r w:rsidRPr="00FE19CD">
        <w:rPr>
          <w:b/>
          <w:bCs/>
          <w:lang w:val="en-GB"/>
        </w:rPr>
        <w:t xml:space="preserve"> </w:t>
      </w:r>
      <w:proofErr w:type="spellStart"/>
      <w:r w:rsidRPr="00FE19CD">
        <w:rPr>
          <w:b/>
          <w:bCs/>
          <w:lang w:val="en-GB"/>
        </w:rPr>
        <w:t>koncentracija</w:t>
      </w:r>
      <w:proofErr w:type="spellEnd"/>
      <w:r w:rsidRPr="00FE19CD">
        <w:rPr>
          <w:b/>
          <w:bCs/>
          <w:lang w:val="en-GB"/>
        </w:rPr>
        <w:t xml:space="preserve"> </w:t>
      </w:r>
      <w:proofErr w:type="spellStart"/>
      <w:r w:rsidRPr="00FE19CD">
        <w:rPr>
          <w:b/>
          <w:bCs/>
          <w:lang w:val="en-GB"/>
        </w:rPr>
        <w:t>markera</w:t>
      </w:r>
      <w:proofErr w:type="spellEnd"/>
      <w:r w:rsidRPr="00FE19CD">
        <w:rPr>
          <w:lang w:val="en-GB"/>
        </w:rPr>
        <w:t xml:space="preserve"> je </w:t>
      </w:r>
      <w:proofErr w:type="spellStart"/>
      <w:r w:rsidRPr="00FE19CD">
        <w:rPr>
          <w:lang w:val="en-GB"/>
        </w:rPr>
        <w:t>koncentracija</w:t>
      </w:r>
      <w:proofErr w:type="spellEnd"/>
      <w:r w:rsidRPr="00FE19CD">
        <w:rPr>
          <w:lang w:val="en-GB"/>
        </w:rPr>
        <w:t xml:space="preserve"> </w:t>
      </w:r>
      <w:proofErr w:type="spellStart"/>
      <w:r w:rsidRPr="00FE19CD">
        <w:rPr>
          <w:lang w:val="en-GB"/>
        </w:rPr>
        <w:t>markera</w:t>
      </w:r>
      <w:proofErr w:type="spellEnd"/>
      <w:r w:rsidRPr="00FE19CD">
        <w:rPr>
          <w:lang w:val="en-GB"/>
        </w:rPr>
        <w:t xml:space="preserve"> </w:t>
      </w:r>
      <w:proofErr w:type="spellStart"/>
      <w:r w:rsidRPr="00FE19CD">
        <w:rPr>
          <w:lang w:val="en-GB"/>
        </w:rPr>
        <w:t>pri</w:t>
      </w:r>
      <w:proofErr w:type="spellEnd"/>
      <w:r w:rsidRPr="00FE19CD">
        <w:rPr>
          <w:lang w:val="en-GB"/>
        </w:rPr>
        <w:t xml:space="preserve"> </w:t>
      </w:r>
      <w:proofErr w:type="spellStart"/>
      <w:r w:rsidRPr="00FE19CD">
        <w:rPr>
          <w:lang w:val="en-GB"/>
        </w:rPr>
        <w:t>kojoj</w:t>
      </w:r>
      <w:proofErr w:type="spellEnd"/>
      <w:r w:rsidRPr="00FE19CD">
        <w:rPr>
          <w:lang w:val="en-GB"/>
        </w:rPr>
        <w:t xml:space="preserve"> se </w:t>
      </w:r>
      <w:proofErr w:type="spellStart"/>
      <w:r w:rsidRPr="00FE19CD">
        <w:rPr>
          <w:lang w:val="en-GB"/>
        </w:rPr>
        <w:t>smatra</w:t>
      </w:r>
      <w:proofErr w:type="spellEnd"/>
      <w:r w:rsidRPr="00FE19CD">
        <w:rPr>
          <w:lang w:val="en-GB"/>
        </w:rPr>
        <w:t xml:space="preserve"> da je </w:t>
      </w:r>
      <w:proofErr w:type="spellStart"/>
      <w:r w:rsidRPr="00FE19CD">
        <w:rPr>
          <w:lang w:val="en-GB"/>
        </w:rPr>
        <w:t>gorivo</w:t>
      </w:r>
      <w:proofErr w:type="spellEnd"/>
      <w:r w:rsidRPr="00FE19CD">
        <w:rPr>
          <w:lang w:val="en-GB"/>
        </w:rPr>
        <w:t xml:space="preserve"> </w:t>
      </w:r>
      <w:proofErr w:type="spellStart"/>
      <w:r w:rsidRPr="00FE19CD">
        <w:rPr>
          <w:lang w:val="en-GB"/>
        </w:rPr>
        <w:t>markirano</w:t>
      </w:r>
      <w:proofErr w:type="spellEnd"/>
      <w:r w:rsidRPr="00FE19CD">
        <w:rPr>
          <w:lang w:val="en-GB"/>
        </w:rPr>
        <w:t xml:space="preserve"> u </w:t>
      </w:r>
      <w:proofErr w:type="spellStart"/>
      <w:r w:rsidRPr="00FE19CD">
        <w:rPr>
          <w:lang w:val="en-GB"/>
        </w:rPr>
        <w:t>skladu</w:t>
      </w:r>
      <w:proofErr w:type="spellEnd"/>
      <w:r w:rsidRPr="00FE19CD">
        <w:rPr>
          <w:lang w:val="en-GB"/>
        </w:rPr>
        <w:t xml:space="preserve"> </w:t>
      </w:r>
      <w:proofErr w:type="spellStart"/>
      <w:r w:rsidRPr="00FE19CD">
        <w:rPr>
          <w:lang w:val="en-GB"/>
        </w:rPr>
        <w:t>sa</w:t>
      </w:r>
      <w:proofErr w:type="spellEnd"/>
      <w:r w:rsidRPr="00FE19CD">
        <w:rPr>
          <w:lang w:val="en-GB"/>
        </w:rPr>
        <w:t xml:space="preserve"> </w:t>
      </w:r>
      <w:proofErr w:type="spellStart"/>
      <w:r w:rsidRPr="00FE19CD">
        <w:rPr>
          <w:lang w:val="en-GB"/>
        </w:rPr>
        <w:t>Zakonom</w:t>
      </w:r>
      <w:proofErr w:type="spellEnd"/>
      <w:r w:rsidRPr="00FE19CD">
        <w:rPr>
          <w:lang w:val="en-GB"/>
        </w:rPr>
        <w:t xml:space="preserve"> o </w:t>
      </w:r>
      <w:proofErr w:type="spellStart"/>
      <w:r w:rsidRPr="00FE19CD">
        <w:rPr>
          <w:lang w:val="en-GB"/>
        </w:rPr>
        <w:t>energetici</w:t>
      </w:r>
      <w:proofErr w:type="spellEnd"/>
      <w:r w:rsidRPr="00FE19CD">
        <w:rPr>
          <w:lang w:val="en-GB"/>
        </w:rPr>
        <w:t xml:space="preserve"> </w:t>
      </w:r>
      <w:proofErr w:type="spellStart"/>
      <w:r w:rsidRPr="00FE19CD">
        <w:rPr>
          <w:lang w:val="en-GB"/>
        </w:rPr>
        <w:t>i</w:t>
      </w:r>
      <w:proofErr w:type="spellEnd"/>
      <w:r w:rsidRPr="00FE19CD">
        <w:rPr>
          <w:lang w:val="en-GB"/>
        </w:rPr>
        <w:t xml:space="preserve"> </w:t>
      </w:r>
      <w:proofErr w:type="spellStart"/>
      <w:r w:rsidRPr="00FE19CD">
        <w:rPr>
          <w:lang w:val="en-GB"/>
        </w:rPr>
        <w:t>ovim</w:t>
      </w:r>
      <w:proofErr w:type="spellEnd"/>
      <w:r w:rsidRPr="00FE19CD">
        <w:rPr>
          <w:lang w:val="en-GB"/>
        </w:rPr>
        <w:t xml:space="preserve"> </w:t>
      </w:r>
      <w:proofErr w:type="spellStart"/>
      <w:r w:rsidRPr="00FE19CD">
        <w:rPr>
          <w:lang w:val="en-GB"/>
        </w:rPr>
        <w:t>Uputstvom</w:t>
      </w:r>
      <w:proofErr w:type="spellEnd"/>
      <w:r w:rsidRPr="00FE19CD">
        <w:rPr>
          <w:lang w:val="en-GB"/>
        </w:rPr>
        <w:t xml:space="preserve">. </w:t>
      </w:r>
    </w:p>
    <w:p w14:paraId="061C32B2" w14:textId="77777777" w:rsidR="00FE19CD" w:rsidRPr="00FE19CD" w:rsidRDefault="00FE19CD" w:rsidP="00627C43">
      <w:pPr>
        <w:jc w:val="both"/>
        <w:rPr>
          <w:lang w:val="en-GB"/>
        </w:rPr>
      </w:pPr>
      <w:proofErr w:type="spellStart"/>
      <w:r w:rsidRPr="00FE19CD">
        <w:rPr>
          <w:b/>
          <w:bCs/>
          <w:lang w:val="en-GB"/>
        </w:rPr>
        <w:t>Nivo</w:t>
      </w:r>
      <w:proofErr w:type="spellEnd"/>
      <w:r w:rsidRPr="00FE19CD">
        <w:rPr>
          <w:b/>
          <w:bCs/>
          <w:lang w:val="en-GB"/>
        </w:rPr>
        <w:t xml:space="preserve"> </w:t>
      </w:r>
      <w:proofErr w:type="spellStart"/>
      <w:r w:rsidRPr="00FE19CD">
        <w:rPr>
          <w:b/>
          <w:bCs/>
          <w:lang w:val="en-GB"/>
        </w:rPr>
        <w:t>doziranja</w:t>
      </w:r>
      <w:proofErr w:type="spellEnd"/>
      <w:r w:rsidRPr="00FE19CD">
        <w:rPr>
          <w:b/>
          <w:bCs/>
          <w:lang w:val="en-GB"/>
        </w:rPr>
        <w:t xml:space="preserve"> </w:t>
      </w:r>
      <w:proofErr w:type="spellStart"/>
      <w:r w:rsidRPr="00FE19CD">
        <w:rPr>
          <w:b/>
          <w:bCs/>
          <w:lang w:val="en-GB"/>
        </w:rPr>
        <w:t>markera</w:t>
      </w:r>
      <w:proofErr w:type="spellEnd"/>
      <w:r w:rsidRPr="00FE19CD">
        <w:rPr>
          <w:lang w:val="en-GB"/>
        </w:rPr>
        <w:t xml:space="preserve"> je </w:t>
      </w:r>
      <w:proofErr w:type="spellStart"/>
      <w:r w:rsidRPr="00FE19CD">
        <w:rPr>
          <w:lang w:val="en-GB"/>
        </w:rPr>
        <w:t>količina</w:t>
      </w:r>
      <w:proofErr w:type="spellEnd"/>
      <w:r w:rsidRPr="00FE19CD">
        <w:rPr>
          <w:lang w:val="en-GB"/>
        </w:rPr>
        <w:t xml:space="preserve"> </w:t>
      </w:r>
      <w:proofErr w:type="spellStart"/>
      <w:r w:rsidRPr="00FE19CD">
        <w:rPr>
          <w:lang w:val="en-GB"/>
        </w:rPr>
        <w:t>markera</w:t>
      </w:r>
      <w:proofErr w:type="spellEnd"/>
      <w:r w:rsidRPr="00FE19CD">
        <w:rPr>
          <w:lang w:val="en-GB"/>
        </w:rPr>
        <w:t xml:space="preserve"> </w:t>
      </w:r>
      <w:proofErr w:type="spellStart"/>
      <w:r w:rsidRPr="00FE19CD">
        <w:rPr>
          <w:lang w:val="en-GB"/>
        </w:rPr>
        <w:t>potrebna</w:t>
      </w:r>
      <w:proofErr w:type="spellEnd"/>
      <w:r w:rsidRPr="00FE19CD">
        <w:rPr>
          <w:lang w:val="en-GB"/>
        </w:rPr>
        <w:t xml:space="preserve"> za </w:t>
      </w:r>
      <w:proofErr w:type="spellStart"/>
      <w:r w:rsidRPr="00FE19CD">
        <w:rPr>
          <w:lang w:val="en-GB"/>
        </w:rPr>
        <w:t>postizanje</w:t>
      </w:r>
      <w:proofErr w:type="spellEnd"/>
      <w:r w:rsidRPr="00FE19CD">
        <w:rPr>
          <w:lang w:val="en-GB"/>
        </w:rPr>
        <w:t xml:space="preserve"> </w:t>
      </w:r>
      <w:proofErr w:type="spellStart"/>
      <w:r w:rsidRPr="00FE19CD">
        <w:rPr>
          <w:lang w:val="en-GB"/>
        </w:rPr>
        <w:t>propisane</w:t>
      </w:r>
      <w:proofErr w:type="spellEnd"/>
      <w:r w:rsidRPr="00FE19CD">
        <w:rPr>
          <w:lang w:val="en-GB"/>
        </w:rPr>
        <w:t xml:space="preserve"> </w:t>
      </w:r>
      <w:proofErr w:type="spellStart"/>
      <w:r w:rsidRPr="00FE19CD">
        <w:rPr>
          <w:lang w:val="en-GB"/>
        </w:rPr>
        <w:t>koncentracije</w:t>
      </w:r>
      <w:proofErr w:type="spellEnd"/>
      <w:r w:rsidRPr="00FE19CD">
        <w:rPr>
          <w:lang w:val="en-GB"/>
        </w:rPr>
        <w:t xml:space="preserve"> </w:t>
      </w:r>
      <w:proofErr w:type="spellStart"/>
      <w:r w:rsidRPr="00FE19CD">
        <w:rPr>
          <w:lang w:val="en-GB"/>
        </w:rPr>
        <w:t>markera</w:t>
      </w:r>
      <w:proofErr w:type="spellEnd"/>
      <w:r w:rsidRPr="00FE19CD">
        <w:rPr>
          <w:lang w:val="en-GB"/>
        </w:rPr>
        <w:t xml:space="preserve"> u </w:t>
      </w:r>
      <w:proofErr w:type="spellStart"/>
      <w:r w:rsidRPr="00FE19CD">
        <w:rPr>
          <w:lang w:val="en-GB"/>
        </w:rPr>
        <w:t>određenoj</w:t>
      </w:r>
      <w:proofErr w:type="spellEnd"/>
      <w:r w:rsidRPr="00FE19CD">
        <w:rPr>
          <w:lang w:val="en-GB"/>
        </w:rPr>
        <w:t xml:space="preserve"> </w:t>
      </w:r>
      <w:proofErr w:type="spellStart"/>
      <w:r w:rsidRPr="00FE19CD">
        <w:rPr>
          <w:lang w:val="en-GB"/>
        </w:rPr>
        <w:t>količini</w:t>
      </w:r>
      <w:proofErr w:type="spellEnd"/>
      <w:r w:rsidRPr="00FE19CD">
        <w:rPr>
          <w:lang w:val="en-GB"/>
        </w:rPr>
        <w:t xml:space="preserve"> </w:t>
      </w:r>
      <w:proofErr w:type="spellStart"/>
      <w:r w:rsidRPr="00FE19CD">
        <w:rPr>
          <w:lang w:val="en-GB"/>
        </w:rPr>
        <w:t>goriva</w:t>
      </w:r>
      <w:proofErr w:type="spellEnd"/>
      <w:r w:rsidRPr="00FE19CD">
        <w:rPr>
          <w:lang w:val="en-GB"/>
        </w:rPr>
        <w:t>.</w:t>
      </w:r>
    </w:p>
    <w:p w14:paraId="02D17B75" w14:textId="77777777" w:rsidR="00FE19CD" w:rsidRPr="00FE19CD" w:rsidRDefault="00FE19CD" w:rsidP="00627C43">
      <w:pPr>
        <w:jc w:val="both"/>
        <w:rPr>
          <w:lang w:val="en-GB"/>
        </w:rPr>
      </w:pPr>
      <w:r w:rsidRPr="00FE19CD">
        <w:rPr>
          <w:b/>
          <w:bCs/>
          <w:lang w:val="en-GB"/>
        </w:rPr>
        <w:t>Lot</w:t>
      </w:r>
      <w:r w:rsidRPr="00FE19CD">
        <w:rPr>
          <w:lang w:val="en-GB"/>
        </w:rPr>
        <w:t xml:space="preserve"> je </w:t>
      </w:r>
      <w:proofErr w:type="spellStart"/>
      <w:r w:rsidRPr="00FE19CD">
        <w:rPr>
          <w:lang w:val="en-GB"/>
        </w:rPr>
        <w:t>količina</w:t>
      </w:r>
      <w:proofErr w:type="spellEnd"/>
      <w:r w:rsidRPr="00FE19CD">
        <w:rPr>
          <w:lang w:val="en-GB"/>
        </w:rPr>
        <w:t xml:space="preserve"> </w:t>
      </w:r>
      <w:proofErr w:type="spellStart"/>
      <w:r w:rsidRPr="00FE19CD">
        <w:rPr>
          <w:lang w:val="en-GB"/>
        </w:rPr>
        <w:t>goriva</w:t>
      </w:r>
      <w:proofErr w:type="spellEnd"/>
      <w:r w:rsidRPr="00FE19CD">
        <w:rPr>
          <w:lang w:val="en-GB"/>
        </w:rPr>
        <w:t xml:space="preserve"> </w:t>
      </w:r>
      <w:proofErr w:type="spellStart"/>
      <w:r w:rsidRPr="00FE19CD">
        <w:rPr>
          <w:lang w:val="en-GB"/>
        </w:rPr>
        <w:t>koja</w:t>
      </w:r>
      <w:proofErr w:type="spellEnd"/>
      <w:r w:rsidRPr="00FE19CD">
        <w:rPr>
          <w:lang w:val="en-GB"/>
        </w:rPr>
        <w:t xml:space="preserve"> se </w:t>
      </w:r>
      <w:proofErr w:type="spellStart"/>
      <w:r w:rsidRPr="00FE19CD">
        <w:rPr>
          <w:lang w:val="en-GB"/>
        </w:rPr>
        <w:t>odjednom</w:t>
      </w:r>
      <w:proofErr w:type="spellEnd"/>
      <w:r w:rsidRPr="00FE19CD">
        <w:rPr>
          <w:lang w:val="en-GB"/>
        </w:rPr>
        <w:t xml:space="preserve"> </w:t>
      </w:r>
      <w:proofErr w:type="spellStart"/>
      <w:r w:rsidRPr="00FE19CD">
        <w:rPr>
          <w:lang w:val="en-GB"/>
        </w:rPr>
        <w:t>dobija</w:t>
      </w:r>
      <w:proofErr w:type="spellEnd"/>
      <w:r w:rsidRPr="00FE19CD">
        <w:rPr>
          <w:lang w:val="en-GB"/>
        </w:rPr>
        <w:t xml:space="preserve"> </w:t>
      </w:r>
      <w:proofErr w:type="spellStart"/>
      <w:r w:rsidRPr="00FE19CD">
        <w:rPr>
          <w:lang w:val="en-GB"/>
        </w:rPr>
        <w:t>ili</w:t>
      </w:r>
      <w:proofErr w:type="spellEnd"/>
      <w:r w:rsidRPr="00FE19CD">
        <w:rPr>
          <w:lang w:val="en-GB"/>
        </w:rPr>
        <w:t xml:space="preserve"> </w:t>
      </w:r>
      <w:proofErr w:type="spellStart"/>
      <w:r w:rsidRPr="00FE19CD">
        <w:rPr>
          <w:lang w:val="en-GB"/>
        </w:rPr>
        <w:t>obrađuje</w:t>
      </w:r>
      <w:proofErr w:type="spellEnd"/>
      <w:r w:rsidRPr="00FE19CD">
        <w:rPr>
          <w:lang w:val="en-GB"/>
        </w:rPr>
        <w:t xml:space="preserve"> </w:t>
      </w:r>
      <w:proofErr w:type="spellStart"/>
      <w:r w:rsidRPr="00FE19CD">
        <w:rPr>
          <w:lang w:val="en-GB"/>
        </w:rPr>
        <w:t>jednom</w:t>
      </w:r>
      <w:proofErr w:type="spellEnd"/>
      <w:r w:rsidRPr="00FE19CD">
        <w:rPr>
          <w:lang w:val="en-GB"/>
        </w:rPr>
        <w:t xml:space="preserve"> </w:t>
      </w:r>
      <w:proofErr w:type="spellStart"/>
      <w:r w:rsidRPr="00FE19CD">
        <w:rPr>
          <w:lang w:val="en-GB"/>
        </w:rPr>
        <w:t>tehnološkom</w:t>
      </w:r>
      <w:proofErr w:type="spellEnd"/>
      <w:r w:rsidRPr="00FE19CD">
        <w:rPr>
          <w:lang w:val="en-GB"/>
        </w:rPr>
        <w:t xml:space="preserve"> </w:t>
      </w:r>
      <w:proofErr w:type="spellStart"/>
      <w:r w:rsidRPr="00FE19CD">
        <w:rPr>
          <w:lang w:val="en-GB"/>
        </w:rPr>
        <w:t>operacijom</w:t>
      </w:r>
      <w:proofErr w:type="spellEnd"/>
      <w:r w:rsidRPr="00FE19CD">
        <w:rPr>
          <w:lang w:val="en-GB"/>
        </w:rPr>
        <w:t>.</w:t>
      </w:r>
    </w:p>
    <w:p w14:paraId="62C8260F" w14:textId="3D1CE485" w:rsidR="00FE19CD" w:rsidRPr="00E642D5" w:rsidRDefault="00FE19CD" w:rsidP="00627C43">
      <w:pPr>
        <w:jc w:val="both"/>
        <w:rPr>
          <w:lang w:val="en-GB"/>
        </w:rPr>
      </w:pPr>
      <w:proofErr w:type="spellStart"/>
      <w:r w:rsidRPr="00627C43">
        <w:rPr>
          <w:lang w:val="en-GB"/>
        </w:rPr>
        <w:t>Izrazi</w:t>
      </w:r>
      <w:proofErr w:type="spellEnd"/>
      <w:r w:rsidRPr="00627C43">
        <w:rPr>
          <w:lang w:val="en-GB"/>
        </w:rPr>
        <w:t xml:space="preserve"> koji </w:t>
      </w:r>
      <w:proofErr w:type="spellStart"/>
      <w:r w:rsidRPr="00627C43">
        <w:rPr>
          <w:lang w:val="en-GB"/>
        </w:rPr>
        <w:t>nijesu</w:t>
      </w:r>
      <w:proofErr w:type="spellEnd"/>
      <w:r w:rsidRPr="00627C43">
        <w:rPr>
          <w:lang w:val="en-GB"/>
        </w:rPr>
        <w:t xml:space="preserve"> </w:t>
      </w:r>
      <w:proofErr w:type="spellStart"/>
      <w:r w:rsidRPr="00627C43">
        <w:rPr>
          <w:lang w:val="en-GB"/>
        </w:rPr>
        <w:t>posebno</w:t>
      </w:r>
      <w:proofErr w:type="spellEnd"/>
      <w:r w:rsidRPr="00627C43">
        <w:rPr>
          <w:lang w:val="en-GB"/>
        </w:rPr>
        <w:t xml:space="preserve"> </w:t>
      </w:r>
      <w:proofErr w:type="spellStart"/>
      <w:r w:rsidRPr="00627C43">
        <w:rPr>
          <w:lang w:val="en-GB"/>
        </w:rPr>
        <w:t>definisani</w:t>
      </w:r>
      <w:proofErr w:type="spellEnd"/>
      <w:r w:rsidRPr="00627C43">
        <w:rPr>
          <w:lang w:val="en-GB"/>
        </w:rPr>
        <w:t xml:space="preserve"> </w:t>
      </w:r>
      <w:proofErr w:type="spellStart"/>
      <w:r w:rsidRPr="00627C43">
        <w:rPr>
          <w:lang w:val="en-GB"/>
        </w:rPr>
        <w:t>ovim</w:t>
      </w:r>
      <w:proofErr w:type="spellEnd"/>
      <w:r w:rsidRPr="00627C43">
        <w:rPr>
          <w:lang w:val="en-GB"/>
        </w:rPr>
        <w:t xml:space="preserve"> </w:t>
      </w:r>
      <w:proofErr w:type="spellStart"/>
      <w:r w:rsidRPr="00627C43">
        <w:rPr>
          <w:lang w:val="en-GB"/>
        </w:rPr>
        <w:t>Uputstvom</w:t>
      </w:r>
      <w:proofErr w:type="spellEnd"/>
      <w:r w:rsidRPr="00627C43">
        <w:rPr>
          <w:lang w:val="en-GB"/>
        </w:rPr>
        <w:t xml:space="preserve"> </w:t>
      </w:r>
      <w:proofErr w:type="spellStart"/>
      <w:r w:rsidRPr="00627C43">
        <w:rPr>
          <w:lang w:val="en-GB"/>
        </w:rPr>
        <w:t>imaju</w:t>
      </w:r>
      <w:proofErr w:type="spellEnd"/>
      <w:r w:rsidRPr="00627C43">
        <w:rPr>
          <w:lang w:val="en-GB"/>
        </w:rPr>
        <w:t xml:space="preserve"> </w:t>
      </w:r>
      <w:proofErr w:type="spellStart"/>
      <w:r w:rsidRPr="00627C43">
        <w:rPr>
          <w:lang w:val="en-GB"/>
        </w:rPr>
        <w:t>značenje</w:t>
      </w:r>
      <w:proofErr w:type="spellEnd"/>
      <w:r w:rsidRPr="00627C43">
        <w:rPr>
          <w:lang w:val="en-GB"/>
        </w:rPr>
        <w:t xml:space="preserve"> </w:t>
      </w:r>
      <w:proofErr w:type="spellStart"/>
      <w:r w:rsidRPr="00627C43">
        <w:rPr>
          <w:lang w:val="en-GB"/>
        </w:rPr>
        <w:t>utvrđeno</w:t>
      </w:r>
      <w:proofErr w:type="spellEnd"/>
      <w:r w:rsidRPr="00627C43">
        <w:rPr>
          <w:lang w:val="en-GB"/>
        </w:rPr>
        <w:t xml:space="preserve"> </w:t>
      </w:r>
      <w:proofErr w:type="spellStart"/>
      <w:r w:rsidRPr="00627C43">
        <w:rPr>
          <w:lang w:val="en-GB"/>
        </w:rPr>
        <w:t>Zakonom</w:t>
      </w:r>
      <w:proofErr w:type="spellEnd"/>
      <w:r w:rsidRPr="00627C43">
        <w:rPr>
          <w:lang w:val="en-GB"/>
        </w:rPr>
        <w:t xml:space="preserve"> o </w:t>
      </w:r>
      <w:proofErr w:type="spellStart"/>
      <w:r w:rsidRPr="00627C43">
        <w:rPr>
          <w:lang w:val="en-GB"/>
        </w:rPr>
        <w:t>energetici</w:t>
      </w:r>
      <w:proofErr w:type="spellEnd"/>
      <w:r w:rsidRPr="00627C43">
        <w:rPr>
          <w:lang w:val="en-GB"/>
        </w:rPr>
        <w:t xml:space="preserve"> </w:t>
      </w:r>
      <w:proofErr w:type="spellStart"/>
      <w:r w:rsidRPr="00627C43">
        <w:rPr>
          <w:lang w:val="en-GB"/>
        </w:rPr>
        <w:t>i</w:t>
      </w:r>
      <w:proofErr w:type="spellEnd"/>
      <w:r w:rsidRPr="00627C43">
        <w:rPr>
          <w:lang w:val="en-GB"/>
        </w:rPr>
        <w:t xml:space="preserve"> </w:t>
      </w:r>
      <w:proofErr w:type="spellStart"/>
      <w:r w:rsidRPr="00627C43">
        <w:rPr>
          <w:lang w:val="en-GB"/>
        </w:rPr>
        <w:t>drugim</w:t>
      </w:r>
      <w:proofErr w:type="spellEnd"/>
      <w:r w:rsidRPr="00627C43">
        <w:rPr>
          <w:lang w:val="en-GB"/>
        </w:rPr>
        <w:t xml:space="preserve"> </w:t>
      </w:r>
      <w:proofErr w:type="spellStart"/>
      <w:r w:rsidRPr="00627C43">
        <w:rPr>
          <w:lang w:val="en-GB"/>
        </w:rPr>
        <w:t>propisima</w:t>
      </w:r>
      <w:proofErr w:type="spellEnd"/>
      <w:r w:rsidRPr="00627C43">
        <w:rPr>
          <w:lang w:val="en-GB"/>
        </w:rPr>
        <w:t xml:space="preserve"> </w:t>
      </w:r>
      <w:proofErr w:type="spellStart"/>
      <w:r w:rsidRPr="00627C43">
        <w:rPr>
          <w:lang w:val="en-GB"/>
        </w:rPr>
        <w:t>kojima</w:t>
      </w:r>
      <w:proofErr w:type="spellEnd"/>
      <w:r w:rsidRPr="00627C43">
        <w:rPr>
          <w:lang w:val="en-GB"/>
        </w:rPr>
        <w:t xml:space="preserve"> se </w:t>
      </w:r>
      <w:proofErr w:type="spellStart"/>
      <w:r w:rsidRPr="00627C43">
        <w:rPr>
          <w:lang w:val="en-GB"/>
        </w:rPr>
        <w:t>uređuje</w:t>
      </w:r>
      <w:proofErr w:type="spellEnd"/>
      <w:r w:rsidRPr="00627C43">
        <w:rPr>
          <w:lang w:val="en-GB"/>
        </w:rPr>
        <w:t xml:space="preserve"> </w:t>
      </w:r>
      <w:proofErr w:type="spellStart"/>
      <w:r w:rsidRPr="00627C43">
        <w:rPr>
          <w:lang w:val="en-GB"/>
        </w:rPr>
        <w:t>sistem</w:t>
      </w:r>
      <w:proofErr w:type="spellEnd"/>
      <w:r w:rsidRPr="00627C43">
        <w:rPr>
          <w:lang w:val="en-GB"/>
        </w:rPr>
        <w:t xml:space="preserve"> </w:t>
      </w:r>
      <w:proofErr w:type="spellStart"/>
      <w:r w:rsidRPr="00627C43">
        <w:rPr>
          <w:lang w:val="en-GB"/>
        </w:rPr>
        <w:t>markiranja</w:t>
      </w:r>
      <w:proofErr w:type="spellEnd"/>
      <w:r w:rsidRPr="00627C43">
        <w:rPr>
          <w:lang w:val="en-GB"/>
        </w:rPr>
        <w:t xml:space="preserve"> </w:t>
      </w:r>
      <w:proofErr w:type="spellStart"/>
      <w:r w:rsidRPr="00627C43">
        <w:rPr>
          <w:lang w:val="en-GB"/>
        </w:rPr>
        <w:t>tečnih</w:t>
      </w:r>
      <w:proofErr w:type="spellEnd"/>
      <w:r w:rsidRPr="00627C43">
        <w:rPr>
          <w:lang w:val="en-GB"/>
        </w:rPr>
        <w:t xml:space="preserve"> </w:t>
      </w:r>
      <w:proofErr w:type="spellStart"/>
      <w:r w:rsidRPr="00627C43">
        <w:rPr>
          <w:lang w:val="en-GB"/>
        </w:rPr>
        <w:t>goriva</w:t>
      </w:r>
      <w:proofErr w:type="spellEnd"/>
      <w:r w:rsidRPr="00627C43">
        <w:rPr>
          <w:lang w:val="en-GB"/>
        </w:rPr>
        <w:t xml:space="preserve"> </w:t>
      </w:r>
      <w:proofErr w:type="spellStart"/>
      <w:r w:rsidRPr="00627C43">
        <w:rPr>
          <w:lang w:val="en-GB"/>
        </w:rPr>
        <w:t>naftnog</w:t>
      </w:r>
      <w:proofErr w:type="spellEnd"/>
      <w:r w:rsidRPr="00627C43">
        <w:rPr>
          <w:lang w:val="en-GB"/>
        </w:rPr>
        <w:t xml:space="preserve"> </w:t>
      </w:r>
      <w:proofErr w:type="spellStart"/>
      <w:r w:rsidRPr="00627C43">
        <w:rPr>
          <w:lang w:val="en-GB"/>
        </w:rPr>
        <w:t>porijekla</w:t>
      </w:r>
      <w:proofErr w:type="spellEnd"/>
      <w:r w:rsidRPr="00627C43">
        <w:rPr>
          <w:lang w:val="en-GB"/>
        </w:rPr>
        <w:t xml:space="preserve"> </w:t>
      </w:r>
      <w:proofErr w:type="spellStart"/>
      <w:r w:rsidRPr="00627C43">
        <w:rPr>
          <w:lang w:val="en-GB"/>
        </w:rPr>
        <w:t>i</w:t>
      </w:r>
      <w:proofErr w:type="spellEnd"/>
      <w:r w:rsidRPr="00627C43">
        <w:rPr>
          <w:lang w:val="en-GB"/>
        </w:rPr>
        <w:t xml:space="preserve"> </w:t>
      </w:r>
      <w:proofErr w:type="spellStart"/>
      <w:r w:rsidRPr="00627C43">
        <w:rPr>
          <w:lang w:val="en-GB"/>
        </w:rPr>
        <w:t>biogoriva</w:t>
      </w:r>
      <w:proofErr w:type="spellEnd"/>
      <w:r w:rsidRPr="00627C43">
        <w:rPr>
          <w:lang w:val="en-GB"/>
        </w:rPr>
        <w:t xml:space="preserve"> u </w:t>
      </w:r>
      <w:proofErr w:type="spellStart"/>
      <w:r w:rsidRPr="00627C43">
        <w:rPr>
          <w:lang w:val="en-GB"/>
        </w:rPr>
        <w:t>Crnoj</w:t>
      </w:r>
      <w:proofErr w:type="spellEnd"/>
      <w:r w:rsidRPr="00627C43">
        <w:rPr>
          <w:lang w:val="en-GB"/>
        </w:rPr>
        <w:t xml:space="preserve"> Gor</w:t>
      </w:r>
      <w:r w:rsidR="00E642D5">
        <w:rPr>
          <w:lang w:val="en-GB"/>
        </w:rPr>
        <w:t>i.</w:t>
      </w:r>
    </w:p>
    <w:p w14:paraId="34072407" w14:textId="54F2C4BA" w:rsidR="00FF6DCC" w:rsidRDefault="001629D7">
      <w:pPr>
        <w:pStyle w:val="Heading1"/>
      </w:pPr>
      <w:bookmarkStart w:id="6" w:name="_Toc239637982"/>
      <w:bookmarkStart w:id="7" w:name="_Toc240964523"/>
      <w:r>
        <w:t>4. O</w:t>
      </w:r>
      <w:r w:rsidR="005D7C62">
        <w:t>PIS MARKERA</w:t>
      </w:r>
      <w:bookmarkEnd w:id="6"/>
      <w:bookmarkEnd w:id="7"/>
    </w:p>
    <w:p w14:paraId="5095F35C" w14:textId="41906635" w:rsidR="0087575C" w:rsidRPr="0087575C" w:rsidRDefault="0087575C" w:rsidP="0087575C">
      <w:pPr>
        <w:spacing w:line="240" w:lineRule="auto"/>
        <w:jc w:val="both"/>
        <w:rPr>
          <w:lang w:val="en-GB"/>
        </w:rPr>
      </w:pPr>
      <w:r w:rsidRPr="0087575C">
        <w:rPr>
          <w:lang w:val="en-GB"/>
        </w:rPr>
        <w:t xml:space="preserve">Marker koji se </w:t>
      </w:r>
      <w:proofErr w:type="spellStart"/>
      <w:r w:rsidRPr="0087575C">
        <w:rPr>
          <w:lang w:val="en-GB"/>
        </w:rPr>
        <w:t>koristi</w:t>
      </w:r>
      <w:proofErr w:type="spellEnd"/>
      <w:r w:rsidRPr="0087575C">
        <w:rPr>
          <w:lang w:val="en-GB"/>
        </w:rPr>
        <w:t xml:space="preserve"> za </w:t>
      </w:r>
      <w:proofErr w:type="spellStart"/>
      <w:r w:rsidRPr="0087575C">
        <w:rPr>
          <w:lang w:val="en-GB"/>
        </w:rPr>
        <w:t>markiranje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tečnih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goriva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naftnog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porijekla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i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biogoriva</w:t>
      </w:r>
      <w:proofErr w:type="spellEnd"/>
      <w:r w:rsidRPr="0087575C">
        <w:rPr>
          <w:lang w:val="en-GB"/>
        </w:rPr>
        <w:t xml:space="preserve"> u </w:t>
      </w:r>
      <w:proofErr w:type="spellStart"/>
      <w:r w:rsidRPr="0087575C">
        <w:rPr>
          <w:lang w:val="en-GB"/>
        </w:rPr>
        <w:t>Crnoj</w:t>
      </w:r>
      <w:proofErr w:type="spellEnd"/>
      <w:r w:rsidRPr="0087575C">
        <w:rPr>
          <w:lang w:val="en-GB"/>
        </w:rPr>
        <w:t xml:space="preserve"> Gori </w:t>
      </w:r>
      <w:proofErr w:type="spellStart"/>
      <w:r w:rsidRPr="0087575C">
        <w:rPr>
          <w:lang w:val="en-GB"/>
        </w:rPr>
        <w:t>ima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sljedeće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karakteristike</w:t>
      </w:r>
      <w:proofErr w:type="spellEnd"/>
      <w:r w:rsidRPr="0087575C">
        <w:rPr>
          <w:lang w:val="en-GB"/>
        </w:rPr>
        <w:t>:</w:t>
      </w:r>
    </w:p>
    <w:p w14:paraId="23A5FC3F" w14:textId="77777777" w:rsidR="0087575C" w:rsidRPr="0087575C" w:rsidRDefault="0087575C" w:rsidP="0087575C">
      <w:pPr>
        <w:numPr>
          <w:ilvl w:val="0"/>
          <w:numId w:val="46"/>
        </w:numPr>
        <w:spacing w:line="240" w:lineRule="auto"/>
        <w:jc w:val="both"/>
        <w:rPr>
          <w:lang w:val="en-GB"/>
        </w:rPr>
      </w:pPr>
      <w:proofErr w:type="spellStart"/>
      <w:r w:rsidRPr="0087575C">
        <w:rPr>
          <w:lang w:val="en-GB"/>
        </w:rPr>
        <w:t>zasnovan</w:t>
      </w:r>
      <w:proofErr w:type="spellEnd"/>
      <w:r w:rsidRPr="0087575C">
        <w:rPr>
          <w:lang w:val="en-GB"/>
        </w:rPr>
        <w:t xml:space="preserve"> je </w:t>
      </w:r>
      <w:proofErr w:type="spellStart"/>
      <w:r w:rsidRPr="0087575C">
        <w:rPr>
          <w:lang w:val="en-GB"/>
        </w:rPr>
        <w:t>na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naprednoj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tehnologiji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jedinstvenog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hemijskog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identifikatora</w:t>
      </w:r>
      <w:proofErr w:type="spellEnd"/>
      <w:r w:rsidRPr="0087575C">
        <w:rPr>
          <w:lang w:val="en-GB"/>
        </w:rPr>
        <w:t>;</w:t>
      </w:r>
    </w:p>
    <w:p w14:paraId="31CABEFA" w14:textId="77777777" w:rsidR="0087575C" w:rsidRPr="0087575C" w:rsidRDefault="0087575C" w:rsidP="0087575C">
      <w:pPr>
        <w:numPr>
          <w:ilvl w:val="0"/>
          <w:numId w:val="46"/>
        </w:numPr>
        <w:spacing w:line="240" w:lineRule="auto"/>
        <w:jc w:val="both"/>
        <w:rPr>
          <w:lang w:val="en-GB"/>
        </w:rPr>
      </w:pPr>
      <w:proofErr w:type="spellStart"/>
      <w:r w:rsidRPr="0087575C">
        <w:rPr>
          <w:lang w:val="en-GB"/>
        </w:rPr>
        <w:t>lako</w:t>
      </w:r>
      <w:proofErr w:type="spellEnd"/>
      <w:r w:rsidRPr="0087575C">
        <w:rPr>
          <w:lang w:val="en-GB"/>
        </w:rPr>
        <w:t xml:space="preserve"> se </w:t>
      </w:r>
      <w:proofErr w:type="spellStart"/>
      <w:r w:rsidRPr="0087575C">
        <w:rPr>
          <w:lang w:val="en-GB"/>
        </w:rPr>
        <w:t>homogenizuje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sa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gorivom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i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ravnomjerno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raspoređuje</w:t>
      </w:r>
      <w:proofErr w:type="spellEnd"/>
      <w:r w:rsidRPr="0087575C">
        <w:rPr>
          <w:lang w:val="en-GB"/>
        </w:rPr>
        <w:t xml:space="preserve"> u </w:t>
      </w:r>
      <w:proofErr w:type="spellStart"/>
      <w:r w:rsidRPr="0087575C">
        <w:rPr>
          <w:lang w:val="en-GB"/>
        </w:rPr>
        <w:t>cijeloj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zapremini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goriva</w:t>
      </w:r>
      <w:proofErr w:type="spellEnd"/>
      <w:r w:rsidRPr="0087575C">
        <w:rPr>
          <w:lang w:val="en-GB"/>
        </w:rPr>
        <w:t>;</w:t>
      </w:r>
    </w:p>
    <w:p w14:paraId="4A0D383D" w14:textId="77777777" w:rsidR="0087575C" w:rsidRPr="0087575C" w:rsidRDefault="0087575C" w:rsidP="0087575C">
      <w:pPr>
        <w:numPr>
          <w:ilvl w:val="0"/>
          <w:numId w:val="46"/>
        </w:numPr>
        <w:spacing w:line="240" w:lineRule="auto"/>
        <w:jc w:val="both"/>
        <w:rPr>
          <w:lang w:val="en-GB"/>
        </w:rPr>
      </w:pPr>
      <w:r w:rsidRPr="0087575C">
        <w:rPr>
          <w:lang w:val="en-GB"/>
        </w:rPr>
        <w:t xml:space="preserve">ne </w:t>
      </w:r>
      <w:proofErr w:type="spellStart"/>
      <w:r w:rsidRPr="0087575C">
        <w:rPr>
          <w:lang w:val="en-GB"/>
        </w:rPr>
        <w:t>utiče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na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boju</w:t>
      </w:r>
      <w:proofErr w:type="spellEnd"/>
      <w:r w:rsidRPr="0087575C">
        <w:rPr>
          <w:lang w:val="en-GB"/>
        </w:rPr>
        <w:t xml:space="preserve">, </w:t>
      </w:r>
      <w:proofErr w:type="spellStart"/>
      <w:r w:rsidRPr="0087575C">
        <w:rPr>
          <w:lang w:val="en-GB"/>
        </w:rPr>
        <w:t>miris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i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druga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fizičko-hemijska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svojstva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goriva</w:t>
      </w:r>
      <w:proofErr w:type="spellEnd"/>
      <w:r w:rsidRPr="0087575C">
        <w:rPr>
          <w:lang w:val="en-GB"/>
        </w:rPr>
        <w:t>;</w:t>
      </w:r>
    </w:p>
    <w:p w14:paraId="78335792" w14:textId="77777777" w:rsidR="0087575C" w:rsidRPr="0087575C" w:rsidRDefault="0087575C" w:rsidP="0087575C">
      <w:pPr>
        <w:numPr>
          <w:ilvl w:val="0"/>
          <w:numId w:val="46"/>
        </w:numPr>
        <w:spacing w:line="240" w:lineRule="auto"/>
        <w:jc w:val="both"/>
        <w:rPr>
          <w:lang w:val="en-GB"/>
        </w:rPr>
      </w:pPr>
      <w:r w:rsidRPr="0087575C">
        <w:rPr>
          <w:lang w:val="en-GB"/>
        </w:rPr>
        <w:t xml:space="preserve">ne </w:t>
      </w:r>
      <w:proofErr w:type="spellStart"/>
      <w:r w:rsidRPr="0087575C">
        <w:rPr>
          <w:lang w:val="en-GB"/>
        </w:rPr>
        <w:t>utiče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na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kvalitet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goriva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propisan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važećim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standardima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i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tehničkim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propisima</w:t>
      </w:r>
      <w:proofErr w:type="spellEnd"/>
      <w:r w:rsidRPr="0087575C">
        <w:rPr>
          <w:lang w:val="en-GB"/>
        </w:rPr>
        <w:t>;</w:t>
      </w:r>
    </w:p>
    <w:p w14:paraId="64B36CF4" w14:textId="77777777" w:rsidR="0087575C" w:rsidRDefault="0087575C" w:rsidP="0087575C">
      <w:pPr>
        <w:numPr>
          <w:ilvl w:val="0"/>
          <w:numId w:val="46"/>
        </w:numPr>
        <w:spacing w:line="240" w:lineRule="auto"/>
        <w:jc w:val="both"/>
        <w:rPr>
          <w:lang w:val="en-GB"/>
        </w:rPr>
      </w:pPr>
      <w:proofErr w:type="spellStart"/>
      <w:r w:rsidRPr="0087575C">
        <w:rPr>
          <w:lang w:val="en-GB"/>
        </w:rPr>
        <w:t>stabilan</w:t>
      </w:r>
      <w:proofErr w:type="spellEnd"/>
      <w:r w:rsidRPr="0087575C">
        <w:rPr>
          <w:lang w:val="en-GB"/>
        </w:rPr>
        <w:t xml:space="preserve"> je </w:t>
      </w:r>
      <w:proofErr w:type="spellStart"/>
      <w:r w:rsidRPr="0087575C">
        <w:rPr>
          <w:lang w:val="en-GB"/>
        </w:rPr>
        <w:t>tokom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skladištenja</w:t>
      </w:r>
      <w:proofErr w:type="spellEnd"/>
      <w:r w:rsidRPr="0087575C">
        <w:rPr>
          <w:lang w:val="en-GB"/>
        </w:rPr>
        <w:t xml:space="preserve">, </w:t>
      </w:r>
      <w:proofErr w:type="spellStart"/>
      <w:r w:rsidRPr="0087575C">
        <w:rPr>
          <w:lang w:val="en-GB"/>
        </w:rPr>
        <w:t>transporta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i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distribucije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goriva</w:t>
      </w:r>
      <w:proofErr w:type="spellEnd"/>
      <w:r w:rsidRPr="0087575C">
        <w:rPr>
          <w:lang w:val="en-GB"/>
        </w:rPr>
        <w:t>;</w:t>
      </w:r>
    </w:p>
    <w:p w14:paraId="7F27709A" w14:textId="77777777" w:rsidR="007A4957" w:rsidRPr="00627C43" w:rsidRDefault="007A4957" w:rsidP="00627C43">
      <w:pPr>
        <w:numPr>
          <w:ilvl w:val="0"/>
          <w:numId w:val="46"/>
        </w:numPr>
        <w:spacing w:line="240" w:lineRule="auto"/>
        <w:jc w:val="both"/>
        <w:rPr>
          <w:lang w:val="en-GB"/>
        </w:rPr>
      </w:pPr>
      <w:r w:rsidRPr="00627C43">
        <w:rPr>
          <w:lang w:val="en-GB"/>
        </w:rPr>
        <w:t xml:space="preserve">ne </w:t>
      </w:r>
      <w:proofErr w:type="spellStart"/>
      <w:r w:rsidRPr="00627C43">
        <w:rPr>
          <w:lang w:val="en-GB"/>
        </w:rPr>
        <w:t>sadrži</w:t>
      </w:r>
      <w:proofErr w:type="spellEnd"/>
      <w:r w:rsidRPr="00627C43">
        <w:rPr>
          <w:lang w:val="en-GB"/>
        </w:rPr>
        <w:t xml:space="preserve"> </w:t>
      </w:r>
      <w:proofErr w:type="spellStart"/>
      <w:r w:rsidRPr="00627C43">
        <w:rPr>
          <w:lang w:val="en-GB"/>
        </w:rPr>
        <w:t>halogene</w:t>
      </w:r>
      <w:proofErr w:type="spellEnd"/>
      <w:r w:rsidRPr="00627C43">
        <w:rPr>
          <w:lang w:val="en-GB"/>
        </w:rPr>
        <w:t xml:space="preserve"> </w:t>
      </w:r>
      <w:proofErr w:type="spellStart"/>
      <w:r w:rsidRPr="00627C43">
        <w:rPr>
          <w:lang w:val="en-GB"/>
        </w:rPr>
        <w:t>elemente</w:t>
      </w:r>
      <w:proofErr w:type="spellEnd"/>
      <w:r w:rsidRPr="00627C43">
        <w:rPr>
          <w:lang w:val="en-GB"/>
        </w:rPr>
        <w:t xml:space="preserve"> </w:t>
      </w:r>
      <w:proofErr w:type="spellStart"/>
      <w:r w:rsidRPr="00627C43">
        <w:rPr>
          <w:lang w:val="en-GB"/>
        </w:rPr>
        <w:t>niti</w:t>
      </w:r>
      <w:proofErr w:type="spellEnd"/>
      <w:r w:rsidRPr="00627C43">
        <w:rPr>
          <w:lang w:val="en-GB"/>
        </w:rPr>
        <w:t xml:space="preserve"> </w:t>
      </w:r>
      <w:proofErr w:type="spellStart"/>
      <w:r w:rsidRPr="00627C43">
        <w:rPr>
          <w:lang w:val="en-GB"/>
        </w:rPr>
        <w:t>metale</w:t>
      </w:r>
      <w:proofErr w:type="spellEnd"/>
      <w:r w:rsidRPr="00627C43">
        <w:rPr>
          <w:lang w:val="en-GB"/>
        </w:rPr>
        <w:t>;</w:t>
      </w:r>
    </w:p>
    <w:p w14:paraId="5267C2A7" w14:textId="77777777" w:rsidR="0087575C" w:rsidRPr="0087575C" w:rsidRDefault="0087575C" w:rsidP="0087575C">
      <w:pPr>
        <w:numPr>
          <w:ilvl w:val="0"/>
          <w:numId w:val="46"/>
        </w:numPr>
        <w:spacing w:line="240" w:lineRule="auto"/>
        <w:jc w:val="both"/>
        <w:rPr>
          <w:lang w:val="en-GB"/>
        </w:rPr>
      </w:pPr>
      <w:proofErr w:type="spellStart"/>
      <w:r w:rsidRPr="0087575C">
        <w:rPr>
          <w:lang w:val="en-GB"/>
        </w:rPr>
        <w:lastRenderedPageBreak/>
        <w:t>predstavlja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jedinstveno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i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zaštićeno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hemijsko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jedinjenje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namijenjeno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isključivo</w:t>
      </w:r>
      <w:proofErr w:type="spellEnd"/>
      <w:r w:rsidRPr="0087575C">
        <w:rPr>
          <w:lang w:val="en-GB"/>
        </w:rPr>
        <w:t xml:space="preserve"> za </w:t>
      </w:r>
      <w:proofErr w:type="spellStart"/>
      <w:r w:rsidRPr="0087575C">
        <w:rPr>
          <w:lang w:val="en-GB"/>
        </w:rPr>
        <w:t>potrebe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sistema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markiranja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goriva</w:t>
      </w:r>
      <w:proofErr w:type="spellEnd"/>
      <w:r w:rsidRPr="0087575C">
        <w:rPr>
          <w:lang w:val="en-GB"/>
        </w:rPr>
        <w:t>;</w:t>
      </w:r>
    </w:p>
    <w:p w14:paraId="71A35DBA" w14:textId="77777777" w:rsidR="0087575C" w:rsidRPr="0087575C" w:rsidRDefault="0087575C" w:rsidP="0087575C">
      <w:pPr>
        <w:numPr>
          <w:ilvl w:val="0"/>
          <w:numId w:val="46"/>
        </w:numPr>
        <w:spacing w:line="240" w:lineRule="auto"/>
        <w:jc w:val="both"/>
        <w:rPr>
          <w:lang w:val="en-GB"/>
        </w:rPr>
      </w:pPr>
      <w:proofErr w:type="spellStart"/>
      <w:r w:rsidRPr="0087575C">
        <w:rPr>
          <w:lang w:val="en-GB"/>
        </w:rPr>
        <w:t>otporan</w:t>
      </w:r>
      <w:proofErr w:type="spellEnd"/>
      <w:r w:rsidRPr="0087575C">
        <w:rPr>
          <w:lang w:val="en-GB"/>
        </w:rPr>
        <w:t xml:space="preserve"> je </w:t>
      </w:r>
      <w:proofErr w:type="spellStart"/>
      <w:r w:rsidRPr="0087575C">
        <w:rPr>
          <w:lang w:val="en-GB"/>
        </w:rPr>
        <w:t>na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uobičajene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pokušaje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uklanjanja</w:t>
      </w:r>
      <w:proofErr w:type="spellEnd"/>
      <w:r w:rsidRPr="0087575C">
        <w:rPr>
          <w:lang w:val="en-GB"/>
        </w:rPr>
        <w:t xml:space="preserve">, </w:t>
      </w:r>
      <w:proofErr w:type="spellStart"/>
      <w:r w:rsidRPr="0087575C">
        <w:rPr>
          <w:lang w:val="en-GB"/>
        </w:rPr>
        <w:t>razblaživanja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ili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prikrivanja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njegovog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prisustva</w:t>
      </w:r>
      <w:proofErr w:type="spellEnd"/>
      <w:r w:rsidRPr="0087575C">
        <w:rPr>
          <w:lang w:val="en-GB"/>
        </w:rPr>
        <w:t>;</w:t>
      </w:r>
    </w:p>
    <w:p w14:paraId="234F9957" w14:textId="3B492ED7" w:rsidR="0087575C" w:rsidRPr="00B53C9C" w:rsidRDefault="00B53C9C" w:rsidP="00B53C9C">
      <w:pPr>
        <w:numPr>
          <w:ilvl w:val="0"/>
          <w:numId w:val="46"/>
        </w:numPr>
        <w:spacing w:line="240" w:lineRule="auto"/>
        <w:jc w:val="both"/>
        <w:rPr>
          <w:lang w:val="en-GB"/>
        </w:rPr>
      </w:pPr>
      <w:proofErr w:type="spellStart"/>
      <w:r w:rsidRPr="00B53C9C">
        <w:rPr>
          <w:lang w:val="en-GB"/>
        </w:rPr>
        <w:t>omogućava</w:t>
      </w:r>
      <w:proofErr w:type="spellEnd"/>
      <w:r w:rsidRPr="00B53C9C">
        <w:rPr>
          <w:lang w:val="en-GB"/>
        </w:rPr>
        <w:t xml:space="preserve"> </w:t>
      </w:r>
      <w:proofErr w:type="spellStart"/>
      <w:r w:rsidRPr="00B53C9C">
        <w:rPr>
          <w:lang w:val="en-GB"/>
        </w:rPr>
        <w:t>identifikaciju</w:t>
      </w:r>
      <w:proofErr w:type="spellEnd"/>
      <w:r w:rsidRPr="00B53C9C">
        <w:rPr>
          <w:lang w:val="en-GB"/>
        </w:rPr>
        <w:t xml:space="preserve"> </w:t>
      </w:r>
      <w:proofErr w:type="spellStart"/>
      <w:r w:rsidRPr="00B53C9C">
        <w:rPr>
          <w:lang w:val="en-GB"/>
        </w:rPr>
        <w:t>propisno</w:t>
      </w:r>
      <w:proofErr w:type="spellEnd"/>
      <w:r w:rsidRPr="00B53C9C">
        <w:rPr>
          <w:lang w:val="en-GB"/>
        </w:rPr>
        <w:t xml:space="preserve"> </w:t>
      </w:r>
      <w:proofErr w:type="spellStart"/>
      <w:r w:rsidRPr="00B53C9C">
        <w:rPr>
          <w:lang w:val="en-GB"/>
        </w:rPr>
        <w:t>markiranog</w:t>
      </w:r>
      <w:proofErr w:type="spellEnd"/>
      <w:r w:rsidRPr="00B53C9C">
        <w:rPr>
          <w:lang w:val="en-GB"/>
        </w:rPr>
        <w:t xml:space="preserve"> </w:t>
      </w:r>
      <w:proofErr w:type="spellStart"/>
      <w:r w:rsidRPr="00B53C9C">
        <w:rPr>
          <w:lang w:val="en-GB"/>
        </w:rPr>
        <w:t>goriva</w:t>
      </w:r>
      <w:proofErr w:type="spellEnd"/>
      <w:r w:rsidRPr="00B53C9C">
        <w:rPr>
          <w:lang w:val="en-GB"/>
        </w:rPr>
        <w:t xml:space="preserve"> </w:t>
      </w:r>
      <w:proofErr w:type="spellStart"/>
      <w:r w:rsidRPr="00B53C9C">
        <w:rPr>
          <w:lang w:val="en-GB"/>
        </w:rPr>
        <w:t>i</w:t>
      </w:r>
      <w:proofErr w:type="spellEnd"/>
      <w:r w:rsidRPr="00B53C9C">
        <w:rPr>
          <w:lang w:val="en-GB"/>
        </w:rPr>
        <w:t xml:space="preserve"> </w:t>
      </w:r>
      <w:proofErr w:type="spellStart"/>
      <w:r w:rsidRPr="00B53C9C">
        <w:rPr>
          <w:lang w:val="en-GB"/>
        </w:rPr>
        <w:t>otkrivanje</w:t>
      </w:r>
      <w:proofErr w:type="spellEnd"/>
      <w:r w:rsidRPr="00B53C9C">
        <w:rPr>
          <w:lang w:val="en-GB"/>
        </w:rPr>
        <w:t xml:space="preserve"> </w:t>
      </w:r>
      <w:proofErr w:type="spellStart"/>
      <w:r w:rsidRPr="00B53C9C">
        <w:rPr>
          <w:lang w:val="en-GB"/>
        </w:rPr>
        <w:t>odstupanja</w:t>
      </w:r>
      <w:proofErr w:type="spellEnd"/>
      <w:r w:rsidRPr="00B53C9C">
        <w:rPr>
          <w:lang w:val="en-GB"/>
        </w:rPr>
        <w:t xml:space="preserve"> u </w:t>
      </w:r>
      <w:proofErr w:type="spellStart"/>
      <w:r w:rsidRPr="00B53C9C">
        <w:rPr>
          <w:lang w:val="en-GB"/>
        </w:rPr>
        <w:t>koncentraciji</w:t>
      </w:r>
      <w:proofErr w:type="spellEnd"/>
      <w:r w:rsidRPr="00B53C9C">
        <w:rPr>
          <w:lang w:val="en-GB"/>
        </w:rPr>
        <w:t xml:space="preserve"> </w:t>
      </w:r>
      <w:proofErr w:type="spellStart"/>
      <w:r w:rsidRPr="00B53C9C">
        <w:rPr>
          <w:lang w:val="en-GB"/>
        </w:rPr>
        <w:t>markera</w:t>
      </w:r>
      <w:proofErr w:type="spellEnd"/>
      <w:r w:rsidRPr="00B53C9C">
        <w:rPr>
          <w:lang w:val="en-GB"/>
        </w:rPr>
        <w:t>;</w:t>
      </w:r>
    </w:p>
    <w:p w14:paraId="3FBA6051" w14:textId="77777777" w:rsidR="0087575C" w:rsidRPr="0087575C" w:rsidRDefault="0087575C" w:rsidP="0087575C">
      <w:pPr>
        <w:numPr>
          <w:ilvl w:val="0"/>
          <w:numId w:val="46"/>
        </w:numPr>
        <w:spacing w:line="240" w:lineRule="auto"/>
        <w:jc w:val="both"/>
        <w:rPr>
          <w:lang w:val="en-GB"/>
        </w:rPr>
      </w:pPr>
      <w:proofErr w:type="spellStart"/>
      <w:r w:rsidRPr="0087575C">
        <w:rPr>
          <w:lang w:val="en-GB"/>
        </w:rPr>
        <w:t>bezbjedan</w:t>
      </w:r>
      <w:proofErr w:type="spellEnd"/>
      <w:r w:rsidRPr="0087575C">
        <w:rPr>
          <w:lang w:val="en-GB"/>
        </w:rPr>
        <w:t xml:space="preserve"> je za </w:t>
      </w:r>
      <w:proofErr w:type="spellStart"/>
      <w:r w:rsidRPr="0087575C">
        <w:rPr>
          <w:lang w:val="en-GB"/>
        </w:rPr>
        <w:t>rukovanje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i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primjenu</w:t>
      </w:r>
      <w:proofErr w:type="spellEnd"/>
      <w:r w:rsidRPr="0087575C">
        <w:rPr>
          <w:lang w:val="en-GB"/>
        </w:rPr>
        <w:t xml:space="preserve"> u </w:t>
      </w:r>
      <w:proofErr w:type="spellStart"/>
      <w:r w:rsidRPr="0087575C">
        <w:rPr>
          <w:lang w:val="en-GB"/>
        </w:rPr>
        <w:t>skladu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sa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uputstvima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proizvođača</w:t>
      </w:r>
      <w:proofErr w:type="spellEnd"/>
      <w:r w:rsidRPr="0087575C">
        <w:rPr>
          <w:lang w:val="en-GB"/>
        </w:rPr>
        <w:t>.</w:t>
      </w:r>
    </w:p>
    <w:p w14:paraId="1AAD9F36" w14:textId="5BADC456" w:rsidR="000829E3" w:rsidRPr="000829E3" w:rsidRDefault="004A469E" w:rsidP="000829E3">
      <w:pPr>
        <w:pStyle w:val="Heading2"/>
        <w:rPr>
          <w:lang w:val="en-GB"/>
        </w:rPr>
      </w:pPr>
      <w:bookmarkStart w:id="8" w:name="_Toc239637983"/>
      <w:bookmarkStart w:id="9" w:name="_Toc240964524"/>
      <w:r>
        <w:rPr>
          <w:lang w:val="en-GB"/>
        </w:rPr>
        <w:t xml:space="preserve">4.1 </w:t>
      </w:r>
      <w:r w:rsidR="008E6E1F" w:rsidRPr="008E6E1F">
        <w:rPr>
          <w:lang w:val="en-GB"/>
        </w:rPr>
        <w:t xml:space="preserve">Marker za </w:t>
      </w:r>
      <w:proofErr w:type="spellStart"/>
      <w:r w:rsidR="008E6E1F" w:rsidRPr="008E6E1F">
        <w:rPr>
          <w:lang w:val="en-GB"/>
        </w:rPr>
        <w:t>markiranje</w:t>
      </w:r>
      <w:proofErr w:type="spellEnd"/>
      <w:r w:rsidR="008E6E1F" w:rsidRPr="008E6E1F">
        <w:rPr>
          <w:lang w:val="en-GB"/>
        </w:rPr>
        <w:t xml:space="preserve"> </w:t>
      </w:r>
      <w:proofErr w:type="spellStart"/>
      <w:r w:rsidR="008E6E1F" w:rsidRPr="008E6E1F">
        <w:rPr>
          <w:lang w:val="en-GB"/>
        </w:rPr>
        <w:t>tečnih</w:t>
      </w:r>
      <w:proofErr w:type="spellEnd"/>
      <w:r w:rsidR="008E6E1F" w:rsidRPr="008E6E1F">
        <w:rPr>
          <w:lang w:val="en-GB"/>
        </w:rPr>
        <w:t xml:space="preserve"> </w:t>
      </w:r>
      <w:proofErr w:type="spellStart"/>
      <w:r w:rsidR="008B0AA1">
        <w:rPr>
          <w:lang w:val="en-GB"/>
        </w:rPr>
        <w:t>goriva</w:t>
      </w:r>
      <w:proofErr w:type="spellEnd"/>
      <w:r w:rsidR="008B0AA1">
        <w:rPr>
          <w:lang w:val="en-GB"/>
        </w:rPr>
        <w:t xml:space="preserve"> </w:t>
      </w:r>
      <w:proofErr w:type="spellStart"/>
      <w:r w:rsidR="008B0AA1">
        <w:rPr>
          <w:lang w:val="en-GB"/>
        </w:rPr>
        <w:t>naftnog</w:t>
      </w:r>
      <w:proofErr w:type="spellEnd"/>
      <w:r w:rsidR="008B0AA1">
        <w:rPr>
          <w:lang w:val="en-GB"/>
        </w:rPr>
        <w:t xml:space="preserve"> </w:t>
      </w:r>
      <w:proofErr w:type="spellStart"/>
      <w:r w:rsidR="008B0AA1">
        <w:rPr>
          <w:lang w:val="en-GB"/>
        </w:rPr>
        <w:t>porijekla</w:t>
      </w:r>
      <w:proofErr w:type="spellEnd"/>
      <w:r w:rsidR="008B0AA1">
        <w:rPr>
          <w:lang w:val="en-GB"/>
        </w:rPr>
        <w:t xml:space="preserve"> </w:t>
      </w:r>
      <w:proofErr w:type="spellStart"/>
      <w:r w:rsidR="008B0AA1">
        <w:rPr>
          <w:lang w:val="en-GB"/>
        </w:rPr>
        <w:t>i</w:t>
      </w:r>
      <w:proofErr w:type="spellEnd"/>
      <w:r w:rsidR="008B0AA1">
        <w:rPr>
          <w:lang w:val="en-GB"/>
        </w:rPr>
        <w:t xml:space="preserve"> </w:t>
      </w:r>
      <w:proofErr w:type="spellStart"/>
      <w:r w:rsidR="008B0AA1">
        <w:rPr>
          <w:lang w:val="en-GB"/>
        </w:rPr>
        <w:t>biogoriva</w:t>
      </w:r>
      <w:bookmarkEnd w:id="8"/>
      <w:bookmarkEnd w:id="9"/>
      <w:proofErr w:type="spellEnd"/>
    </w:p>
    <w:p w14:paraId="6798D066" w14:textId="308054CB" w:rsidR="0087575C" w:rsidRPr="0087575C" w:rsidRDefault="0087575C" w:rsidP="0087575C">
      <w:pPr>
        <w:spacing w:line="240" w:lineRule="auto"/>
        <w:jc w:val="both"/>
        <w:rPr>
          <w:lang w:val="en-GB"/>
        </w:rPr>
      </w:pPr>
      <w:proofErr w:type="spellStart"/>
      <w:r w:rsidRPr="0087575C">
        <w:rPr>
          <w:lang w:val="en-GB"/>
        </w:rPr>
        <w:t>Marker</w:t>
      </w:r>
      <w:r w:rsidR="008B0AA1">
        <w:rPr>
          <w:lang w:val="en-GB"/>
        </w:rPr>
        <w:t>i</w:t>
      </w:r>
      <w:proofErr w:type="spellEnd"/>
      <w:r w:rsidRPr="0087575C">
        <w:rPr>
          <w:lang w:val="en-GB"/>
        </w:rPr>
        <w:t xml:space="preserve"> koji se </w:t>
      </w:r>
      <w:proofErr w:type="spellStart"/>
      <w:r w:rsidRPr="0087575C">
        <w:rPr>
          <w:lang w:val="en-GB"/>
        </w:rPr>
        <w:t>korist</w:t>
      </w:r>
      <w:r w:rsidR="008B0AA1">
        <w:rPr>
          <w:lang w:val="en-GB"/>
        </w:rPr>
        <w:t>e</w:t>
      </w:r>
      <w:proofErr w:type="spellEnd"/>
      <w:r w:rsidRPr="0087575C">
        <w:rPr>
          <w:lang w:val="en-GB"/>
        </w:rPr>
        <w:t xml:space="preserve"> za </w:t>
      </w:r>
      <w:proofErr w:type="spellStart"/>
      <w:r w:rsidRPr="0087575C">
        <w:rPr>
          <w:lang w:val="en-GB"/>
        </w:rPr>
        <w:t>markiranje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bezolovnih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motornih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benzina</w:t>
      </w:r>
      <w:proofErr w:type="spellEnd"/>
      <w:r w:rsidRPr="0087575C">
        <w:rPr>
          <w:lang w:val="en-GB"/>
        </w:rPr>
        <w:t xml:space="preserve">, </w:t>
      </w:r>
      <w:proofErr w:type="spellStart"/>
      <w:r w:rsidRPr="0087575C">
        <w:rPr>
          <w:lang w:val="en-GB"/>
        </w:rPr>
        <w:t>gasnih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ulja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i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biogoriva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sastoj</w:t>
      </w:r>
      <w:r w:rsidR="008B0AA1">
        <w:rPr>
          <w:lang w:val="en-GB"/>
        </w:rPr>
        <w:t>e</w:t>
      </w:r>
      <w:proofErr w:type="spellEnd"/>
      <w:r w:rsidRPr="0087575C">
        <w:rPr>
          <w:lang w:val="en-GB"/>
        </w:rPr>
        <w:t xml:space="preserve"> se od </w:t>
      </w:r>
      <w:proofErr w:type="spellStart"/>
      <w:r w:rsidRPr="0087575C">
        <w:rPr>
          <w:lang w:val="en-GB"/>
        </w:rPr>
        <w:t>dvije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međusobno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nezavisne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komponente</w:t>
      </w:r>
      <w:proofErr w:type="spellEnd"/>
      <w:r w:rsidRPr="0087575C">
        <w:rPr>
          <w:lang w:val="en-GB"/>
        </w:rPr>
        <w:t xml:space="preserve">, </w:t>
      </w:r>
      <w:proofErr w:type="spellStart"/>
      <w:r w:rsidRPr="0087575C">
        <w:rPr>
          <w:lang w:val="en-GB"/>
        </w:rPr>
        <w:t>pri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čemu</w:t>
      </w:r>
      <w:proofErr w:type="spellEnd"/>
      <w:r w:rsidRPr="0087575C">
        <w:rPr>
          <w:lang w:val="en-GB"/>
        </w:rPr>
        <w:t xml:space="preserve"> se </w:t>
      </w:r>
      <w:proofErr w:type="spellStart"/>
      <w:r w:rsidRPr="0087575C">
        <w:rPr>
          <w:lang w:val="en-GB"/>
        </w:rPr>
        <w:t>prisustvo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i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koncentracija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jedne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komponente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utvrđuju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korišćenjem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mobilnih</w:t>
      </w:r>
      <w:proofErr w:type="spellEnd"/>
      <w:r w:rsidRPr="0087575C">
        <w:rPr>
          <w:lang w:val="en-GB"/>
        </w:rPr>
        <w:t xml:space="preserve"> </w:t>
      </w:r>
      <w:proofErr w:type="spellStart"/>
      <w:r w:rsidR="004F7FAB">
        <w:rPr>
          <w:lang w:val="en-GB"/>
        </w:rPr>
        <w:t>analizatora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na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terenu</w:t>
      </w:r>
      <w:proofErr w:type="spellEnd"/>
      <w:r w:rsidRPr="0087575C">
        <w:rPr>
          <w:lang w:val="en-GB"/>
        </w:rPr>
        <w:t xml:space="preserve">, </w:t>
      </w:r>
      <w:proofErr w:type="spellStart"/>
      <w:r w:rsidRPr="0087575C">
        <w:rPr>
          <w:lang w:val="en-GB"/>
        </w:rPr>
        <w:t>dok</w:t>
      </w:r>
      <w:proofErr w:type="spellEnd"/>
      <w:r w:rsidRPr="0087575C">
        <w:rPr>
          <w:lang w:val="en-GB"/>
        </w:rPr>
        <w:t xml:space="preserve"> se </w:t>
      </w:r>
      <w:proofErr w:type="spellStart"/>
      <w:r w:rsidRPr="0087575C">
        <w:rPr>
          <w:lang w:val="en-GB"/>
        </w:rPr>
        <w:t>prisustvo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i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koncentracija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druge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komponente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utvrđuju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laboratorijskim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metodama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ispitivanja</w:t>
      </w:r>
      <w:proofErr w:type="spellEnd"/>
      <w:r w:rsidRPr="0087575C">
        <w:rPr>
          <w:lang w:val="en-GB"/>
        </w:rPr>
        <w:t xml:space="preserve">. </w:t>
      </w:r>
      <w:proofErr w:type="spellStart"/>
      <w:r w:rsidRPr="0087575C">
        <w:rPr>
          <w:lang w:val="en-GB"/>
        </w:rPr>
        <w:t>Svaka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komponenta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određuje</w:t>
      </w:r>
      <w:proofErr w:type="spellEnd"/>
      <w:r w:rsidRPr="0087575C">
        <w:rPr>
          <w:lang w:val="en-GB"/>
        </w:rPr>
        <w:t xml:space="preserve"> se </w:t>
      </w:r>
      <w:proofErr w:type="spellStart"/>
      <w:r w:rsidRPr="0087575C">
        <w:rPr>
          <w:lang w:val="en-GB"/>
        </w:rPr>
        <w:t>posebnom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i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međusobno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nezavisnom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metodom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detekcije</w:t>
      </w:r>
      <w:proofErr w:type="spellEnd"/>
      <w:r w:rsidRPr="0087575C">
        <w:rPr>
          <w:lang w:val="en-GB"/>
        </w:rPr>
        <w:t>.</w:t>
      </w:r>
    </w:p>
    <w:p w14:paraId="6C7FB478" w14:textId="4AC52D72" w:rsidR="0087575C" w:rsidRPr="0087575C" w:rsidRDefault="0087575C" w:rsidP="0087575C">
      <w:pPr>
        <w:spacing w:line="240" w:lineRule="auto"/>
        <w:jc w:val="both"/>
        <w:rPr>
          <w:lang w:val="en-GB"/>
        </w:rPr>
      </w:pPr>
      <w:proofErr w:type="spellStart"/>
      <w:r w:rsidRPr="0087575C">
        <w:rPr>
          <w:lang w:val="en-GB"/>
        </w:rPr>
        <w:t>Marker</w:t>
      </w:r>
      <w:r w:rsidR="008B0AA1">
        <w:rPr>
          <w:lang w:val="en-GB"/>
        </w:rPr>
        <w:t>i</w:t>
      </w:r>
      <w:proofErr w:type="spellEnd"/>
      <w:r w:rsidRPr="0087575C">
        <w:rPr>
          <w:lang w:val="en-GB"/>
        </w:rPr>
        <w:t xml:space="preserve"> </w:t>
      </w:r>
      <w:proofErr w:type="spellStart"/>
      <w:r w:rsidR="008B0AA1">
        <w:rPr>
          <w:lang w:val="en-GB"/>
        </w:rPr>
        <w:t>su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projektovan</w:t>
      </w:r>
      <w:r w:rsidR="008B0AA1">
        <w:rPr>
          <w:lang w:val="en-GB"/>
        </w:rPr>
        <w:t>i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tako</w:t>
      </w:r>
      <w:proofErr w:type="spellEnd"/>
      <w:r w:rsidRPr="0087575C">
        <w:rPr>
          <w:lang w:val="en-GB"/>
        </w:rPr>
        <w:t xml:space="preserve"> da:</w:t>
      </w:r>
    </w:p>
    <w:p w14:paraId="7A3B4126" w14:textId="066FC4C5" w:rsidR="0087575C" w:rsidRPr="0087575C" w:rsidRDefault="0087575C" w:rsidP="0087575C">
      <w:pPr>
        <w:numPr>
          <w:ilvl w:val="0"/>
          <w:numId w:val="47"/>
        </w:numPr>
        <w:spacing w:line="240" w:lineRule="auto"/>
        <w:jc w:val="both"/>
        <w:rPr>
          <w:lang w:val="en-GB"/>
        </w:rPr>
      </w:pPr>
      <w:proofErr w:type="spellStart"/>
      <w:r w:rsidRPr="0087575C">
        <w:rPr>
          <w:lang w:val="en-GB"/>
        </w:rPr>
        <w:t>obezbijed</w:t>
      </w:r>
      <w:r w:rsidR="008B0AA1">
        <w:rPr>
          <w:lang w:val="en-GB"/>
        </w:rPr>
        <w:t>e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jednoznačnu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identifikaciju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legalno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markiranog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goriva</w:t>
      </w:r>
      <w:proofErr w:type="spellEnd"/>
      <w:r w:rsidRPr="0087575C">
        <w:rPr>
          <w:lang w:val="en-GB"/>
        </w:rPr>
        <w:t>;</w:t>
      </w:r>
    </w:p>
    <w:p w14:paraId="4E3F3BD3" w14:textId="518ED322" w:rsidR="0087575C" w:rsidRPr="0087575C" w:rsidRDefault="0087575C" w:rsidP="0087575C">
      <w:pPr>
        <w:numPr>
          <w:ilvl w:val="0"/>
          <w:numId w:val="47"/>
        </w:numPr>
        <w:spacing w:line="240" w:lineRule="auto"/>
        <w:jc w:val="both"/>
        <w:rPr>
          <w:lang w:val="en-GB"/>
        </w:rPr>
      </w:pPr>
      <w:proofErr w:type="spellStart"/>
      <w:r w:rsidRPr="0087575C">
        <w:rPr>
          <w:lang w:val="en-GB"/>
        </w:rPr>
        <w:t>omoguć</w:t>
      </w:r>
      <w:r w:rsidR="008B0AA1">
        <w:rPr>
          <w:lang w:val="en-GB"/>
        </w:rPr>
        <w:t>e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brzu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provjeru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prisustva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markera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na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terenu</w:t>
      </w:r>
      <w:proofErr w:type="spellEnd"/>
      <w:r w:rsidRPr="0087575C">
        <w:rPr>
          <w:lang w:val="en-GB"/>
        </w:rPr>
        <w:t>;</w:t>
      </w:r>
    </w:p>
    <w:p w14:paraId="6AE6F294" w14:textId="56233C53" w:rsidR="0087575C" w:rsidRPr="0087575C" w:rsidRDefault="0087575C" w:rsidP="0087575C">
      <w:pPr>
        <w:numPr>
          <w:ilvl w:val="0"/>
          <w:numId w:val="47"/>
        </w:numPr>
        <w:spacing w:line="240" w:lineRule="auto"/>
        <w:jc w:val="both"/>
        <w:rPr>
          <w:lang w:val="en-GB"/>
        </w:rPr>
      </w:pPr>
      <w:proofErr w:type="spellStart"/>
      <w:r w:rsidRPr="0087575C">
        <w:rPr>
          <w:lang w:val="en-GB"/>
        </w:rPr>
        <w:t>omoguć</w:t>
      </w:r>
      <w:r w:rsidR="008B0AA1">
        <w:rPr>
          <w:lang w:val="en-GB"/>
        </w:rPr>
        <w:t>e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laboratorijsku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potvrdu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prisustva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i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određivanje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koncentracije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markera</w:t>
      </w:r>
      <w:proofErr w:type="spellEnd"/>
      <w:r w:rsidRPr="0087575C">
        <w:rPr>
          <w:lang w:val="en-GB"/>
        </w:rPr>
        <w:t>;</w:t>
      </w:r>
    </w:p>
    <w:p w14:paraId="38F50B4E" w14:textId="183D2DE4" w:rsidR="0087575C" w:rsidRPr="0087575C" w:rsidRDefault="0087575C" w:rsidP="0087575C">
      <w:pPr>
        <w:numPr>
          <w:ilvl w:val="0"/>
          <w:numId w:val="47"/>
        </w:numPr>
        <w:spacing w:line="240" w:lineRule="auto"/>
        <w:jc w:val="both"/>
        <w:rPr>
          <w:lang w:val="en-GB"/>
        </w:rPr>
      </w:pPr>
      <w:proofErr w:type="spellStart"/>
      <w:r w:rsidRPr="0087575C">
        <w:rPr>
          <w:lang w:val="en-GB"/>
        </w:rPr>
        <w:t>zadrž</w:t>
      </w:r>
      <w:r w:rsidR="008B0AA1">
        <w:rPr>
          <w:lang w:val="en-GB"/>
        </w:rPr>
        <w:t>e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stabilnost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tokom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skladištenja</w:t>
      </w:r>
      <w:proofErr w:type="spellEnd"/>
      <w:r w:rsidRPr="0087575C">
        <w:rPr>
          <w:lang w:val="en-GB"/>
        </w:rPr>
        <w:t xml:space="preserve">, </w:t>
      </w:r>
      <w:proofErr w:type="spellStart"/>
      <w:r w:rsidRPr="0087575C">
        <w:rPr>
          <w:lang w:val="en-GB"/>
        </w:rPr>
        <w:t>transporta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i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distribucije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goriva</w:t>
      </w:r>
      <w:proofErr w:type="spellEnd"/>
      <w:r w:rsidRPr="0087575C">
        <w:rPr>
          <w:lang w:val="en-GB"/>
        </w:rPr>
        <w:t>;</w:t>
      </w:r>
    </w:p>
    <w:p w14:paraId="2BBF8CC6" w14:textId="779423CE" w:rsidR="0087575C" w:rsidRPr="0087575C" w:rsidRDefault="0087575C" w:rsidP="0087575C">
      <w:pPr>
        <w:numPr>
          <w:ilvl w:val="0"/>
          <w:numId w:val="47"/>
        </w:numPr>
        <w:spacing w:line="240" w:lineRule="auto"/>
        <w:jc w:val="both"/>
        <w:rPr>
          <w:lang w:val="en-GB"/>
        </w:rPr>
      </w:pPr>
      <w:r w:rsidRPr="0087575C">
        <w:rPr>
          <w:lang w:val="en-GB"/>
        </w:rPr>
        <w:t xml:space="preserve">ne </w:t>
      </w:r>
      <w:proofErr w:type="spellStart"/>
      <w:r w:rsidRPr="0087575C">
        <w:rPr>
          <w:lang w:val="en-GB"/>
        </w:rPr>
        <w:t>utič</w:t>
      </w:r>
      <w:r w:rsidR="008B0AA1">
        <w:rPr>
          <w:lang w:val="en-GB"/>
        </w:rPr>
        <w:t>u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na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upotrebljivost</w:t>
      </w:r>
      <w:proofErr w:type="spellEnd"/>
      <w:r w:rsidRPr="0087575C">
        <w:rPr>
          <w:lang w:val="en-GB"/>
        </w:rPr>
        <w:t xml:space="preserve">, </w:t>
      </w:r>
      <w:proofErr w:type="spellStart"/>
      <w:r w:rsidRPr="0087575C">
        <w:rPr>
          <w:lang w:val="en-GB"/>
        </w:rPr>
        <w:t>performanse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niti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usklađenost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goriva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sa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propisanim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zahtjevima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kvaliteta</w:t>
      </w:r>
      <w:proofErr w:type="spellEnd"/>
      <w:r w:rsidRPr="0087575C">
        <w:rPr>
          <w:lang w:val="en-GB"/>
        </w:rPr>
        <w:t>;</w:t>
      </w:r>
    </w:p>
    <w:p w14:paraId="6E884ECF" w14:textId="47FC3689" w:rsidR="0087575C" w:rsidRDefault="0087575C" w:rsidP="0087575C">
      <w:pPr>
        <w:numPr>
          <w:ilvl w:val="0"/>
          <w:numId w:val="47"/>
        </w:numPr>
        <w:spacing w:line="240" w:lineRule="auto"/>
        <w:jc w:val="both"/>
        <w:rPr>
          <w:lang w:val="en-GB"/>
        </w:rPr>
      </w:pPr>
      <w:proofErr w:type="spellStart"/>
      <w:r w:rsidRPr="0087575C">
        <w:rPr>
          <w:lang w:val="en-GB"/>
        </w:rPr>
        <w:t>omoguć</w:t>
      </w:r>
      <w:r w:rsidR="008B0AA1">
        <w:rPr>
          <w:lang w:val="en-GB"/>
        </w:rPr>
        <w:t>e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efikasan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nadzor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markiranja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i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kontrolu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prometa</w:t>
      </w:r>
      <w:proofErr w:type="spellEnd"/>
      <w:r w:rsidRPr="0087575C">
        <w:rPr>
          <w:lang w:val="en-GB"/>
        </w:rPr>
        <w:t xml:space="preserve"> </w:t>
      </w:r>
      <w:proofErr w:type="spellStart"/>
      <w:r w:rsidRPr="0087575C">
        <w:rPr>
          <w:lang w:val="en-GB"/>
        </w:rPr>
        <w:t>goriva</w:t>
      </w:r>
      <w:proofErr w:type="spellEnd"/>
      <w:r w:rsidRPr="0087575C">
        <w:rPr>
          <w:lang w:val="en-GB"/>
        </w:rPr>
        <w:t>.</w:t>
      </w:r>
    </w:p>
    <w:p w14:paraId="5806737F" w14:textId="4AEEFB56" w:rsidR="007A4957" w:rsidRPr="007A4957" w:rsidRDefault="007A4957" w:rsidP="007A4957">
      <w:pPr>
        <w:spacing w:line="240" w:lineRule="auto"/>
        <w:jc w:val="both"/>
        <w:rPr>
          <w:lang w:val="en-GB"/>
        </w:rPr>
      </w:pPr>
      <w:r>
        <w:rPr>
          <w:lang w:val="en-GB"/>
        </w:rPr>
        <w:t>Program</w:t>
      </w:r>
      <w:r w:rsidRPr="007A4957">
        <w:rPr>
          <w:lang w:val="en-GB"/>
        </w:rPr>
        <w:t xml:space="preserve"> </w:t>
      </w:r>
      <w:proofErr w:type="spellStart"/>
      <w:r w:rsidRPr="007A4957">
        <w:rPr>
          <w:lang w:val="en-GB"/>
        </w:rPr>
        <w:t>markiranja</w:t>
      </w:r>
      <w:proofErr w:type="spellEnd"/>
      <w:r w:rsidRPr="007A4957">
        <w:rPr>
          <w:lang w:val="en-GB"/>
        </w:rPr>
        <w:t xml:space="preserve"> za </w:t>
      </w:r>
      <w:proofErr w:type="spellStart"/>
      <w:r w:rsidRPr="007A4957">
        <w:rPr>
          <w:lang w:val="en-GB"/>
        </w:rPr>
        <w:t>tržište</w:t>
      </w:r>
      <w:proofErr w:type="spellEnd"/>
      <w:r w:rsidRPr="007A4957">
        <w:rPr>
          <w:lang w:val="en-GB"/>
        </w:rPr>
        <w:t xml:space="preserve"> </w:t>
      </w:r>
      <w:proofErr w:type="spellStart"/>
      <w:r w:rsidRPr="007A4957">
        <w:rPr>
          <w:lang w:val="en-GB"/>
        </w:rPr>
        <w:t>Crne</w:t>
      </w:r>
      <w:proofErr w:type="spellEnd"/>
      <w:r w:rsidRPr="007A4957">
        <w:rPr>
          <w:lang w:val="en-GB"/>
        </w:rPr>
        <w:t xml:space="preserve"> Gore </w:t>
      </w:r>
      <w:proofErr w:type="spellStart"/>
      <w:r w:rsidRPr="007A4957">
        <w:rPr>
          <w:lang w:val="en-GB"/>
        </w:rPr>
        <w:t>obuhvata</w:t>
      </w:r>
      <w:proofErr w:type="spellEnd"/>
      <w:r w:rsidRPr="007A4957">
        <w:rPr>
          <w:lang w:val="en-GB"/>
        </w:rPr>
        <w:t xml:space="preserve"> </w:t>
      </w:r>
      <w:proofErr w:type="spellStart"/>
      <w:r w:rsidRPr="007A4957">
        <w:rPr>
          <w:lang w:val="en-GB"/>
        </w:rPr>
        <w:t>dva</w:t>
      </w:r>
      <w:proofErr w:type="spellEnd"/>
      <w:r w:rsidRPr="007A4957">
        <w:rPr>
          <w:lang w:val="en-GB"/>
        </w:rPr>
        <w:t xml:space="preserve"> </w:t>
      </w:r>
      <w:proofErr w:type="spellStart"/>
      <w:r w:rsidRPr="007A4957">
        <w:rPr>
          <w:lang w:val="en-GB"/>
        </w:rPr>
        <w:t>tipa</w:t>
      </w:r>
      <w:proofErr w:type="spellEnd"/>
      <w:r w:rsidRPr="007A4957">
        <w:rPr>
          <w:lang w:val="en-GB"/>
        </w:rPr>
        <w:t xml:space="preserve"> </w:t>
      </w:r>
      <w:proofErr w:type="spellStart"/>
      <w:r w:rsidRPr="007A4957">
        <w:rPr>
          <w:lang w:val="en-GB"/>
        </w:rPr>
        <w:t>markera</w:t>
      </w:r>
      <w:proofErr w:type="spellEnd"/>
      <w:r w:rsidRPr="007A4957">
        <w:rPr>
          <w:lang w:val="en-GB"/>
        </w:rPr>
        <w:t xml:space="preserve">: marker </w:t>
      </w:r>
      <w:proofErr w:type="spellStart"/>
      <w:r w:rsidRPr="007A4957">
        <w:rPr>
          <w:lang w:val="en-GB"/>
        </w:rPr>
        <w:t>tip</w:t>
      </w:r>
      <w:r w:rsidR="00B53C9C">
        <w:rPr>
          <w:lang w:val="en-GB"/>
        </w:rPr>
        <w:t>a</w:t>
      </w:r>
      <w:proofErr w:type="spellEnd"/>
      <w:r w:rsidRPr="007A4957">
        <w:rPr>
          <w:lang w:val="en-GB"/>
        </w:rPr>
        <w:t xml:space="preserve"> A </w:t>
      </w:r>
      <w:proofErr w:type="spellStart"/>
      <w:r w:rsidRPr="007A4957">
        <w:rPr>
          <w:lang w:val="en-GB"/>
        </w:rPr>
        <w:t>i</w:t>
      </w:r>
      <w:proofErr w:type="spellEnd"/>
      <w:r w:rsidRPr="007A4957">
        <w:rPr>
          <w:lang w:val="en-GB"/>
        </w:rPr>
        <w:t xml:space="preserve"> marker </w:t>
      </w:r>
      <w:proofErr w:type="spellStart"/>
      <w:r w:rsidRPr="007A4957">
        <w:rPr>
          <w:lang w:val="en-GB"/>
        </w:rPr>
        <w:t>tip</w:t>
      </w:r>
      <w:r w:rsidR="00B53C9C">
        <w:rPr>
          <w:lang w:val="en-GB"/>
        </w:rPr>
        <w:t>a</w:t>
      </w:r>
      <w:proofErr w:type="spellEnd"/>
      <w:r w:rsidRPr="007A4957">
        <w:rPr>
          <w:lang w:val="en-GB"/>
        </w:rPr>
        <w:t xml:space="preserve"> B.</w:t>
      </w:r>
    </w:p>
    <w:p w14:paraId="3F7755B6" w14:textId="52A3E96A" w:rsidR="008B0AA1" w:rsidRPr="008B0AA1" w:rsidRDefault="008B0AA1" w:rsidP="008B0AA1">
      <w:pPr>
        <w:spacing w:line="240" w:lineRule="auto"/>
        <w:jc w:val="both"/>
        <w:rPr>
          <w:lang w:val="en-GB"/>
        </w:rPr>
      </w:pPr>
      <w:r w:rsidRPr="008B0AA1">
        <w:rPr>
          <w:lang w:val="en-GB"/>
        </w:rPr>
        <w:t xml:space="preserve">Marker tip A je marker za </w:t>
      </w:r>
      <w:proofErr w:type="spellStart"/>
      <w:r w:rsidRPr="008B0AA1">
        <w:rPr>
          <w:lang w:val="en-GB"/>
        </w:rPr>
        <w:t>markiranje</w:t>
      </w:r>
      <w:proofErr w:type="spellEnd"/>
      <w:r w:rsidRPr="008B0AA1">
        <w:rPr>
          <w:lang w:val="en-GB"/>
        </w:rPr>
        <w:t xml:space="preserve"> </w:t>
      </w:r>
      <w:proofErr w:type="spellStart"/>
      <w:r w:rsidRPr="008B0AA1">
        <w:rPr>
          <w:lang w:val="en-GB"/>
        </w:rPr>
        <w:t>bezolovnog</w:t>
      </w:r>
      <w:proofErr w:type="spellEnd"/>
      <w:r w:rsidRPr="008B0AA1">
        <w:rPr>
          <w:lang w:val="en-GB"/>
        </w:rPr>
        <w:t xml:space="preserve"> </w:t>
      </w:r>
      <w:proofErr w:type="spellStart"/>
      <w:r w:rsidRPr="008B0AA1">
        <w:rPr>
          <w:lang w:val="en-GB"/>
        </w:rPr>
        <w:t>motornog</w:t>
      </w:r>
      <w:proofErr w:type="spellEnd"/>
      <w:r w:rsidRPr="008B0AA1">
        <w:rPr>
          <w:lang w:val="en-GB"/>
        </w:rPr>
        <w:t xml:space="preserve"> </w:t>
      </w:r>
      <w:proofErr w:type="spellStart"/>
      <w:r w:rsidRPr="008B0AA1">
        <w:rPr>
          <w:lang w:val="en-GB"/>
        </w:rPr>
        <w:t>benzina</w:t>
      </w:r>
      <w:proofErr w:type="spellEnd"/>
      <w:r w:rsidRPr="008B0AA1">
        <w:rPr>
          <w:lang w:val="en-GB"/>
        </w:rPr>
        <w:t xml:space="preserve"> </w:t>
      </w:r>
      <w:proofErr w:type="spellStart"/>
      <w:r w:rsidRPr="008B0AA1">
        <w:rPr>
          <w:lang w:val="en-GB"/>
        </w:rPr>
        <w:t>i</w:t>
      </w:r>
      <w:proofErr w:type="spellEnd"/>
      <w:r w:rsidRPr="008B0AA1">
        <w:rPr>
          <w:lang w:val="en-GB"/>
        </w:rPr>
        <w:t xml:space="preserve"> </w:t>
      </w:r>
      <w:proofErr w:type="spellStart"/>
      <w:r w:rsidRPr="008B0AA1">
        <w:rPr>
          <w:lang w:val="en-GB"/>
        </w:rPr>
        <w:t>gasnih</w:t>
      </w:r>
      <w:proofErr w:type="spellEnd"/>
      <w:r w:rsidRPr="008B0AA1">
        <w:rPr>
          <w:lang w:val="en-GB"/>
        </w:rPr>
        <w:t xml:space="preserve"> </w:t>
      </w:r>
      <w:proofErr w:type="spellStart"/>
      <w:r w:rsidRPr="008B0AA1">
        <w:rPr>
          <w:lang w:val="en-GB"/>
        </w:rPr>
        <w:t>ulja</w:t>
      </w:r>
      <w:proofErr w:type="spellEnd"/>
      <w:r w:rsidRPr="008B0AA1">
        <w:rPr>
          <w:lang w:val="en-GB"/>
        </w:rPr>
        <w:t xml:space="preserve"> </w:t>
      </w:r>
      <w:proofErr w:type="spellStart"/>
      <w:r w:rsidRPr="008B0AA1">
        <w:rPr>
          <w:lang w:val="en-GB"/>
        </w:rPr>
        <w:t>koja</w:t>
      </w:r>
      <w:proofErr w:type="spellEnd"/>
      <w:r w:rsidRPr="008B0AA1">
        <w:rPr>
          <w:lang w:val="en-GB"/>
        </w:rPr>
        <w:t xml:space="preserve"> se </w:t>
      </w:r>
      <w:proofErr w:type="spellStart"/>
      <w:r w:rsidRPr="008B0AA1">
        <w:rPr>
          <w:lang w:val="en-GB"/>
        </w:rPr>
        <w:t>stavljaju</w:t>
      </w:r>
      <w:proofErr w:type="spellEnd"/>
      <w:r w:rsidRPr="008B0AA1">
        <w:rPr>
          <w:lang w:val="en-GB"/>
        </w:rPr>
        <w:t xml:space="preserve"> </w:t>
      </w:r>
      <w:proofErr w:type="spellStart"/>
      <w:r w:rsidRPr="008B0AA1">
        <w:rPr>
          <w:lang w:val="en-GB"/>
        </w:rPr>
        <w:t>na</w:t>
      </w:r>
      <w:proofErr w:type="spellEnd"/>
      <w:r w:rsidRPr="008B0AA1">
        <w:rPr>
          <w:lang w:val="en-GB"/>
        </w:rPr>
        <w:t xml:space="preserve"> </w:t>
      </w:r>
      <w:proofErr w:type="spellStart"/>
      <w:r w:rsidRPr="008B0AA1">
        <w:rPr>
          <w:lang w:val="en-GB"/>
        </w:rPr>
        <w:t>tržište</w:t>
      </w:r>
      <w:proofErr w:type="spellEnd"/>
      <w:r w:rsidRPr="008B0AA1">
        <w:rPr>
          <w:lang w:val="en-GB"/>
        </w:rPr>
        <w:t xml:space="preserve"> </w:t>
      </w:r>
      <w:proofErr w:type="spellStart"/>
      <w:r w:rsidRPr="008B0AA1">
        <w:rPr>
          <w:lang w:val="en-GB"/>
        </w:rPr>
        <w:t>Crne</w:t>
      </w:r>
      <w:proofErr w:type="spellEnd"/>
      <w:r w:rsidRPr="008B0AA1">
        <w:rPr>
          <w:lang w:val="en-GB"/>
        </w:rPr>
        <w:t xml:space="preserve"> Gore </w:t>
      </w:r>
      <w:proofErr w:type="spellStart"/>
      <w:r w:rsidRPr="008B0AA1">
        <w:rPr>
          <w:lang w:val="en-GB"/>
        </w:rPr>
        <w:t>ili</w:t>
      </w:r>
      <w:proofErr w:type="spellEnd"/>
      <w:r w:rsidRPr="008B0AA1">
        <w:rPr>
          <w:lang w:val="en-GB"/>
        </w:rPr>
        <w:t xml:space="preserve"> se </w:t>
      </w:r>
      <w:proofErr w:type="spellStart"/>
      <w:r w:rsidRPr="008B0AA1">
        <w:rPr>
          <w:lang w:val="en-GB"/>
        </w:rPr>
        <w:t>skladište</w:t>
      </w:r>
      <w:proofErr w:type="spellEnd"/>
      <w:r w:rsidRPr="008B0AA1">
        <w:rPr>
          <w:lang w:val="en-GB"/>
        </w:rPr>
        <w:t xml:space="preserve"> </w:t>
      </w:r>
      <w:proofErr w:type="spellStart"/>
      <w:r w:rsidRPr="008B0AA1">
        <w:rPr>
          <w:lang w:val="en-GB"/>
        </w:rPr>
        <w:t>kod</w:t>
      </w:r>
      <w:proofErr w:type="spellEnd"/>
      <w:r w:rsidRPr="008B0AA1">
        <w:rPr>
          <w:lang w:val="en-GB"/>
        </w:rPr>
        <w:t xml:space="preserve"> </w:t>
      </w:r>
      <w:proofErr w:type="spellStart"/>
      <w:r w:rsidRPr="008B0AA1">
        <w:rPr>
          <w:lang w:val="en-GB"/>
        </w:rPr>
        <w:t>vlasnika</w:t>
      </w:r>
      <w:proofErr w:type="spellEnd"/>
      <w:r w:rsidRPr="008B0AA1">
        <w:rPr>
          <w:lang w:val="en-GB"/>
        </w:rPr>
        <w:t xml:space="preserve">, </w:t>
      </w:r>
      <w:proofErr w:type="spellStart"/>
      <w:r w:rsidRPr="008B0AA1">
        <w:rPr>
          <w:lang w:val="en-GB"/>
        </w:rPr>
        <w:t>odnosno</w:t>
      </w:r>
      <w:proofErr w:type="spellEnd"/>
      <w:r w:rsidRPr="008B0AA1">
        <w:rPr>
          <w:lang w:val="en-GB"/>
        </w:rPr>
        <w:t xml:space="preserve"> </w:t>
      </w:r>
      <w:proofErr w:type="spellStart"/>
      <w:r w:rsidRPr="008B0AA1">
        <w:rPr>
          <w:lang w:val="en-GB"/>
        </w:rPr>
        <w:t>držaoca</w:t>
      </w:r>
      <w:proofErr w:type="spellEnd"/>
      <w:r w:rsidRPr="008B0AA1">
        <w:rPr>
          <w:lang w:val="en-GB"/>
        </w:rPr>
        <w:t xml:space="preserve"> </w:t>
      </w:r>
      <w:proofErr w:type="spellStart"/>
      <w:r w:rsidRPr="008B0AA1">
        <w:rPr>
          <w:lang w:val="en-GB"/>
        </w:rPr>
        <w:t>skladišta</w:t>
      </w:r>
      <w:proofErr w:type="spellEnd"/>
      <w:r w:rsidRPr="008B0AA1">
        <w:rPr>
          <w:lang w:val="en-GB"/>
        </w:rPr>
        <w:t xml:space="preserve"> </w:t>
      </w:r>
      <w:proofErr w:type="spellStart"/>
      <w:r w:rsidRPr="008B0AA1">
        <w:rPr>
          <w:lang w:val="en-GB"/>
        </w:rPr>
        <w:t>iz</w:t>
      </w:r>
      <w:proofErr w:type="spellEnd"/>
      <w:r w:rsidRPr="008B0AA1">
        <w:rPr>
          <w:lang w:val="en-GB"/>
        </w:rPr>
        <w:t xml:space="preserve"> </w:t>
      </w:r>
      <w:proofErr w:type="spellStart"/>
      <w:r w:rsidRPr="008B0AA1">
        <w:rPr>
          <w:lang w:val="en-GB"/>
        </w:rPr>
        <w:t>člana</w:t>
      </w:r>
      <w:proofErr w:type="spellEnd"/>
      <w:r w:rsidRPr="008B0AA1">
        <w:rPr>
          <w:lang w:val="en-GB"/>
        </w:rPr>
        <w:t xml:space="preserve"> 211 </w:t>
      </w:r>
      <w:proofErr w:type="spellStart"/>
      <w:r w:rsidRPr="008B0AA1">
        <w:rPr>
          <w:lang w:val="en-GB"/>
        </w:rPr>
        <w:t>stav</w:t>
      </w:r>
      <w:proofErr w:type="spellEnd"/>
      <w:r w:rsidRPr="008B0AA1">
        <w:rPr>
          <w:lang w:val="en-GB"/>
        </w:rPr>
        <w:t xml:space="preserve"> 1 </w:t>
      </w:r>
      <w:proofErr w:type="spellStart"/>
      <w:r w:rsidRPr="008B0AA1">
        <w:rPr>
          <w:lang w:val="en-GB"/>
        </w:rPr>
        <w:t>Zakona</w:t>
      </w:r>
      <w:proofErr w:type="spellEnd"/>
      <w:r>
        <w:rPr>
          <w:lang w:val="en-GB"/>
        </w:rPr>
        <w:t xml:space="preserve"> o </w:t>
      </w:r>
      <w:proofErr w:type="spellStart"/>
      <w:r>
        <w:rPr>
          <w:lang w:val="en-GB"/>
        </w:rPr>
        <w:t>energetici</w:t>
      </w:r>
      <w:proofErr w:type="spellEnd"/>
      <w:r w:rsidRPr="008B0AA1">
        <w:rPr>
          <w:lang w:val="en-GB"/>
        </w:rPr>
        <w:t xml:space="preserve">, </w:t>
      </w:r>
      <w:proofErr w:type="spellStart"/>
      <w:r w:rsidRPr="008B0AA1">
        <w:rPr>
          <w:lang w:val="en-GB"/>
        </w:rPr>
        <w:t>odnosno</w:t>
      </w:r>
      <w:proofErr w:type="spellEnd"/>
      <w:r w:rsidRPr="008B0AA1">
        <w:rPr>
          <w:lang w:val="en-GB"/>
        </w:rPr>
        <w:t xml:space="preserve"> za derivate </w:t>
      </w:r>
      <w:proofErr w:type="spellStart"/>
      <w:r w:rsidRPr="008B0AA1">
        <w:rPr>
          <w:lang w:val="en-GB"/>
        </w:rPr>
        <w:t>nafte</w:t>
      </w:r>
      <w:proofErr w:type="spellEnd"/>
      <w:r w:rsidRPr="008B0AA1">
        <w:rPr>
          <w:lang w:val="en-GB"/>
        </w:rPr>
        <w:t xml:space="preserve"> </w:t>
      </w:r>
      <w:proofErr w:type="spellStart"/>
      <w:r w:rsidRPr="008B0AA1">
        <w:rPr>
          <w:lang w:val="en-GB"/>
        </w:rPr>
        <w:t>i</w:t>
      </w:r>
      <w:proofErr w:type="spellEnd"/>
      <w:r w:rsidRPr="008B0AA1">
        <w:rPr>
          <w:lang w:val="en-GB"/>
        </w:rPr>
        <w:t xml:space="preserve"> </w:t>
      </w:r>
      <w:proofErr w:type="spellStart"/>
      <w:r w:rsidRPr="008B0AA1">
        <w:rPr>
          <w:lang w:val="en-GB"/>
        </w:rPr>
        <w:t>biogoriva</w:t>
      </w:r>
      <w:proofErr w:type="spellEnd"/>
      <w:r w:rsidRPr="008B0AA1">
        <w:rPr>
          <w:lang w:val="en-GB"/>
        </w:rPr>
        <w:t xml:space="preserve"> </w:t>
      </w:r>
      <w:proofErr w:type="spellStart"/>
      <w:r w:rsidRPr="008B0AA1">
        <w:rPr>
          <w:lang w:val="en-GB"/>
        </w:rPr>
        <w:t>na</w:t>
      </w:r>
      <w:proofErr w:type="spellEnd"/>
      <w:r w:rsidRPr="008B0AA1">
        <w:rPr>
          <w:lang w:val="en-GB"/>
        </w:rPr>
        <w:t xml:space="preserve"> </w:t>
      </w:r>
      <w:proofErr w:type="spellStart"/>
      <w:r w:rsidRPr="008B0AA1">
        <w:rPr>
          <w:lang w:val="en-GB"/>
        </w:rPr>
        <w:t>koja</w:t>
      </w:r>
      <w:proofErr w:type="spellEnd"/>
      <w:r w:rsidRPr="008B0AA1">
        <w:rPr>
          <w:lang w:val="en-GB"/>
        </w:rPr>
        <w:t xml:space="preserve"> se </w:t>
      </w:r>
      <w:proofErr w:type="spellStart"/>
      <w:r w:rsidRPr="008B0AA1">
        <w:rPr>
          <w:lang w:val="en-GB"/>
        </w:rPr>
        <w:t>plaća</w:t>
      </w:r>
      <w:proofErr w:type="spellEnd"/>
      <w:r w:rsidRPr="008B0AA1">
        <w:rPr>
          <w:lang w:val="en-GB"/>
        </w:rPr>
        <w:t xml:space="preserve"> </w:t>
      </w:r>
      <w:proofErr w:type="spellStart"/>
      <w:r w:rsidRPr="008B0AA1">
        <w:rPr>
          <w:lang w:val="en-GB"/>
        </w:rPr>
        <w:t>akciza</w:t>
      </w:r>
      <w:proofErr w:type="spellEnd"/>
      <w:r w:rsidRPr="008B0AA1">
        <w:rPr>
          <w:lang w:val="en-GB"/>
        </w:rPr>
        <w:t xml:space="preserve"> u </w:t>
      </w:r>
      <w:proofErr w:type="spellStart"/>
      <w:r w:rsidRPr="008B0AA1">
        <w:rPr>
          <w:lang w:val="en-GB"/>
        </w:rPr>
        <w:t>punom</w:t>
      </w:r>
      <w:proofErr w:type="spellEnd"/>
      <w:r w:rsidRPr="008B0AA1">
        <w:rPr>
          <w:lang w:val="en-GB"/>
        </w:rPr>
        <w:t xml:space="preserve"> </w:t>
      </w:r>
      <w:proofErr w:type="spellStart"/>
      <w:r w:rsidRPr="008B0AA1">
        <w:rPr>
          <w:lang w:val="en-GB"/>
        </w:rPr>
        <w:t>iznosu</w:t>
      </w:r>
      <w:proofErr w:type="spellEnd"/>
      <w:r w:rsidRPr="008B0AA1">
        <w:rPr>
          <w:lang w:val="en-GB"/>
        </w:rPr>
        <w:t xml:space="preserve"> </w:t>
      </w:r>
      <w:proofErr w:type="spellStart"/>
      <w:r w:rsidRPr="008B0AA1">
        <w:rPr>
          <w:lang w:val="en-GB"/>
        </w:rPr>
        <w:t>propisanom</w:t>
      </w:r>
      <w:proofErr w:type="spellEnd"/>
      <w:r w:rsidRPr="008B0AA1">
        <w:rPr>
          <w:lang w:val="en-GB"/>
        </w:rPr>
        <w:t xml:space="preserve"> </w:t>
      </w:r>
      <w:proofErr w:type="spellStart"/>
      <w:r w:rsidRPr="008B0AA1">
        <w:rPr>
          <w:i/>
          <w:iCs/>
          <w:lang w:val="en-GB"/>
        </w:rPr>
        <w:t>Zakonom</w:t>
      </w:r>
      <w:proofErr w:type="spellEnd"/>
      <w:r w:rsidRPr="008B0AA1">
        <w:rPr>
          <w:i/>
          <w:iCs/>
          <w:lang w:val="en-GB"/>
        </w:rPr>
        <w:t xml:space="preserve"> o </w:t>
      </w:r>
      <w:proofErr w:type="spellStart"/>
      <w:r w:rsidRPr="008B0AA1">
        <w:rPr>
          <w:i/>
          <w:iCs/>
          <w:lang w:val="en-GB"/>
        </w:rPr>
        <w:t>akcizama</w:t>
      </w:r>
      <w:proofErr w:type="spellEnd"/>
      <w:r w:rsidRPr="008B0AA1">
        <w:rPr>
          <w:i/>
          <w:iCs/>
          <w:lang w:val="en-GB"/>
        </w:rPr>
        <w:t xml:space="preserve"> </w:t>
      </w:r>
      <w:r w:rsidRPr="008B0AA1">
        <w:rPr>
          <w:lang w:val="en-GB"/>
        </w:rPr>
        <w:t>("</w:t>
      </w:r>
      <w:proofErr w:type="spellStart"/>
      <w:r w:rsidRPr="008B0AA1">
        <w:rPr>
          <w:lang w:val="en-GB"/>
        </w:rPr>
        <w:t>Službeni</w:t>
      </w:r>
      <w:proofErr w:type="spellEnd"/>
      <w:r w:rsidRPr="008B0AA1">
        <w:rPr>
          <w:lang w:val="en-GB"/>
        </w:rPr>
        <w:t xml:space="preserve"> list RCG", br. 65/01, 12/02, 76/05 </w:t>
      </w:r>
      <w:proofErr w:type="spellStart"/>
      <w:r w:rsidRPr="008B0AA1">
        <w:rPr>
          <w:lang w:val="en-GB"/>
        </w:rPr>
        <w:t>i</w:t>
      </w:r>
      <w:proofErr w:type="spellEnd"/>
      <w:r w:rsidRPr="008B0AA1">
        <w:rPr>
          <w:lang w:val="en-GB"/>
        </w:rPr>
        <w:t xml:space="preserve"> "Sl. list CG", br. 76/08, 50/09, 78/10, 61/11, 28/12, 38/13, 45/14, 40/11 - </w:t>
      </w:r>
      <w:proofErr w:type="spellStart"/>
      <w:r w:rsidRPr="008B0AA1">
        <w:rPr>
          <w:lang w:val="en-GB"/>
        </w:rPr>
        <w:t>drugi</w:t>
      </w:r>
      <w:proofErr w:type="spellEnd"/>
      <w:r w:rsidRPr="008B0AA1">
        <w:rPr>
          <w:lang w:val="en-GB"/>
        </w:rPr>
        <w:t xml:space="preserve"> </w:t>
      </w:r>
      <w:proofErr w:type="spellStart"/>
      <w:r w:rsidRPr="008B0AA1">
        <w:rPr>
          <w:lang w:val="en-GB"/>
        </w:rPr>
        <w:t>zakon</w:t>
      </w:r>
      <w:proofErr w:type="spellEnd"/>
      <w:r w:rsidRPr="008B0AA1">
        <w:rPr>
          <w:lang w:val="en-GB"/>
        </w:rPr>
        <w:t xml:space="preserve">, 8/15 - </w:t>
      </w:r>
      <w:proofErr w:type="spellStart"/>
      <w:r w:rsidRPr="008B0AA1">
        <w:rPr>
          <w:lang w:val="en-GB"/>
        </w:rPr>
        <w:t>drugi</w:t>
      </w:r>
      <w:proofErr w:type="spellEnd"/>
      <w:r w:rsidRPr="008B0AA1">
        <w:rPr>
          <w:lang w:val="en-GB"/>
        </w:rPr>
        <w:t xml:space="preserve"> </w:t>
      </w:r>
      <w:proofErr w:type="spellStart"/>
      <w:r w:rsidRPr="008B0AA1">
        <w:rPr>
          <w:lang w:val="en-GB"/>
        </w:rPr>
        <w:t>zakon</w:t>
      </w:r>
      <w:proofErr w:type="spellEnd"/>
      <w:r w:rsidRPr="008B0AA1">
        <w:rPr>
          <w:lang w:val="en-GB"/>
        </w:rPr>
        <w:t xml:space="preserve">, 1/17, 50/17, 55/18, 76/20, 49/22, 65/22, 152/22, 27/23, 125/23 </w:t>
      </w:r>
      <w:proofErr w:type="spellStart"/>
      <w:r w:rsidRPr="008B0AA1">
        <w:rPr>
          <w:lang w:val="en-GB"/>
        </w:rPr>
        <w:t>i</w:t>
      </w:r>
      <w:proofErr w:type="spellEnd"/>
      <w:r w:rsidRPr="008B0AA1">
        <w:rPr>
          <w:lang w:val="en-GB"/>
        </w:rPr>
        <w:t xml:space="preserve"> 94/24); </w:t>
      </w:r>
    </w:p>
    <w:p w14:paraId="6E570C1B" w14:textId="4641BF3F" w:rsidR="008B0AA1" w:rsidRPr="00627C43" w:rsidRDefault="008B0AA1" w:rsidP="00627C43">
      <w:pPr>
        <w:jc w:val="both"/>
        <w:rPr>
          <w:lang w:val="en-GB"/>
        </w:rPr>
      </w:pPr>
      <w:r w:rsidRPr="008B0AA1">
        <w:rPr>
          <w:lang w:val="en-GB"/>
        </w:rPr>
        <w:t xml:space="preserve">Marker tip B je marker za </w:t>
      </w:r>
      <w:proofErr w:type="spellStart"/>
      <w:r w:rsidRPr="008B0AA1">
        <w:rPr>
          <w:lang w:val="en-GB"/>
        </w:rPr>
        <w:t>markiranje</w:t>
      </w:r>
      <w:proofErr w:type="spellEnd"/>
      <w:r w:rsidRPr="008B0AA1">
        <w:rPr>
          <w:lang w:val="en-GB"/>
        </w:rPr>
        <w:t xml:space="preserve"> </w:t>
      </w:r>
      <w:proofErr w:type="spellStart"/>
      <w:r w:rsidRPr="008B0AA1">
        <w:rPr>
          <w:lang w:val="en-GB"/>
        </w:rPr>
        <w:t>tečnih</w:t>
      </w:r>
      <w:proofErr w:type="spellEnd"/>
      <w:r w:rsidRPr="008B0AA1">
        <w:rPr>
          <w:lang w:val="en-GB"/>
        </w:rPr>
        <w:t xml:space="preserve"> </w:t>
      </w:r>
      <w:proofErr w:type="spellStart"/>
      <w:r w:rsidRPr="008B0AA1">
        <w:rPr>
          <w:lang w:val="en-GB"/>
        </w:rPr>
        <w:t>goriva</w:t>
      </w:r>
      <w:proofErr w:type="spellEnd"/>
      <w:r w:rsidRPr="008B0AA1">
        <w:rPr>
          <w:lang w:val="en-GB"/>
        </w:rPr>
        <w:t xml:space="preserve"> </w:t>
      </w:r>
      <w:proofErr w:type="spellStart"/>
      <w:r w:rsidRPr="008B0AA1">
        <w:rPr>
          <w:lang w:val="en-GB"/>
        </w:rPr>
        <w:t>naftnog</w:t>
      </w:r>
      <w:proofErr w:type="spellEnd"/>
      <w:r w:rsidRPr="008B0AA1">
        <w:rPr>
          <w:lang w:val="en-GB"/>
        </w:rPr>
        <w:t xml:space="preserve"> </w:t>
      </w:r>
      <w:proofErr w:type="spellStart"/>
      <w:r w:rsidRPr="008B0AA1">
        <w:rPr>
          <w:lang w:val="en-GB"/>
        </w:rPr>
        <w:t>porijekla</w:t>
      </w:r>
      <w:proofErr w:type="spellEnd"/>
      <w:r w:rsidRPr="008B0AA1">
        <w:rPr>
          <w:lang w:val="en-GB"/>
        </w:rPr>
        <w:t xml:space="preserve"> </w:t>
      </w:r>
      <w:proofErr w:type="spellStart"/>
      <w:r w:rsidRPr="008B0AA1">
        <w:rPr>
          <w:lang w:val="en-GB"/>
        </w:rPr>
        <w:t>koja</w:t>
      </w:r>
      <w:proofErr w:type="spellEnd"/>
      <w:r w:rsidRPr="008B0AA1">
        <w:rPr>
          <w:lang w:val="en-GB"/>
        </w:rPr>
        <w:t xml:space="preserve"> </w:t>
      </w:r>
      <w:proofErr w:type="spellStart"/>
      <w:r w:rsidRPr="008B0AA1">
        <w:rPr>
          <w:lang w:val="en-GB"/>
        </w:rPr>
        <w:t>su</w:t>
      </w:r>
      <w:proofErr w:type="spellEnd"/>
      <w:r w:rsidRPr="008B0AA1">
        <w:rPr>
          <w:lang w:val="en-GB"/>
        </w:rPr>
        <w:t xml:space="preserve"> </w:t>
      </w:r>
      <w:proofErr w:type="spellStart"/>
      <w:r w:rsidRPr="008B0AA1">
        <w:rPr>
          <w:lang w:val="en-GB"/>
        </w:rPr>
        <w:t>namijenjena</w:t>
      </w:r>
      <w:proofErr w:type="spellEnd"/>
      <w:r w:rsidRPr="008B0AA1">
        <w:rPr>
          <w:lang w:val="en-GB"/>
        </w:rPr>
        <w:t xml:space="preserve"> za </w:t>
      </w:r>
      <w:proofErr w:type="spellStart"/>
      <w:r w:rsidRPr="008B0AA1">
        <w:rPr>
          <w:lang w:val="en-GB"/>
        </w:rPr>
        <w:t>snabdijevanje</w:t>
      </w:r>
      <w:proofErr w:type="spellEnd"/>
      <w:r w:rsidRPr="008B0AA1">
        <w:rPr>
          <w:lang w:val="en-GB"/>
        </w:rPr>
        <w:t xml:space="preserve"> </w:t>
      </w:r>
      <w:proofErr w:type="spellStart"/>
      <w:r w:rsidRPr="008B0AA1">
        <w:rPr>
          <w:lang w:val="en-GB"/>
        </w:rPr>
        <w:t>plovnih</w:t>
      </w:r>
      <w:proofErr w:type="spellEnd"/>
      <w:r w:rsidRPr="008B0AA1">
        <w:rPr>
          <w:lang w:val="en-GB"/>
        </w:rPr>
        <w:t xml:space="preserve"> </w:t>
      </w:r>
      <w:proofErr w:type="spellStart"/>
      <w:r w:rsidRPr="008B0AA1">
        <w:rPr>
          <w:lang w:val="en-GB"/>
        </w:rPr>
        <w:t>objekata</w:t>
      </w:r>
      <w:proofErr w:type="spellEnd"/>
      <w:r w:rsidRPr="008B0AA1">
        <w:rPr>
          <w:lang w:val="en-GB"/>
        </w:rPr>
        <w:t xml:space="preserve"> u </w:t>
      </w:r>
      <w:proofErr w:type="spellStart"/>
      <w:r w:rsidRPr="008B0AA1">
        <w:rPr>
          <w:lang w:val="en-GB"/>
        </w:rPr>
        <w:t>međunarodnom</w:t>
      </w:r>
      <w:proofErr w:type="spellEnd"/>
      <w:r w:rsidRPr="008B0AA1">
        <w:rPr>
          <w:lang w:val="en-GB"/>
        </w:rPr>
        <w:t xml:space="preserve"> </w:t>
      </w:r>
      <w:proofErr w:type="spellStart"/>
      <w:r w:rsidRPr="008B0AA1">
        <w:rPr>
          <w:lang w:val="en-GB"/>
        </w:rPr>
        <w:t>saobraćaju</w:t>
      </w:r>
      <w:proofErr w:type="spellEnd"/>
      <w:r w:rsidRPr="008B0AA1">
        <w:rPr>
          <w:lang w:val="en-GB"/>
        </w:rPr>
        <w:t xml:space="preserve">, </w:t>
      </w:r>
      <w:proofErr w:type="spellStart"/>
      <w:r w:rsidRPr="008B0AA1">
        <w:rPr>
          <w:lang w:val="en-GB"/>
        </w:rPr>
        <w:t>odnosno</w:t>
      </w:r>
      <w:proofErr w:type="spellEnd"/>
      <w:r w:rsidRPr="008B0AA1">
        <w:rPr>
          <w:lang w:val="en-GB"/>
        </w:rPr>
        <w:t xml:space="preserve"> za derivate </w:t>
      </w:r>
      <w:proofErr w:type="spellStart"/>
      <w:r w:rsidRPr="008B0AA1">
        <w:rPr>
          <w:lang w:val="en-GB"/>
        </w:rPr>
        <w:t>nafte</w:t>
      </w:r>
      <w:proofErr w:type="spellEnd"/>
      <w:r w:rsidRPr="008B0AA1">
        <w:rPr>
          <w:lang w:val="en-GB"/>
        </w:rPr>
        <w:t xml:space="preserve"> </w:t>
      </w:r>
      <w:proofErr w:type="spellStart"/>
      <w:r w:rsidRPr="008B0AA1">
        <w:rPr>
          <w:lang w:val="en-GB"/>
        </w:rPr>
        <w:t>i</w:t>
      </w:r>
      <w:proofErr w:type="spellEnd"/>
      <w:r w:rsidRPr="008B0AA1">
        <w:rPr>
          <w:lang w:val="en-GB"/>
        </w:rPr>
        <w:t xml:space="preserve"> </w:t>
      </w:r>
      <w:proofErr w:type="spellStart"/>
      <w:r w:rsidRPr="008B0AA1">
        <w:rPr>
          <w:lang w:val="en-GB"/>
        </w:rPr>
        <w:t>biogoriva</w:t>
      </w:r>
      <w:proofErr w:type="spellEnd"/>
      <w:r w:rsidRPr="008B0AA1">
        <w:rPr>
          <w:lang w:val="en-GB"/>
        </w:rPr>
        <w:t xml:space="preserve"> </w:t>
      </w:r>
      <w:proofErr w:type="spellStart"/>
      <w:r w:rsidRPr="008B0AA1">
        <w:rPr>
          <w:lang w:val="en-GB"/>
        </w:rPr>
        <w:t>koja</w:t>
      </w:r>
      <w:proofErr w:type="spellEnd"/>
      <w:r w:rsidRPr="008B0AA1">
        <w:rPr>
          <w:lang w:val="en-GB"/>
        </w:rPr>
        <w:t xml:space="preserve"> </w:t>
      </w:r>
      <w:proofErr w:type="spellStart"/>
      <w:r w:rsidRPr="008B0AA1">
        <w:rPr>
          <w:lang w:val="en-GB"/>
        </w:rPr>
        <w:t>su</w:t>
      </w:r>
      <w:proofErr w:type="spellEnd"/>
      <w:r w:rsidRPr="008B0AA1">
        <w:rPr>
          <w:lang w:val="en-GB"/>
        </w:rPr>
        <w:t xml:space="preserve"> </w:t>
      </w:r>
      <w:proofErr w:type="spellStart"/>
      <w:r w:rsidRPr="008B0AA1">
        <w:rPr>
          <w:lang w:val="en-GB"/>
        </w:rPr>
        <w:t>oslobođena</w:t>
      </w:r>
      <w:proofErr w:type="spellEnd"/>
      <w:r w:rsidRPr="008B0AA1">
        <w:rPr>
          <w:lang w:val="en-GB"/>
        </w:rPr>
        <w:t xml:space="preserve"> </w:t>
      </w:r>
      <w:proofErr w:type="spellStart"/>
      <w:r w:rsidRPr="008B0AA1">
        <w:rPr>
          <w:lang w:val="en-GB"/>
        </w:rPr>
        <w:t>plaćanja</w:t>
      </w:r>
      <w:proofErr w:type="spellEnd"/>
      <w:r w:rsidRPr="008B0AA1">
        <w:rPr>
          <w:lang w:val="en-GB"/>
        </w:rPr>
        <w:t xml:space="preserve"> </w:t>
      </w:r>
      <w:proofErr w:type="spellStart"/>
      <w:r w:rsidRPr="008B0AA1">
        <w:rPr>
          <w:lang w:val="en-GB"/>
        </w:rPr>
        <w:t>akcize</w:t>
      </w:r>
      <w:proofErr w:type="spellEnd"/>
      <w:r w:rsidRPr="008B0AA1">
        <w:rPr>
          <w:lang w:val="en-GB"/>
        </w:rPr>
        <w:t xml:space="preserve">, u </w:t>
      </w:r>
      <w:proofErr w:type="spellStart"/>
      <w:r w:rsidRPr="008B0AA1">
        <w:rPr>
          <w:lang w:val="en-GB"/>
        </w:rPr>
        <w:t>skladu</w:t>
      </w:r>
      <w:proofErr w:type="spellEnd"/>
      <w:r w:rsidRPr="008B0AA1">
        <w:rPr>
          <w:lang w:val="en-GB"/>
        </w:rPr>
        <w:t xml:space="preserve"> </w:t>
      </w:r>
      <w:proofErr w:type="spellStart"/>
      <w:r w:rsidRPr="008B0AA1">
        <w:rPr>
          <w:lang w:val="en-GB"/>
        </w:rPr>
        <w:t>sa</w:t>
      </w:r>
      <w:proofErr w:type="spellEnd"/>
      <w:r w:rsidRPr="008B0AA1">
        <w:rPr>
          <w:lang w:val="en-GB"/>
        </w:rPr>
        <w:t xml:space="preserve"> </w:t>
      </w:r>
      <w:proofErr w:type="spellStart"/>
      <w:r w:rsidRPr="008B0AA1">
        <w:rPr>
          <w:i/>
          <w:iCs/>
          <w:lang w:val="en-GB"/>
        </w:rPr>
        <w:t>Pravilnikom</w:t>
      </w:r>
      <w:proofErr w:type="spellEnd"/>
      <w:r w:rsidRPr="008B0AA1">
        <w:rPr>
          <w:i/>
          <w:iCs/>
          <w:lang w:val="en-GB"/>
        </w:rPr>
        <w:t xml:space="preserve"> o </w:t>
      </w:r>
      <w:proofErr w:type="spellStart"/>
      <w:r w:rsidRPr="008B0AA1">
        <w:rPr>
          <w:i/>
          <w:iCs/>
          <w:lang w:val="en-GB"/>
        </w:rPr>
        <w:t>načinu</w:t>
      </w:r>
      <w:proofErr w:type="spellEnd"/>
      <w:r w:rsidRPr="008B0AA1">
        <w:rPr>
          <w:i/>
          <w:iCs/>
          <w:lang w:val="en-GB"/>
        </w:rPr>
        <w:t xml:space="preserve"> </w:t>
      </w:r>
      <w:proofErr w:type="spellStart"/>
      <w:r w:rsidRPr="008B0AA1">
        <w:rPr>
          <w:i/>
          <w:iCs/>
          <w:lang w:val="en-GB"/>
        </w:rPr>
        <w:t>sprovođenja</w:t>
      </w:r>
      <w:proofErr w:type="spellEnd"/>
      <w:r w:rsidRPr="008B0AA1">
        <w:rPr>
          <w:i/>
          <w:iCs/>
          <w:lang w:val="en-GB"/>
        </w:rPr>
        <w:t xml:space="preserve"> </w:t>
      </w:r>
      <w:proofErr w:type="spellStart"/>
      <w:r w:rsidRPr="008B0AA1">
        <w:rPr>
          <w:i/>
          <w:iCs/>
          <w:lang w:val="en-GB"/>
        </w:rPr>
        <w:t>carinskog</w:t>
      </w:r>
      <w:proofErr w:type="spellEnd"/>
      <w:r w:rsidRPr="008B0AA1">
        <w:rPr>
          <w:i/>
          <w:iCs/>
          <w:lang w:val="en-GB"/>
        </w:rPr>
        <w:t xml:space="preserve"> </w:t>
      </w:r>
      <w:proofErr w:type="spellStart"/>
      <w:r w:rsidRPr="008B0AA1">
        <w:rPr>
          <w:i/>
          <w:iCs/>
          <w:lang w:val="en-GB"/>
        </w:rPr>
        <w:t>postupka</w:t>
      </w:r>
      <w:proofErr w:type="spellEnd"/>
      <w:r w:rsidRPr="008B0AA1">
        <w:rPr>
          <w:i/>
          <w:iCs/>
          <w:lang w:val="en-GB"/>
        </w:rPr>
        <w:t xml:space="preserve"> za </w:t>
      </w:r>
      <w:proofErr w:type="spellStart"/>
      <w:r w:rsidRPr="008B0AA1">
        <w:rPr>
          <w:i/>
          <w:iCs/>
          <w:lang w:val="en-GB"/>
        </w:rPr>
        <w:t>robu</w:t>
      </w:r>
      <w:proofErr w:type="spellEnd"/>
      <w:r w:rsidRPr="008B0AA1">
        <w:rPr>
          <w:i/>
          <w:iCs/>
          <w:lang w:val="en-GB"/>
        </w:rPr>
        <w:t xml:space="preserve"> </w:t>
      </w:r>
      <w:proofErr w:type="spellStart"/>
      <w:r w:rsidRPr="008B0AA1">
        <w:rPr>
          <w:i/>
          <w:iCs/>
          <w:lang w:val="en-GB"/>
        </w:rPr>
        <w:t>koja</w:t>
      </w:r>
      <w:proofErr w:type="spellEnd"/>
      <w:r w:rsidRPr="008B0AA1">
        <w:rPr>
          <w:i/>
          <w:iCs/>
          <w:lang w:val="en-GB"/>
        </w:rPr>
        <w:t xml:space="preserve"> se </w:t>
      </w:r>
      <w:proofErr w:type="spellStart"/>
      <w:r w:rsidRPr="008B0AA1">
        <w:rPr>
          <w:i/>
          <w:iCs/>
          <w:lang w:val="en-GB"/>
        </w:rPr>
        <w:t>koristi</w:t>
      </w:r>
      <w:proofErr w:type="spellEnd"/>
      <w:r w:rsidRPr="008B0AA1">
        <w:rPr>
          <w:i/>
          <w:iCs/>
          <w:lang w:val="en-GB"/>
        </w:rPr>
        <w:t xml:space="preserve"> za </w:t>
      </w:r>
      <w:proofErr w:type="spellStart"/>
      <w:r w:rsidRPr="008B0AA1">
        <w:rPr>
          <w:i/>
          <w:iCs/>
          <w:lang w:val="en-GB"/>
        </w:rPr>
        <w:t>snabdijevanje</w:t>
      </w:r>
      <w:proofErr w:type="spellEnd"/>
      <w:r w:rsidRPr="008B0AA1">
        <w:rPr>
          <w:i/>
          <w:iCs/>
          <w:lang w:val="en-GB"/>
        </w:rPr>
        <w:t xml:space="preserve"> </w:t>
      </w:r>
      <w:proofErr w:type="spellStart"/>
      <w:r w:rsidRPr="008B0AA1">
        <w:rPr>
          <w:i/>
          <w:iCs/>
          <w:lang w:val="en-GB"/>
        </w:rPr>
        <w:t>prevoznih</w:t>
      </w:r>
      <w:proofErr w:type="spellEnd"/>
      <w:r w:rsidRPr="008B0AA1">
        <w:rPr>
          <w:i/>
          <w:iCs/>
          <w:lang w:val="en-GB"/>
        </w:rPr>
        <w:t xml:space="preserve"> </w:t>
      </w:r>
      <w:proofErr w:type="spellStart"/>
      <w:r w:rsidRPr="008B0AA1">
        <w:rPr>
          <w:i/>
          <w:iCs/>
          <w:lang w:val="en-GB"/>
        </w:rPr>
        <w:t>sredstava</w:t>
      </w:r>
      <w:proofErr w:type="spellEnd"/>
      <w:r w:rsidRPr="008B0AA1">
        <w:rPr>
          <w:i/>
          <w:iCs/>
          <w:lang w:val="en-GB"/>
        </w:rPr>
        <w:t xml:space="preserve"> u </w:t>
      </w:r>
      <w:proofErr w:type="spellStart"/>
      <w:r w:rsidRPr="008B0AA1">
        <w:rPr>
          <w:i/>
          <w:iCs/>
          <w:lang w:val="en-GB"/>
        </w:rPr>
        <w:t>međunarodnom</w:t>
      </w:r>
      <w:proofErr w:type="spellEnd"/>
      <w:r w:rsidRPr="008B0AA1">
        <w:rPr>
          <w:i/>
          <w:iCs/>
          <w:lang w:val="en-GB"/>
        </w:rPr>
        <w:t xml:space="preserve"> </w:t>
      </w:r>
      <w:proofErr w:type="spellStart"/>
      <w:r w:rsidRPr="008B0AA1">
        <w:rPr>
          <w:i/>
          <w:iCs/>
          <w:lang w:val="en-GB"/>
        </w:rPr>
        <w:t>saobraćaju</w:t>
      </w:r>
      <w:proofErr w:type="spellEnd"/>
      <w:r w:rsidRPr="008B0AA1">
        <w:rPr>
          <w:i/>
          <w:iCs/>
          <w:lang w:val="en-GB"/>
        </w:rPr>
        <w:t xml:space="preserve">, </w:t>
      </w:r>
      <w:proofErr w:type="spellStart"/>
      <w:r w:rsidRPr="008B0AA1">
        <w:rPr>
          <w:i/>
          <w:iCs/>
          <w:lang w:val="en-GB"/>
        </w:rPr>
        <w:t>vrsti</w:t>
      </w:r>
      <w:proofErr w:type="spellEnd"/>
      <w:r w:rsidRPr="008B0AA1">
        <w:rPr>
          <w:i/>
          <w:iCs/>
          <w:lang w:val="en-GB"/>
        </w:rPr>
        <w:t xml:space="preserve"> robe </w:t>
      </w:r>
      <w:proofErr w:type="spellStart"/>
      <w:r w:rsidRPr="008B0AA1">
        <w:rPr>
          <w:i/>
          <w:iCs/>
          <w:lang w:val="en-GB"/>
        </w:rPr>
        <w:t>i</w:t>
      </w:r>
      <w:proofErr w:type="spellEnd"/>
      <w:r w:rsidRPr="008B0AA1">
        <w:rPr>
          <w:i/>
          <w:iCs/>
          <w:lang w:val="en-GB"/>
        </w:rPr>
        <w:t xml:space="preserve"> </w:t>
      </w:r>
      <w:proofErr w:type="spellStart"/>
      <w:r w:rsidRPr="008B0AA1">
        <w:rPr>
          <w:i/>
          <w:iCs/>
          <w:lang w:val="en-GB"/>
        </w:rPr>
        <w:t>količinskim</w:t>
      </w:r>
      <w:proofErr w:type="spellEnd"/>
      <w:r w:rsidRPr="008B0AA1">
        <w:rPr>
          <w:i/>
          <w:iCs/>
          <w:lang w:val="en-GB"/>
        </w:rPr>
        <w:t xml:space="preserve"> </w:t>
      </w:r>
      <w:proofErr w:type="spellStart"/>
      <w:r w:rsidRPr="008B0AA1">
        <w:rPr>
          <w:i/>
          <w:iCs/>
          <w:lang w:val="en-GB"/>
        </w:rPr>
        <w:t>ograničenjima</w:t>
      </w:r>
      <w:proofErr w:type="spellEnd"/>
      <w:r w:rsidRPr="008B0AA1">
        <w:rPr>
          <w:i/>
          <w:iCs/>
          <w:lang w:val="en-GB"/>
        </w:rPr>
        <w:t xml:space="preserve"> </w:t>
      </w:r>
      <w:r w:rsidRPr="008B0AA1">
        <w:rPr>
          <w:lang w:val="en-GB"/>
        </w:rPr>
        <w:t>("</w:t>
      </w:r>
      <w:proofErr w:type="spellStart"/>
      <w:r w:rsidRPr="008B0AA1">
        <w:rPr>
          <w:lang w:val="en-GB"/>
        </w:rPr>
        <w:t>Službeni</w:t>
      </w:r>
      <w:proofErr w:type="spellEnd"/>
      <w:r w:rsidRPr="008B0AA1">
        <w:rPr>
          <w:lang w:val="en-GB"/>
        </w:rPr>
        <w:t xml:space="preserve"> list CG", br. 127/24 </w:t>
      </w:r>
      <w:proofErr w:type="spellStart"/>
      <w:r w:rsidRPr="008B0AA1">
        <w:rPr>
          <w:lang w:val="en-GB"/>
        </w:rPr>
        <w:t>i</w:t>
      </w:r>
      <w:proofErr w:type="spellEnd"/>
      <w:r w:rsidRPr="008B0AA1">
        <w:rPr>
          <w:lang w:val="en-GB"/>
        </w:rPr>
        <w:t xml:space="preserve"> 96/25).</w:t>
      </w:r>
    </w:p>
    <w:p w14:paraId="67190F80" w14:textId="6352A302" w:rsidR="00994057" w:rsidRDefault="001629D7" w:rsidP="00994057">
      <w:pPr>
        <w:pStyle w:val="Heading1"/>
      </w:pPr>
      <w:bookmarkStart w:id="10" w:name="_Toc239637984"/>
      <w:bookmarkStart w:id="11" w:name="_Toc240964525"/>
      <w:r>
        <w:lastRenderedPageBreak/>
        <w:t xml:space="preserve">5. </w:t>
      </w:r>
      <w:r w:rsidR="00994057">
        <w:t xml:space="preserve">NABAVKA I ISPORUKA MARKERA U </w:t>
      </w:r>
      <w:r w:rsidR="00CC3F1F">
        <w:t>CRNU GORU</w:t>
      </w:r>
      <w:bookmarkEnd w:id="10"/>
      <w:bookmarkEnd w:id="11"/>
    </w:p>
    <w:p w14:paraId="6B3B7A5F" w14:textId="4B276B87" w:rsidR="00E94A89" w:rsidRPr="00E94A89" w:rsidRDefault="007D2ED4" w:rsidP="00E94A89">
      <w:pPr>
        <w:spacing w:line="240" w:lineRule="auto"/>
        <w:jc w:val="both"/>
        <w:rPr>
          <w:lang w:val="en-GB"/>
        </w:rPr>
      </w:pPr>
      <w:proofErr w:type="spellStart"/>
      <w:r>
        <w:rPr>
          <w:lang w:val="en-GB"/>
        </w:rPr>
        <w:t>Usluga</w:t>
      </w:r>
      <w:proofErr w:type="spellEnd"/>
      <w:r w:rsidR="0028451B" w:rsidRPr="0028451B">
        <w:rPr>
          <w:lang w:val="en-GB"/>
        </w:rPr>
        <w:t xml:space="preserve"> </w:t>
      </w:r>
      <w:proofErr w:type="spellStart"/>
      <w:r w:rsidR="0028451B" w:rsidRPr="0028451B">
        <w:rPr>
          <w:lang w:val="en-GB"/>
        </w:rPr>
        <w:t>markiranja</w:t>
      </w:r>
      <w:proofErr w:type="spellEnd"/>
      <w:r w:rsidR="0028451B" w:rsidRPr="0028451B">
        <w:rPr>
          <w:lang w:val="en-GB"/>
        </w:rPr>
        <w:t xml:space="preserve"> </w:t>
      </w:r>
      <w:proofErr w:type="spellStart"/>
      <w:r w:rsidR="0028451B" w:rsidRPr="0028451B">
        <w:rPr>
          <w:lang w:val="en-GB"/>
        </w:rPr>
        <w:t>derivata</w:t>
      </w:r>
      <w:proofErr w:type="spellEnd"/>
      <w:r w:rsidR="0028451B" w:rsidRPr="0028451B">
        <w:rPr>
          <w:lang w:val="en-GB"/>
        </w:rPr>
        <w:t xml:space="preserve"> </w:t>
      </w:r>
      <w:proofErr w:type="spellStart"/>
      <w:r w:rsidR="0028451B" w:rsidRPr="0028451B">
        <w:rPr>
          <w:lang w:val="en-GB"/>
        </w:rPr>
        <w:t>nafte</w:t>
      </w:r>
      <w:proofErr w:type="spellEnd"/>
      <w:r w:rsidR="0028451B" w:rsidRPr="0028451B">
        <w:rPr>
          <w:lang w:val="en-GB"/>
        </w:rPr>
        <w:t xml:space="preserve"> </w:t>
      </w:r>
      <w:proofErr w:type="spellStart"/>
      <w:r w:rsidR="0028451B" w:rsidRPr="0028451B">
        <w:rPr>
          <w:lang w:val="en-GB"/>
        </w:rPr>
        <w:t>započinje</w:t>
      </w:r>
      <w:proofErr w:type="spellEnd"/>
      <w:r w:rsidR="0028451B" w:rsidRPr="0028451B">
        <w:rPr>
          <w:lang w:val="en-GB"/>
        </w:rPr>
        <w:t xml:space="preserve"> </w:t>
      </w:r>
      <w:proofErr w:type="spellStart"/>
      <w:r w:rsidR="0028451B" w:rsidRPr="0028451B">
        <w:rPr>
          <w:lang w:val="en-GB"/>
        </w:rPr>
        <w:t>procesom</w:t>
      </w:r>
      <w:proofErr w:type="spellEnd"/>
      <w:r w:rsidR="0028451B" w:rsidRPr="0028451B">
        <w:rPr>
          <w:lang w:val="en-GB"/>
        </w:rPr>
        <w:t xml:space="preserve"> </w:t>
      </w:r>
      <w:proofErr w:type="spellStart"/>
      <w:r w:rsidR="0028451B" w:rsidRPr="0028451B">
        <w:rPr>
          <w:lang w:val="en-GB"/>
        </w:rPr>
        <w:t>nabavke</w:t>
      </w:r>
      <w:proofErr w:type="spellEnd"/>
      <w:r w:rsidR="0028451B" w:rsidRPr="0028451B">
        <w:rPr>
          <w:lang w:val="en-GB"/>
        </w:rPr>
        <w:t xml:space="preserve"> </w:t>
      </w:r>
      <w:proofErr w:type="spellStart"/>
      <w:r w:rsidR="0028451B" w:rsidRPr="0028451B">
        <w:rPr>
          <w:lang w:val="en-GB"/>
        </w:rPr>
        <w:t>i</w:t>
      </w:r>
      <w:proofErr w:type="spellEnd"/>
      <w:r w:rsidR="0028451B" w:rsidRPr="0028451B">
        <w:rPr>
          <w:lang w:val="en-GB"/>
        </w:rPr>
        <w:t xml:space="preserve"> </w:t>
      </w:r>
      <w:proofErr w:type="spellStart"/>
      <w:r w:rsidR="0028451B" w:rsidRPr="0028451B">
        <w:rPr>
          <w:lang w:val="en-GB"/>
        </w:rPr>
        <w:t>isporuke</w:t>
      </w:r>
      <w:proofErr w:type="spellEnd"/>
      <w:r w:rsidR="0028451B" w:rsidRPr="0028451B">
        <w:rPr>
          <w:lang w:val="en-GB"/>
        </w:rPr>
        <w:t xml:space="preserve"> </w:t>
      </w:r>
      <w:proofErr w:type="spellStart"/>
      <w:r w:rsidR="0028451B" w:rsidRPr="0028451B">
        <w:rPr>
          <w:lang w:val="en-GB"/>
        </w:rPr>
        <w:t>markera</w:t>
      </w:r>
      <w:proofErr w:type="spellEnd"/>
      <w:r w:rsidR="0028451B" w:rsidRPr="0028451B">
        <w:rPr>
          <w:lang w:val="en-GB"/>
        </w:rPr>
        <w:t xml:space="preserve">, </w:t>
      </w:r>
      <w:proofErr w:type="spellStart"/>
      <w:r w:rsidR="0028451B" w:rsidRPr="0028451B">
        <w:rPr>
          <w:lang w:val="en-GB"/>
        </w:rPr>
        <w:t>kao</w:t>
      </w:r>
      <w:proofErr w:type="spellEnd"/>
      <w:r w:rsidR="0028451B" w:rsidRPr="0028451B">
        <w:rPr>
          <w:lang w:val="en-GB"/>
        </w:rPr>
        <w:t xml:space="preserve"> </w:t>
      </w:r>
      <w:proofErr w:type="spellStart"/>
      <w:r w:rsidR="0028451B" w:rsidRPr="0028451B">
        <w:rPr>
          <w:lang w:val="en-GB"/>
        </w:rPr>
        <w:t>koncentrata</w:t>
      </w:r>
      <w:proofErr w:type="spellEnd"/>
      <w:r w:rsidR="0028451B" w:rsidRPr="0028451B">
        <w:rPr>
          <w:lang w:val="en-GB"/>
        </w:rPr>
        <w:t xml:space="preserve"> </w:t>
      </w:r>
      <w:proofErr w:type="spellStart"/>
      <w:r w:rsidR="0028451B" w:rsidRPr="0028451B">
        <w:rPr>
          <w:lang w:val="en-GB"/>
        </w:rPr>
        <w:t>spremnog</w:t>
      </w:r>
      <w:proofErr w:type="spellEnd"/>
      <w:r w:rsidR="0028451B" w:rsidRPr="0028451B">
        <w:rPr>
          <w:lang w:val="en-GB"/>
        </w:rPr>
        <w:t xml:space="preserve"> za </w:t>
      </w:r>
      <w:proofErr w:type="spellStart"/>
      <w:r w:rsidR="0028451B" w:rsidRPr="0028451B">
        <w:rPr>
          <w:lang w:val="en-GB"/>
        </w:rPr>
        <w:t>upotrebu</w:t>
      </w:r>
      <w:proofErr w:type="spellEnd"/>
      <w:r w:rsidR="0028451B" w:rsidRPr="0028451B">
        <w:rPr>
          <w:lang w:val="en-GB"/>
        </w:rPr>
        <w:t xml:space="preserve"> </w:t>
      </w:r>
      <w:proofErr w:type="spellStart"/>
      <w:r w:rsidR="0028451B" w:rsidRPr="0028451B">
        <w:rPr>
          <w:lang w:val="en-GB"/>
        </w:rPr>
        <w:t>tj</w:t>
      </w:r>
      <w:proofErr w:type="spellEnd"/>
      <w:r w:rsidR="0028451B" w:rsidRPr="0028451B">
        <w:rPr>
          <w:lang w:val="en-GB"/>
        </w:rPr>
        <w:t xml:space="preserve">. za </w:t>
      </w:r>
      <w:proofErr w:type="spellStart"/>
      <w:r w:rsidR="0028451B" w:rsidRPr="0028451B">
        <w:rPr>
          <w:lang w:val="en-GB"/>
        </w:rPr>
        <w:t>dodavanje</w:t>
      </w:r>
      <w:proofErr w:type="spellEnd"/>
      <w:r w:rsidR="0028451B" w:rsidRPr="0028451B">
        <w:rPr>
          <w:lang w:val="en-GB"/>
        </w:rPr>
        <w:t xml:space="preserve"> u derivate </w:t>
      </w:r>
      <w:proofErr w:type="spellStart"/>
      <w:r w:rsidR="0028451B" w:rsidRPr="0028451B">
        <w:rPr>
          <w:lang w:val="en-GB"/>
        </w:rPr>
        <w:t>nafte</w:t>
      </w:r>
      <w:proofErr w:type="spellEnd"/>
      <w:r w:rsidR="0028451B" w:rsidRPr="0028451B">
        <w:rPr>
          <w:lang w:val="en-GB"/>
        </w:rPr>
        <w:t xml:space="preserve"> bez </w:t>
      </w:r>
      <w:proofErr w:type="spellStart"/>
      <w:r w:rsidR="0028451B" w:rsidRPr="0028451B">
        <w:rPr>
          <w:lang w:val="en-GB"/>
        </w:rPr>
        <w:t>potrebe</w:t>
      </w:r>
      <w:proofErr w:type="spellEnd"/>
      <w:r w:rsidR="0028451B" w:rsidRPr="0028451B">
        <w:rPr>
          <w:lang w:val="en-GB"/>
        </w:rPr>
        <w:t xml:space="preserve"> za </w:t>
      </w:r>
      <w:proofErr w:type="spellStart"/>
      <w:r w:rsidR="0028451B" w:rsidRPr="0028451B">
        <w:rPr>
          <w:lang w:val="en-GB"/>
        </w:rPr>
        <w:t>dodatnom</w:t>
      </w:r>
      <w:proofErr w:type="spellEnd"/>
      <w:r w:rsidR="0028451B" w:rsidRPr="0028451B">
        <w:rPr>
          <w:lang w:val="en-GB"/>
        </w:rPr>
        <w:t xml:space="preserve"> </w:t>
      </w:r>
      <w:proofErr w:type="spellStart"/>
      <w:r w:rsidR="0028451B" w:rsidRPr="0028451B">
        <w:rPr>
          <w:lang w:val="en-GB"/>
        </w:rPr>
        <w:t>pripremom</w:t>
      </w:r>
      <w:proofErr w:type="spellEnd"/>
      <w:r w:rsidR="0028451B" w:rsidRPr="0028451B">
        <w:rPr>
          <w:lang w:val="en-GB"/>
        </w:rPr>
        <w:t xml:space="preserve">. U </w:t>
      </w:r>
      <w:proofErr w:type="spellStart"/>
      <w:r w:rsidR="0028451B" w:rsidRPr="0028451B">
        <w:rPr>
          <w:lang w:val="en-GB"/>
        </w:rPr>
        <w:t>svakom</w:t>
      </w:r>
      <w:proofErr w:type="spellEnd"/>
      <w:r w:rsidR="0028451B" w:rsidRPr="0028451B">
        <w:rPr>
          <w:lang w:val="en-GB"/>
        </w:rPr>
        <w:t xml:space="preserve"> </w:t>
      </w:r>
      <w:proofErr w:type="spellStart"/>
      <w:r w:rsidR="0028451B" w:rsidRPr="0028451B">
        <w:rPr>
          <w:lang w:val="en-GB"/>
        </w:rPr>
        <w:t>trenutku</w:t>
      </w:r>
      <w:proofErr w:type="spellEnd"/>
      <w:r w:rsidR="0028451B" w:rsidRPr="0028451B">
        <w:rPr>
          <w:lang w:val="en-GB"/>
        </w:rPr>
        <w:t xml:space="preserve">, u </w:t>
      </w:r>
      <w:proofErr w:type="spellStart"/>
      <w:r w:rsidR="0028451B" w:rsidRPr="0028451B">
        <w:rPr>
          <w:lang w:val="en-GB"/>
        </w:rPr>
        <w:t>skladištima</w:t>
      </w:r>
      <w:proofErr w:type="spellEnd"/>
      <w:r w:rsidR="0028451B" w:rsidRPr="0028451B">
        <w:rPr>
          <w:lang w:val="en-GB"/>
        </w:rPr>
        <w:t xml:space="preserve"> </w:t>
      </w:r>
      <w:proofErr w:type="spellStart"/>
      <w:r w:rsidR="0028451B" w:rsidRPr="0028451B">
        <w:rPr>
          <w:lang w:val="en-GB"/>
        </w:rPr>
        <w:t>markera</w:t>
      </w:r>
      <w:proofErr w:type="spellEnd"/>
      <w:r w:rsidR="0028451B" w:rsidRPr="0028451B">
        <w:rPr>
          <w:lang w:val="en-GB"/>
        </w:rPr>
        <w:t xml:space="preserve"> u </w:t>
      </w:r>
      <w:proofErr w:type="spellStart"/>
      <w:r>
        <w:rPr>
          <w:lang w:val="en-GB"/>
        </w:rPr>
        <w:t>Crnoj</w:t>
      </w:r>
      <w:proofErr w:type="spellEnd"/>
      <w:r>
        <w:rPr>
          <w:lang w:val="en-GB"/>
        </w:rPr>
        <w:t xml:space="preserve"> Gori</w:t>
      </w:r>
      <w:r w:rsidR="0028451B" w:rsidRPr="0028451B">
        <w:rPr>
          <w:lang w:val="en-GB"/>
        </w:rPr>
        <w:t xml:space="preserve"> mora </w:t>
      </w:r>
      <w:proofErr w:type="spellStart"/>
      <w:r w:rsidR="0028451B" w:rsidRPr="0028451B">
        <w:rPr>
          <w:lang w:val="en-GB"/>
        </w:rPr>
        <w:t>biti</w:t>
      </w:r>
      <w:proofErr w:type="spellEnd"/>
      <w:r w:rsidR="0028451B" w:rsidRPr="0028451B">
        <w:rPr>
          <w:lang w:val="en-GB"/>
        </w:rPr>
        <w:t xml:space="preserve"> </w:t>
      </w:r>
      <w:proofErr w:type="spellStart"/>
      <w:r w:rsidR="0028451B" w:rsidRPr="0028451B">
        <w:rPr>
          <w:lang w:val="en-GB"/>
        </w:rPr>
        <w:t>najmanje</w:t>
      </w:r>
      <w:proofErr w:type="spellEnd"/>
      <w:r w:rsidR="0028451B" w:rsidRPr="0028451B">
        <w:rPr>
          <w:lang w:val="en-GB"/>
        </w:rPr>
        <w:t xml:space="preserve"> 25% </w:t>
      </w:r>
      <w:proofErr w:type="spellStart"/>
      <w:r w:rsidR="0028451B" w:rsidRPr="0028451B">
        <w:rPr>
          <w:lang w:val="en-GB"/>
        </w:rPr>
        <w:t>procenjene</w:t>
      </w:r>
      <w:proofErr w:type="spellEnd"/>
      <w:r w:rsidR="0028451B" w:rsidRPr="0028451B">
        <w:rPr>
          <w:lang w:val="en-GB"/>
        </w:rPr>
        <w:t xml:space="preserve"> </w:t>
      </w:r>
      <w:proofErr w:type="spellStart"/>
      <w:r w:rsidR="0028451B" w:rsidRPr="0028451B">
        <w:rPr>
          <w:lang w:val="en-GB"/>
        </w:rPr>
        <w:t>godišnje</w:t>
      </w:r>
      <w:proofErr w:type="spellEnd"/>
      <w:r w:rsidR="0028451B" w:rsidRPr="0028451B">
        <w:rPr>
          <w:lang w:val="en-GB"/>
        </w:rPr>
        <w:t xml:space="preserve"> </w:t>
      </w:r>
      <w:proofErr w:type="spellStart"/>
      <w:r w:rsidR="0028451B" w:rsidRPr="0028451B">
        <w:rPr>
          <w:lang w:val="en-GB"/>
        </w:rPr>
        <w:t>količine</w:t>
      </w:r>
      <w:proofErr w:type="spellEnd"/>
      <w:r w:rsidR="0028451B" w:rsidRPr="0028451B">
        <w:rPr>
          <w:lang w:val="en-GB"/>
        </w:rPr>
        <w:t xml:space="preserve"> </w:t>
      </w:r>
      <w:proofErr w:type="spellStart"/>
      <w:r w:rsidR="0028451B" w:rsidRPr="0028451B">
        <w:rPr>
          <w:lang w:val="en-GB"/>
        </w:rPr>
        <w:t>markera</w:t>
      </w:r>
      <w:proofErr w:type="spellEnd"/>
      <w:r w:rsidR="0028451B" w:rsidRPr="0028451B">
        <w:rPr>
          <w:lang w:val="en-GB"/>
        </w:rPr>
        <w:t xml:space="preserve">. </w:t>
      </w:r>
      <w:proofErr w:type="spellStart"/>
      <w:r w:rsidR="0028451B" w:rsidRPr="0028451B">
        <w:rPr>
          <w:lang w:val="en-GB"/>
        </w:rPr>
        <w:t>Proces</w:t>
      </w:r>
      <w:proofErr w:type="spellEnd"/>
      <w:r w:rsidR="0028451B" w:rsidRPr="0028451B">
        <w:rPr>
          <w:lang w:val="en-GB"/>
        </w:rPr>
        <w:t xml:space="preserve"> </w:t>
      </w:r>
      <w:proofErr w:type="spellStart"/>
      <w:r w:rsidR="0028451B" w:rsidRPr="0028451B">
        <w:rPr>
          <w:lang w:val="en-GB"/>
        </w:rPr>
        <w:t>nabavke</w:t>
      </w:r>
      <w:proofErr w:type="spellEnd"/>
      <w:r w:rsidR="0028451B" w:rsidRPr="0028451B">
        <w:rPr>
          <w:lang w:val="en-GB"/>
        </w:rPr>
        <w:t xml:space="preserve"> </w:t>
      </w:r>
      <w:proofErr w:type="spellStart"/>
      <w:r w:rsidR="0028451B" w:rsidRPr="0028451B">
        <w:rPr>
          <w:lang w:val="en-GB"/>
        </w:rPr>
        <w:t>započinje</w:t>
      </w:r>
      <w:proofErr w:type="spellEnd"/>
      <w:r w:rsidR="0028451B" w:rsidRPr="0028451B">
        <w:rPr>
          <w:lang w:val="en-GB"/>
        </w:rPr>
        <w:t xml:space="preserve"> </w:t>
      </w:r>
      <w:proofErr w:type="spellStart"/>
      <w:r w:rsidR="0028451B" w:rsidRPr="0028451B">
        <w:rPr>
          <w:lang w:val="en-GB"/>
        </w:rPr>
        <w:t>slanjem</w:t>
      </w:r>
      <w:proofErr w:type="spellEnd"/>
      <w:r w:rsidR="0028451B" w:rsidRPr="0028451B">
        <w:rPr>
          <w:lang w:val="en-GB"/>
        </w:rPr>
        <w:t xml:space="preserve"> email </w:t>
      </w:r>
      <w:proofErr w:type="spellStart"/>
      <w:r w:rsidR="0028451B" w:rsidRPr="0028451B">
        <w:rPr>
          <w:lang w:val="en-GB"/>
        </w:rPr>
        <w:t>dopisa</w:t>
      </w:r>
      <w:proofErr w:type="spellEnd"/>
      <w:r w:rsidR="0028451B" w:rsidRPr="0028451B">
        <w:rPr>
          <w:lang w:val="en-GB"/>
        </w:rPr>
        <w:t xml:space="preserve"> </w:t>
      </w:r>
      <w:proofErr w:type="spellStart"/>
      <w:r w:rsidR="005B4953">
        <w:rPr>
          <w:lang w:val="en-GB"/>
        </w:rPr>
        <w:t>proizvo</w:t>
      </w:r>
      <w:proofErr w:type="spellEnd"/>
      <w:r w:rsidR="005B4953">
        <w:rPr>
          <w:lang w:val="sr-Latn-ME"/>
        </w:rPr>
        <w:t>đaču</w:t>
      </w:r>
      <w:r w:rsidR="0028451B" w:rsidRPr="0028451B">
        <w:rPr>
          <w:lang w:val="en-GB"/>
        </w:rPr>
        <w:t xml:space="preserve"> o </w:t>
      </w:r>
      <w:proofErr w:type="spellStart"/>
      <w:r w:rsidR="0028451B" w:rsidRPr="0028451B">
        <w:rPr>
          <w:lang w:val="en-GB"/>
        </w:rPr>
        <w:t>potrebnoj</w:t>
      </w:r>
      <w:proofErr w:type="spellEnd"/>
      <w:r w:rsidR="0028451B" w:rsidRPr="0028451B">
        <w:rPr>
          <w:lang w:val="en-GB"/>
        </w:rPr>
        <w:t xml:space="preserve"> </w:t>
      </w:r>
      <w:proofErr w:type="spellStart"/>
      <w:r w:rsidR="0028451B" w:rsidRPr="0028451B">
        <w:rPr>
          <w:lang w:val="en-GB"/>
        </w:rPr>
        <w:t>količini</w:t>
      </w:r>
      <w:proofErr w:type="spellEnd"/>
      <w:r w:rsidR="0028451B" w:rsidRPr="0028451B">
        <w:rPr>
          <w:lang w:val="en-GB"/>
        </w:rPr>
        <w:t xml:space="preserve"> </w:t>
      </w:r>
      <w:proofErr w:type="spellStart"/>
      <w:r w:rsidR="0028451B" w:rsidRPr="0028451B">
        <w:rPr>
          <w:lang w:val="en-GB"/>
        </w:rPr>
        <w:t>markera</w:t>
      </w:r>
      <w:proofErr w:type="spellEnd"/>
      <w:r w:rsidR="0028451B" w:rsidRPr="0028451B">
        <w:rPr>
          <w:lang w:val="en-GB"/>
        </w:rPr>
        <w:t xml:space="preserve"> </w:t>
      </w:r>
      <w:proofErr w:type="spellStart"/>
      <w:r w:rsidR="0028451B" w:rsidRPr="0028451B">
        <w:rPr>
          <w:lang w:val="en-GB"/>
        </w:rPr>
        <w:t>koju</w:t>
      </w:r>
      <w:proofErr w:type="spellEnd"/>
      <w:r w:rsidR="0028451B" w:rsidRPr="0028451B">
        <w:rPr>
          <w:lang w:val="en-GB"/>
        </w:rPr>
        <w:t xml:space="preserve"> </w:t>
      </w:r>
      <w:proofErr w:type="spellStart"/>
      <w:r w:rsidR="0028451B" w:rsidRPr="0028451B">
        <w:rPr>
          <w:lang w:val="en-GB"/>
        </w:rPr>
        <w:t>treba</w:t>
      </w:r>
      <w:proofErr w:type="spellEnd"/>
      <w:r w:rsidR="0028451B" w:rsidRPr="0028451B">
        <w:rPr>
          <w:lang w:val="en-GB"/>
        </w:rPr>
        <w:t xml:space="preserve"> </w:t>
      </w:r>
      <w:proofErr w:type="spellStart"/>
      <w:r w:rsidR="0028451B" w:rsidRPr="0028451B">
        <w:rPr>
          <w:lang w:val="en-GB"/>
        </w:rPr>
        <w:t>uvesti</w:t>
      </w:r>
      <w:proofErr w:type="spellEnd"/>
      <w:r w:rsidR="0028451B" w:rsidRPr="0028451B">
        <w:rPr>
          <w:lang w:val="en-GB"/>
        </w:rPr>
        <w:t xml:space="preserve"> </w:t>
      </w:r>
      <w:proofErr w:type="spellStart"/>
      <w:r w:rsidR="0028451B" w:rsidRPr="0028451B">
        <w:rPr>
          <w:lang w:val="en-GB"/>
        </w:rPr>
        <w:t>kao</w:t>
      </w:r>
      <w:proofErr w:type="spellEnd"/>
      <w:r w:rsidR="0028451B" w:rsidRPr="0028451B">
        <w:rPr>
          <w:lang w:val="en-GB"/>
        </w:rPr>
        <w:t xml:space="preserve"> </w:t>
      </w:r>
      <w:proofErr w:type="spellStart"/>
      <w:r w:rsidR="0028451B" w:rsidRPr="0028451B">
        <w:rPr>
          <w:lang w:val="en-GB"/>
        </w:rPr>
        <w:t>i</w:t>
      </w:r>
      <w:proofErr w:type="spellEnd"/>
      <w:r w:rsidR="0028451B" w:rsidRPr="0028451B">
        <w:rPr>
          <w:lang w:val="en-GB"/>
        </w:rPr>
        <w:t xml:space="preserve"> </w:t>
      </w:r>
      <w:proofErr w:type="spellStart"/>
      <w:r w:rsidR="0028451B" w:rsidRPr="0028451B">
        <w:rPr>
          <w:lang w:val="en-GB"/>
        </w:rPr>
        <w:t>krajnjem</w:t>
      </w:r>
      <w:proofErr w:type="spellEnd"/>
      <w:r w:rsidR="0028451B" w:rsidRPr="0028451B">
        <w:rPr>
          <w:lang w:val="en-GB"/>
        </w:rPr>
        <w:t xml:space="preserve"> </w:t>
      </w:r>
      <w:proofErr w:type="spellStart"/>
      <w:r w:rsidR="0028451B" w:rsidRPr="0028451B">
        <w:rPr>
          <w:lang w:val="en-GB"/>
        </w:rPr>
        <w:t>roku</w:t>
      </w:r>
      <w:proofErr w:type="spellEnd"/>
      <w:r w:rsidR="0028451B" w:rsidRPr="0028451B">
        <w:rPr>
          <w:lang w:val="en-GB"/>
        </w:rPr>
        <w:t xml:space="preserve"> za </w:t>
      </w:r>
      <w:proofErr w:type="spellStart"/>
      <w:r w:rsidR="0028451B" w:rsidRPr="0028451B">
        <w:rPr>
          <w:lang w:val="en-GB"/>
        </w:rPr>
        <w:t>takav</w:t>
      </w:r>
      <w:proofErr w:type="spellEnd"/>
      <w:r w:rsidR="0028451B" w:rsidRPr="0028451B">
        <w:rPr>
          <w:lang w:val="en-GB"/>
        </w:rPr>
        <w:t xml:space="preserve"> </w:t>
      </w:r>
      <w:proofErr w:type="spellStart"/>
      <w:r w:rsidR="0028451B" w:rsidRPr="0028451B">
        <w:rPr>
          <w:lang w:val="en-GB"/>
        </w:rPr>
        <w:t>uvoz</w:t>
      </w:r>
      <w:proofErr w:type="spellEnd"/>
      <w:r w:rsidR="0028451B" w:rsidRPr="0028451B">
        <w:rPr>
          <w:lang w:val="en-GB"/>
        </w:rPr>
        <w:t xml:space="preserve">. </w:t>
      </w:r>
      <w:proofErr w:type="spellStart"/>
      <w:r w:rsidR="0028451B" w:rsidRPr="0028451B">
        <w:rPr>
          <w:lang w:val="en-GB"/>
        </w:rPr>
        <w:t>Krajnji</w:t>
      </w:r>
      <w:proofErr w:type="spellEnd"/>
      <w:r w:rsidR="0028451B" w:rsidRPr="0028451B">
        <w:rPr>
          <w:lang w:val="en-GB"/>
        </w:rPr>
        <w:t xml:space="preserve"> </w:t>
      </w:r>
      <w:proofErr w:type="spellStart"/>
      <w:r w:rsidR="0028451B" w:rsidRPr="0028451B">
        <w:rPr>
          <w:lang w:val="en-GB"/>
        </w:rPr>
        <w:t>rok</w:t>
      </w:r>
      <w:proofErr w:type="spellEnd"/>
      <w:r w:rsidR="0028451B" w:rsidRPr="0028451B">
        <w:rPr>
          <w:lang w:val="en-GB"/>
        </w:rPr>
        <w:t xml:space="preserve"> </w:t>
      </w:r>
      <w:proofErr w:type="spellStart"/>
      <w:r w:rsidR="0028451B" w:rsidRPr="0028451B">
        <w:rPr>
          <w:lang w:val="en-GB"/>
        </w:rPr>
        <w:t>uvoza</w:t>
      </w:r>
      <w:proofErr w:type="spellEnd"/>
      <w:r w:rsidR="0028451B" w:rsidRPr="0028451B">
        <w:rPr>
          <w:lang w:val="en-GB"/>
        </w:rPr>
        <w:t xml:space="preserve"> </w:t>
      </w:r>
      <w:proofErr w:type="spellStart"/>
      <w:r w:rsidR="0028451B" w:rsidRPr="0028451B">
        <w:rPr>
          <w:lang w:val="en-GB"/>
        </w:rPr>
        <w:t>određuje</w:t>
      </w:r>
      <w:proofErr w:type="spellEnd"/>
      <w:r w:rsidR="0028451B" w:rsidRPr="0028451B">
        <w:rPr>
          <w:lang w:val="en-GB"/>
        </w:rPr>
        <w:t xml:space="preserve"> se </w:t>
      </w:r>
      <w:proofErr w:type="spellStart"/>
      <w:r w:rsidR="0028451B" w:rsidRPr="0028451B">
        <w:rPr>
          <w:lang w:val="en-GB"/>
        </w:rPr>
        <w:t>na</w:t>
      </w:r>
      <w:proofErr w:type="spellEnd"/>
      <w:r w:rsidR="0028451B" w:rsidRPr="0028451B">
        <w:rPr>
          <w:lang w:val="en-GB"/>
        </w:rPr>
        <w:t xml:space="preserve"> </w:t>
      </w:r>
      <w:proofErr w:type="spellStart"/>
      <w:r w:rsidR="0028451B" w:rsidRPr="0028451B">
        <w:rPr>
          <w:lang w:val="en-GB"/>
        </w:rPr>
        <w:t>osnovu</w:t>
      </w:r>
      <w:proofErr w:type="spellEnd"/>
      <w:r w:rsidR="0028451B" w:rsidRPr="0028451B">
        <w:rPr>
          <w:lang w:val="en-GB"/>
        </w:rPr>
        <w:t xml:space="preserve"> </w:t>
      </w:r>
      <w:proofErr w:type="spellStart"/>
      <w:r w:rsidR="0028451B" w:rsidRPr="0028451B">
        <w:rPr>
          <w:lang w:val="en-GB"/>
        </w:rPr>
        <w:t>postojećeg</w:t>
      </w:r>
      <w:proofErr w:type="spellEnd"/>
      <w:r w:rsidR="0028451B" w:rsidRPr="0028451B">
        <w:rPr>
          <w:lang w:val="en-GB"/>
        </w:rPr>
        <w:t xml:space="preserve"> </w:t>
      </w:r>
      <w:proofErr w:type="spellStart"/>
      <w:r w:rsidR="0028451B" w:rsidRPr="0028451B">
        <w:rPr>
          <w:lang w:val="en-GB"/>
        </w:rPr>
        <w:t>trenda</w:t>
      </w:r>
      <w:proofErr w:type="spellEnd"/>
      <w:r w:rsidR="0028451B" w:rsidRPr="0028451B">
        <w:rPr>
          <w:lang w:val="en-GB"/>
        </w:rPr>
        <w:t xml:space="preserve"> </w:t>
      </w:r>
      <w:proofErr w:type="spellStart"/>
      <w:r w:rsidR="0028451B" w:rsidRPr="0028451B">
        <w:rPr>
          <w:lang w:val="en-GB"/>
        </w:rPr>
        <w:t>korišćenja</w:t>
      </w:r>
      <w:proofErr w:type="spellEnd"/>
      <w:r w:rsidR="0028451B" w:rsidRPr="0028451B">
        <w:rPr>
          <w:lang w:val="en-GB"/>
        </w:rPr>
        <w:t xml:space="preserve"> </w:t>
      </w:r>
      <w:proofErr w:type="spellStart"/>
      <w:r w:rsidR="0028451B" w:rsidRPr="0028451B">
        <w:rPr>
          <w:lang w:val="en-GB"/>
        </w:rPr>
        <w:t>markera</w:t>
      </w:r>
      <w:proofErr w:type="spellEnd"/>
      <w:r w:rsidR="0028451B" w:rsidRPr="0028451B">
        <w:rPr>
          <w:lang w:val="en-GB"/>
        </w:rPr>
        <w:t xml:space="preserve"> </w:t>
      </w:r>
      <w:proofErr w:type="spellStart"/>
      <w:r w:rsidR="0028451B" w:rsidRPr="0028451B">
        <w:rPr>
          <w:lang w:val="en-GB"/>
        </w:rPr>
        <w:t>na</w:t>
      </w:r>
      <w:proofErr w:type="spellEnd"/>
      <w:r w:rsidR="0028451B" w:rsidRPr="0028451B">
        <w:rPr>
          <w:lang w:val="en-GB"/>
        </w:rPr>
        <w:t xml:space="preserve"> </w:t>
      </w:r>
      <w:proofErr w:type="spellStart"/>
      <w:r w:rsidR="0028451B" w:rsidRPr="0028451B">
        <w:rPr>
          <w:lang w:val="en-GB"/>
        </w:rPr>
        <w:t>tržištu</w:t>
      </w:r>
      <w:proofErr w:type="spellEnd"/>
      <w:r w:rsidR="0028451B" w:rsidRPr="0028451B">
        <w:rPr>
          <w:lang w:val="en-GB"/>
        </w:rPr>
        <w:t xml:space="preserve">. </w:t>
      </w:r>
      <w:r w:rsidR="00E94A89" w:rsidRPr="00E94A89">
        <w:rPr>
          <w:lang w:val="en-GB"/>
        </w:rPr>
        <w:t xml:space="preserve">Nova </w:t>
      </w:r>
      <w:proofErr w:type="spellStart"/>
      <w:r w:rsidR="00E94A89" w:rsidRPr="00E94A89">
        <w:rPr>
          <w:lang w:val="en-GB"/>
        </w:rPr>
        <w:t>nabavka</w:t>
      </w:r>
      <w:proofErr w:type="spellEnd"/>
      <w:r w:rsidR="00E94A89" w:rsidRPr="00E94A89">
        <w:rPr>
          <w:lang w:val="en-GB"/>
        </w:rPr>
        <w:t xml:space="preserve"> </w:t>
      </w:r>
      <w:proofErr w:type="spellStart"/>
      <w:r w:rsidR="00E94A89" w:rsidRPr="00E94A89">
        <w:rPr>
          <w:lang w:val="en-GB"/>
        </w:rPr>
        <w:t>markera</w:t>
      </w:r>
      <w:proofErr w:type="spellEnd"/>
      <w:r w:rsidR="00E94A89" w:rsidRPr="00E94A89">
        <w:rPr>
          <w:lang w:val="en-GB"/>
        </w:rPr>
        <w:t xml:space="preserve"> </w:t>
      </w:r>
      <w:proofErr w:type="spellStart"/>
      <w:r w:rsidR="00E94A89" w:rsidRPr="00E94A89">
        <w:rPr>
          <w:lang w:val="en-GB"/>
        </w:rPr>
        <w:t>planira</w:t>
      </w:r>
      <w:proofErr w:type="spellEnd"/>
      <w:r w:rsidR="00E94A89" w:rsidRPr="00E94A89">
        <w:rPr>
          <w:lang w:val="en-GB"/>
        </w:rPr>
        <w:t xml:space="preserve"> se </w:t>
      </w:r>
      <w:proofErr w:type="spellStart"/>
      <w:r w:rsidR="00E94A89" w:rsidRPr="00E94A89">
        <w:rPr>
          <w:lang w:val="en-GB"/>
        </w:rPr>
        <w:t>prije</w:t>
      </w:r>
      <w:proofErr w:type="spellEnd"/>
      <w:r w:rsidR="00E94A89" w:rsidRPr="00E94A89">
        <w:rPr>
          <w:lang w:val="en-GB"/>
        </w:rPr>
        <w:t xml:space="preserve"> </w:t>
      </w:r>
      <w:proofErr w:type="spellStart"/>
      <w:r w:rsidR="00E94A89" w:rsidRPr="00E94A89">
        <w:rPr>
          <w:lang w:val="en-GB"/>
        </w:rPr>
        <w:t>nego</w:t>
      </w:r>
      <w:proofErr w:type="spellEnd"/>
      <w:r w:rsidR="00E94A89" w:rsidRPr="00E94A89">
        <w:rPr>
          <w:lang w:val="en-GB"/>
        </w:rPr>
        <w:t xml:space="preserve"> </w:t>
      </w:r>
      <w:proofErr w:type="spellStart"/>
      <w:r w:rsidR="00E94A89" w:rsidRPr="00E94A89">
        <w:rPr>
          <w:lang w:val="en-GB"/>
        </w:rPr>
        <w:t>što</w:t>
      </w:r>
      <w:proofErr w:type="spellEnd"/>
      <w:r w:rsidR="00E94A89" w:rsidRPr="00E94A89">
        <w:rPr>
          <w:lang w:val="en-GB"/>
        </w:rPr>
        <w:t xml:space="preserve"> </w:t>
      </w:r>
      <w:proofErr w:type="spellStart"/>
      <w:r w:rsidR="00E94A89" w:rsidRPr="00E94A89">
        <w:rPr>
          <w:lang w:val="en-GB"/>
        </w:rPr>
        <w:t>raspoloživa</w:t>
      </w:r>
      <w:proofErr w:type="spellEnd"/>
      <w:r w:rsidR="00E94A89" w:rsidRPr="00E94A89">
        <w:rPr>
          <w:lang w:val="en-GB"/>
        </w:rPr>
        <w:t xml:space="preserve"> </w:t>
      </w:r>
      <w:proofErr w:type="spellStart"/>
      <w:r w:rsidR="00E94A89" w:rsidRPr="00E94A89">
        <w:rPr>
          <w:lang w:val="en-GB"/>
        </w:rPr>
        <w:t>količina</w:t>
      </w:r>
      <w:proofErr w:type="spellEnd"/>
      <w:r w:rsidR="00E94A89" w:rsidRPr="00E94A89">
        <w:rPr>
          <w:lang w:val="en-GB"/>
        </w:rPr>
        <w:t xml:space="preserve"> </w:t>
      </w:r>
      <w:proofErr w:type="spellStart"/>
      <w:r w:rsidR="00E94A89" w:rsidRPr="00E94A89">
        <w:rPr>
          <w:lang w:val="en-GB"/>
        </w:rPr>
        <w:t>markera</w:t>
      </w:r>
      <w:proofErr w:type="spellEnd"/>
      <w:r w:rsidR="00E94A89" w:rsidRPr="00E94A89">
        <w:rPr>
          <w:lang w:val="en-GB"/>
        </w:rPr>
        <w:t xml:space="preserve"> </w:t>
      </w:r>
      <w:proofErr w:type="spellStart"/>
      <w:r w:rsidR="00E94A89" w:rsidRPr="00E94A89">
        <w:rPr>
          <w:lang w:val="en-GB"/>
        </w:rPr>
        <w:t>padne</w:t>
      </w:r>
      <w:proofErr w:type="spellEnd"/>
      <w:r w:rsidR="00E94A89" w:rsidRPr="00E94A89">
        <w:rPr>
          <w:lang w:val="en-GB"/>
        </w:rPr>
        <w:t xml:space="preserve"> </w:t>
      </w:r>
      <w:proofErr w:type="spellStart"/>
      <w:r w:rsidR="00E94A89" w:rsidRPr="00E94A89">
        <w:rPr>
          <w:lang w:val="en-GB"/>
        </w:rPr>
        <w:t>ispod</w:t>
      </w:r>
      <w:proofErr w:type="spellEnd"/>
      <w:r w:rsidR="00E94A89" w:rsidRPr="00E94A89">
        <w:rPr>
          <w:lang w:val="en-GB"/>
        </w:rPr>
        <w:t xml:space="preserve"> 30% </w:t>
      </w:r>
      <w:proofErr w:type="spellStart"/>
      <w:r w:rsidR="00E94A89" w:rsidRPr="00E94A89">
        <w:rPr>
          <w:lang w:val="en-GB"/>
        </w:rPr>
        <w:t>procijenjene</w:t>
      </w:r>
      <w:proofErr w:type="spellEnd"/>
      <w:r w:rsidR="00E94A89" w:rsidRPr="00E94A89">
        <w:rPr>
          <w:lang w:val="en-GB"/>
        </w:rPr>
        <w:t xml:space="preserve"> </w:t>
      </w:r>
      <w:proofErr w:type="spellStart"/>
      <w:r w:rsidR="00E94A89" w:rsidRPr="00E94A89">
        <w:rPr>
          <w:lang w:val="en-GB"/>
        </w:rPr>
        <w:t>godišnje</w:t>
      </w:r>
      <w:proofErr w:type="spellEnd"/>
      <w:r w:rsidR="00E94A89" w:rsidRPr="00E94A89">
        <w:rPr>
          <w:lang w:val="en-GB"/>
        </w:rPr>
        <w:t xml:space="preserve"> </w:t>
      </w:r>
      <w:proofErr w:type="spellStart"/>
      <w:r w:rsidR="00E94A89" w:rsidRPr="00E94A89">
        <w:rPr>
          <w:lang w:val="en-GB"/>
        </w:rPr>
        <w:t>potrošnje</w:t>
      </w:r>
      <w:proofErr w:type="spellEnd"/>
      <w:r>
        <w:rPr>
          <w:lang w:val="en-GB"/>
        </w:rPr>
        <w:t>.</w:t>
      </w:r>
    </w:p>
    <w:p w14:paraId="3B7EED17" w14:textId="5906FE9F" w:rsidR="00BD0769" w:rsidRPr="00154A7E" w:rsidRDefault="0028451B" w:rsidP="00BD0769">
      <w:pPr>
        <w:spacing w:line="240" w:lineRule="auto"/>
        <w:jc w:val="both"/>
        <w:rPr>
          <w:lang w:val="fr-FR"/>
        </w:rPr>
      </w:pPr>
      <w:r w:rsidRPr="0028451B">
        <w:rPr>
          <w:lang w:val="en-GB"/>
        </w:rPr>
        <w:t xml:space="preserve">U </w:t>
      </w:r>
      <w:proofErr w:type="spellStart"/>
      <w:r w:rsidRPr="0028451B">
        <w:rPr>
          <w:lang w:val="en-GB"/>
        </w:rPr>
        <w:t>svrhu</w:t>
      </w:r>
      <w:proofErr w:type="spellEnd"/>
      <w:r w:rsidRPr="0028451B">
        <w:rPr>
          <w:lang w:val="en-GB"/>
        </w:rPr>
        <w:t xml:space="preserve"> </w:t>
      </w:r>
      <w:proofErr w:type="spellStart"/>
      <w:r w:rsidRPr="0028451B">
        <w:rPr>
          <w:lang w:val="en-GB"/>
        </w:rPr>
        <w:t>obezbeđenja</w:t>
      </w:r>
      <w:proofErr w:type="spellEnd"/>
      <w:r w:rsidRPr="0028451B">
        <w:rPr>
          <w:lang w:val="en-GB"/>
        </w:rPr>
        <w:t xml:space="preserve"> </w:t>
      </w:r>
      <w:proofErr w:type="spellStart"/>
      <w:r w:rsidRPr="0028451B">
        <w:rPr>
          <w:lang w:val="en-GB"/>
        </w:rPr>
        <w:t>sigurnosti</w:t>
      </w:r>
      <w:proofErr w:type="spellEnd"/>
      <w:r w:rsidRPr="0028451B">
        <w:rPr>
          <w:lang w:val="en-GB"/>
        </w:rPr>
        <w:t xml:space="preserve">, </w:t>
      </w:r>
      <w:proofErr w:type="spellStart"/>
      <w:r w:rsidRPr="0028451B">
        <w:rPr>
          <w:lang w:val="en-GB"/>
        </w:rPr>
        <w:t>markeri</w:t>
      </w:r>
      <w:proofErr w:type="spellEnd"/>
      <w:r w:rsidRPr="0028451B">
        <w:rPr>
          <w:lang w:val="en-GB"/>
        </w:rPr>
        <w:t xml:space="preserve"> se </w:t>
      </w:r>
      <w:proofErr w:type="spellStart"/>
      <w:r w:rsidRPr="0028451B">
        <w:rPr>
          <w:lang w:val="en-GB"/>
        </w:rPr>
        <w:t>transportuju</w:t>
      </w:r>
      <w:proofErr w:type="spellEnd"/>
      <w:r w:rsidRPr="0028451B">
        <w:rPr>
          <w:lang w:val="en-GB"/>
        </w:rPr>
        <w:t xml:space="preserve"> od </w:t>
      </w:r>
      <w:proofErr w:type="spellStart"/>
      <w:r w:rsidRPr="0028451B">
        <w:rPr>
          <w:lang w:val="en-GB"/>
        </w:rPr>
        <w:t>proizvođača</w:t>
      </w:r>
      <w:proofErr w:type="spellEnd"/>
      <w:r w:rsidRPr="0028451B">
        <w:rPr>
          <w:lang w:val="en-GB"/>
        </w:rPr>
        <w:t xml:space="preserve"> do </w:t>
      </w:r>
      <w:proofErr w:type="spellStart"/>
      <w:r w:rsidRPr="0028451B">
        <w:rPr>
          <w:lang w:val="en-GB"/>
        </w:rPr>
        <w:t>skladišta</w:t>
      </w:r>
      <w:proofErr w:type="spellEnd"/>
      <w:r w:rsidRPr="0028451B">
        <w:rPr>
          <w:lang w:val="en-GB"/>
        </w:rPr>
        <w:t xml:space="preserve"> </w:t>
      </w:r>
      <w:proofErr w:type="spellStart"/>
      <w:r w:rsidRPr="0028451B">
        <w:rPr>
          <w:lang w:val="en-GB"/>
        </w:rPr>
        <w:t>gde</w:t>
      </w:r>
      <w:proofErr w:type="spellEnd"/>
      <w:r w:rsidRPr="0028451B">
        <w:rPr>
          <w:lang w:val="en-GB"/>
        </w:rPr>
        <w:t xml:space="preserve"> se </w:t>
      </w:r>
      <w:proofErr w:type="spellStart"/>
      <w:r w:rsidRPr="0028451B">
        <w:rPr>
          <w:lang w:val="en-GB"/>
        </w:rPr>
        <w:t>carinjenje</w:t>
      </w:r>
      <w:proofErr w:type="spellEnd"/>
      <w:r w:rsidRPr="0028451B">
        <w:rPr>
          <w:lang w:val="en-GB"/>
        </w:rPr>
        <w:t xml:space="preserve"> </w:t>
      </w:r>
      <w:proofErr w:type="spellStart"/>
      <w:r w:rsidRPr="0028451B">
        <w:rPr>
          <w:lang w:val="en-GB"/>
        </w:rPr>
        <w:t>obavlja</w:t>
      </w:r>
      <w:proofErr w:type="spellEnd"/>
      <w:r w:rsidRPr="0028451B">
        <w:rPr>
          <w:lang w:val="en-GB"/>
        </w:rPr>
        <w:t xml:space="preserve"> u </w:t>
      </w:r>
      <w:proofErr w:type="spellStart"/>
      <w:r w:rsidRPr="0028451B">
        <w:rPr>
          <w:lang w:val="en-GB"/>
        </w:rPr>
        <w:t>skladu</w:t>
      </w:r>
      <w:proofErr w:type="spellEnd"/>
      <w:r w:rsidRPr="0028451B">
        <w:rPr>
          <w:lang w:val="en-GB"/>
        </w:rPr>
        <w:t xml:space="preserve"> </w:t>
      </w:r>
      <w:proofErr w:type="spellStart"/>
      <w:r w:rsidRPr="0028451B">
        <w:rPr>
          <w:lang w:val="en-GB"/>
        </w:rPr>
        <w:t>sa</w:t>
      </w:r>
      <w:proofErr w:type="spellEnd"/>
      <w:r w:rsidRPr="0028451B">
        <w:rPr>
          <w:lang w:val="en-GB"/>
        </w:rPr>
        <w:t xml:space="preserve"> </w:t>
      </w:r>
      <w:proofErr w:type="spellStart"/>
      <w:r w:rsidRPr="0028451B">
        <w:rPr>
          <w:lang w:val="en-GB"/>
        </w:rPr>
        <w:t>zakonima</w:t>
      </w:r>
      <w:proofErr w:type="spellEnd"/>
      <w:r w:rsidRPr="0028451B">
        <w:rPr>
          <w:lang w:val="en-GB"/>
        </w:rPr>
        <w:t xml:space="preserve"> </w:t>
      </w:r>
      <w:proofErr w:type="spellStart"/>
      <w:r w:rsidR="007D2ED4">
        <w:rPr>
          <w:lang w:val="en-GB"/>
        </w:rPr>
        <w:t>Crne</w:t>
      </w:r>
      <w:proofErr w:type="spellEnd"/>
      <w:r w:rsidR="007D2ED4">
        <w:rPr>
          <w:lang w:val="en-GB"/>
        </w:rPr>
        <w:t xml:space="preserve"> Gore</w:t>
      </w:r>
      <w:r w:rsidRPr="0028451B">
        <w:rPr>
          <w:lang w:val="en-GB"/>
        </w:rPr>
        <w:t xml:space="preserve">. </w:t>
      </w:r>
      <w:proofErr w:type="spellStart"/>
      <w:r w:rsidRPr="00154A7E">
        <w:rPr>
          <w:lang w:val="fr-FR"/>
        </w:rPr>
        <w:t>Markeri</w:t>
      </w:r>
      <w:proofErr w:type="spellEnd"/>
      <w:r w:rsidRPr="00154A7E">
        <w:rPr>
          <w:lang w:val="fr-FR"/>
        </w:rPr>
        <w:t xml:space="preserve"> se </w:t>
      </w:r>
      <w:proofErr w:type="spellStart"/>
      <w:r w:rsidRPr="00154A7E">
        <w:rPr>
          <w:lang w:val="fr-FR"/>
        </w:rPr>
        <w:t>uvoze</w:t>
      </w:r>
      <w:proofErr w:type="spellEnd"/>
      <w:r w:rsidRPr="00154A7E">
        <w:rPr>
          <w:lang w:val="fr-FR"/>
        </w:rPr>
        <w:t xml:space="preserve"> u </w:t>
      </w:r>
      <w:proofErr w:type="spellStart"/>
      <w:r w:rsidRPr="00154A7E">
        <w:rPr>
          <w:lang w:val="fr-FR"/>
        </w:rPr>
        <w:t>odgovarajućim</w:t>
      </w:r>
      <w:proofErr w:type="spellEnd"/>
      <w:r w:rsidRPr="00154A7E">
        <w:rPr>
          <w:lang w:val="fr-FR"/>
        </w:rPr>
        <w:t xml:space="preserve"> UN </w:t>
      </w:r>
      <w:proofErr w:type="spellStart"/>
      <w:r w:rsidR="005B51C1" w:rsidRPr="00154A7E">
        <w:rPr>
          <w:lang w:val="fr-FR"/>
        </w:rPr>
        <w:t>metalnim</w:t>
      </w:r>
      <w:proofErr w:type="spellEnd"/>
      <w:r w:rsidR="005B51C1" w:rsidRPr="00154A7E">
        <w:rPr>
          <w:lang w:val="fr-FR"/>
        </w:rPr>
        <w:t xml:space="preserve"> </w:t>
      </w:r>
      <w:proofErr w:type="spellStart"/>
      <w:r w:rsidR="005B51C1" w:rsidRPr="00154A7E">
        <w:rPr>
          <w:lang w:val="fr-FR"/>
        </w:rPr>
        <w:t>kanisterima</w:t>
      </w:r>
      <w:proofErr w:type="spellEnd"/>
      <w:r w:rsidRPr="00154A7E">
        <w:rPr>
          <w:lang w:val="fr-FR"/>
        </w:rPr>
        <w:t xml:space="preserve"> (</w:t>
      </w:r>
      <w:proofErr w:type="spellStart"/>
      <w:r w:rsidRPr="00154A7E">
        <w:rPr>
          <w:lang w:val="fr-FR"/>
        </w:rPr>
        <w:t>tipična</w:t>
      </w:r>
      <w:proofErr w:type="spellEnd"/>
      <w:r w:rsidRPr="00154A7E">
        <w:rPr>
          <w:lang w:val="fr-FR"/>
        </w:rPr>
        <w:t xml:space="preserve"> </w:t>
      </w:r>
      <w:proofErr w:type="spellStart"/>
      <w:r w:rsidRPr="00154A7E">
        <w:rPr>
          <w:lang w:val="fr-FR"/>
        </w:rPr>
        <w:t>zapremina</w:t>
      </w:r>
      <w:proofErr w:type="spellEnd"/>
      <w:r w:rsidRPr="00154A7E">
        <w:rPr>
          <w:lang w:val="fr-FR"/>
        </w:rPr>
        <w:t xml:space="preserve"> </w:t>
      </w:r>
      <w:proofErr w:type="spellStart"/>
      <w:r w:rsidR="00FA5C6A" w:rsidRPr="00154A7E">
        <w:rPr>
          <w:lang w:val="fr-FR"/>
        </w:rPr>
        <w:t>kanistera</w:t>
      </w:r>
      <w:proofErr w:type="spellEnd"/>
      <w:r w:rsidRPr="00154A7E">
        <w:rPr>
          <w:lang w:val="fr-FR"/>
        </w:rPr>
        <w:t xml:space="preserve"> </w:t>
      </w:r>
      <w:proofErr w:type="spellStart"/>
      <w:r w:rsidRPr="00154A7E">
        <w:rPr>
          <w:lang w:val="fr-FR"/>
        </w:rPr>
        <w:t>koj</w:t>
      </w:r>
      <w:r w:rsidR="00FA5C6A" w:rsidRPr="00154A7E">
        <w:rPr>
          <w:lang w:val="fr-FR"/>
        </w:rPr>
        <w:t>i</w:t>
      </w:r>
      <w:proofErr w:type="spellEnd"/>
      <w:r w:rsidRPr="00154A7E">
        <w:rPr>
          <w:lang w:val="fr-FR"/>
        </w:rPr>
        <w:t xml:space="preserve"> se </w:t>
      </w:r>
      <w:proofErr w:type="spellStart"/>
      <w:r w:rsidRPr="00154A7E">
        <w:rPr>
          <w:lang w:val="fr-FR"/>
        </w:rPr>
        <w:t>koristi</w:t>
      </w:r>
      <w:proofErr w:type="spellEnd"/>
      <w:r w:rsidRPr="00154A7E">
        <w:rPr>
          <w:lang w:val="fr-FR"/>
        </w:rPr>
        <w:t xml:space="preserve"> je 2</w:t>
      </w:r>
      <w:r w:rsidR="00FA5C6A" w:rsidRPr="00154A7E">
        <w:rPr>
          <w:lang w:val="fr-FR"/>
        </w:rPr>
        <w:t>5</w:t>
      </w:r>
      <w:r w:rsidRPr="00154A7E">
        <w:rPr>
          <w:lang w:val="fr-FR"/>
        </w:rPr>
        <w:t xml:space="preserve"> l). </w:t>
      </w:r>
      <w:r w:rsidR="00BD0769" w:rsidRPr="00154A7E">
        <w:rPr>
          <w:lang w:val="fr-FR"/>
        </w:rPr>
        <w:t xml:space="preserve">Za marker </w:t>
      </w:r>
      <w:proofErr w:type="spellStart"/>
      <w:r w:rsidR="00BD0769" w:rsidRPr="00154A7E">
        <w:rPr>
          <w:lang w:val="fr-FR"/>
        </w:rPr>
        <w:t>koji</w:t>
      </w:r>
      <w:proofErr w:type="spellEnd"/>
      <w:r w:rsidR="00BD0769" w:rsidRPr="00154A7E">
        <w:rPr>
          <w:lang w:val="fr-FR"/>
        </w:rPr>
        <w:t xml:space="preserve"> </w:t>
      </w:r>
      <w:proofErr w:type="spellStart"/>
      <w:r w:rsidR="00BD0769" w:rsidRPr="00154A7E">
        <w:rPr>
          <w:lang w:val="fr-FR"/>
        </w:rPr>
        <w:t>uveze</w:t>
      </w:r>
      <w:proofErr w:type="spellEnd"/>
      <w:r w:rsidR="00BD0769" w:rsidRPr="00154A7E">
        <w:rPr>
          <w:lang w:val="fr-FR"/>
        </w:rPr>
        <w:t xml:space="preserve">, </w:t>
      </w:r>
      <w:proofErr w:type="spellStart"/>
      <w:r w:rsidR="007D2ED4">
        <w:rPr>
          <w:lang w:val="fr-FR"/>
        </w:rPr>
        <w:t>Pružalac</w:t>
      </w:r>
      <w:proofErr w:type="spellEnd"/>
      <w:r w:rsidR="007D2ED4">
        <w:rPr>
          <w:lang w:val="fr-FR"/>
        </w:rPr>
        <w:t xml:space="preserve"> </w:t>
      </w:r>
      <w:proofErr w:type="spellStart"/>
      <w:r w:rsidR="007D2ED4">
        <w:rPr>
          <w:lang w:val="fr-FR"/>
        </w:rPr>
        <w:t>usluge</w:t>
      </w:r>
      <w:proofErr w:type="spellEnd"/>
      <w:r w:rsidR="007D2ED4">
        <w:rPr>
          <w:lang w:val="fr-FR"/>
        </w:rPr>
        <w:t xml:space="preserve"> </w:t>
      </w:r>
      <w:proofErr w:type="spellStart"/>
      <w:r w:rsidR="007D2ED4">
        <w:rPr>
          <w:lang w:val="fr-FR"/>
        </w:rPr>
        <w:t>markiranja</w:t>
      </w:r>
      <w:proofErr w:type="spellEnd"/>
      <w:r w:rsidR="007D2ED4">
        <w:rPr>
          <w:lang w:val="fr-FR"/>
        </w:rPr>
        <w:t>,</w:t>
      </w:r>
      <w:r w:rsidR="00BD0769" w:rsidRPr="00154A7E">
        <w:rPr>
          <w:lang w:val="fr-FR"/>
        </w:rPr>
        <w:t xml:space="preserve"> </w:t>
      </w:r>
      <w:proofErr w:type="spellStart"/>
      <w:r w:rsidR="00BD0769" w:rsidRPr="00154A7E">
        <w:rPr>
          <w:lang w:val="fr-FR"/>
        </w:rPr>
        <w:t>duž</w:t>
      </w:r>
      <w:r w:rsidR="007D2ED4">
        <w:rPr>
          <w:lang w:val="fr-FR"/>
        </w:rPr>
        <w:t>an</w:t>
      </w:r>
      <w:proofErr w:type="spellEnd"/>
      <w:r w:rsidR="00BD0769" w:rsidRPr="00154A7E">
        <w:rPr>
          <w:lang w:val="fr-FR"/>
        </w:rPr>
        <w:t xml:space="preserve"> je </w:t>
      </w:r>
      <w:proofErr w:type="spellStart"/>
      <w:r w:rsidR="00BD0769" w:rsidRPr="00154A7E">
        <w:rPr>
          <w:lang w:val="fr-FR"/>
        </w:rPr>
        <w:t>Ministarstvu</w:t>
      </w:r>
      <w:proofErr w:type="spellEnd"/>
      <w:r w:rsidR="00BD0769" w:rsidRPr="00154A7E">
        <w:rPr>
          <w:lang w:val="fr-FR"/>
        </w:rPr>
        <w:t xml:space="preserve"> </w:t>
      </w:r>
      <w:proofErr w:type="spellStart"/>
      <w:r w:rsidR="007D2ED4">
        <w:rPr>
          <w:lang w:val="fr-FR"/>
        </w:rPr>
        <w:t>energetike</w:t>
      </w:r>
      <w:proofErr w:type="spellEnd"/>
      <w:r w:rsidR="007D2ED4">
        <w:rPr>
          <w:lang w:val="fr-FR"/>
        </w:rPr>
        <w:t xml:space="preserve"> i </w:t>
      </w:r>
      <w:proofErr w:type="spellStart"/>
      <w:r w:rsidR="007D2ED4">
        <w:rPr>
          <w:lang w:val="fr-FR"/>
        </w:rPr>
        <w:t>rudarstva</w:t>
      </w:r>
      <w:proofErr w:type="spellEnd"/>
      <w:r w:rsidR="007D2ED4">
        <w:rPr>
          <w:lang w:val="fr-FR"/>
        </w:rPr>
        <w:t xml:space="preserve"> </w:t>
      </w:r>
      <w:proofErr w:type="spellStart"/>
      <w:r w:rsidR="007D2ED4">
        <w:rPr>
          <w:lang w:val="fr-FR"/>
        </w:rPr>
        <w:t>Crne</w:t>
      </w:r>
      <w:proofErr w:type="spellEnd"/>
      <w:r w:rsidR="007D2ED4">
        <w:rPr>
          <w:lang w:val="fr-FR"/>
        </w:rPr>
        <w:t xml:space="preserve"> Gore </w:t>
      </w:r>
      <w:proofErr w:type="spellStart"/>
      <w:r w:rsidR="00BD0769" w:rsidRPr="00154A7E">
        <w:rPr>
          <w:lang w:val="fr-FR"/>
        </w:rPr>
        <w:t>dostaviti</w:t>
      </w:r>
      <w:proofErr w:type="spellEnd"/>
      <w:r w:rsidR="00BD0769" w:rsidRPr="00154A7E">
        <w:rPr>
          <w:lang w:val="fr-FR"/>
        </w:rPr>
        <w:t xml:space="preserve"> </w:t>
      </w:r>
      <w:proofErr w:type="spellStart"/>
      <w:r w:rsidR="00BD0769" w:rsidRPr="00154A7E">
        <w:rPr>
          <w:lang w:val="fr-FR"/>
        </w:rPr>
        <w:t>Dokument</w:t>
      </w:r>
      <w:proofErr w:type="spellEnd"/>
      <w:r w:rsidR="00BD0769" w:rsidRPr="00154A7E">
        <w:rPr>
          <w:lang w:val="fr-FR"/>
        </w:rPr>
        <w:t xml:space="preserve"> o </w:t>
      </w:r>
      <w:proofErr w:type="spellStart"/>
      <w:r w:rsidR="00BD0769" w:rsidRPr="00154A7E">
        <w:rPr>
          <w:lang w:val="fr-FR"/>
        </w:rPr>
        <w:t>kvalitetu</w:t>
      </w:r>
      <w:proofErr w:type="spellEnd"/>
      <w:r w:rsidR="00BD0769" w:rsidRPr="00154A7E">
        <w:rPr>
          <w:lang w:val="fr-FR"/>
        </w:rPr>
        <w:t xml:space="preserve"> </w:t>
      </w:r>
      <w:proofErr w:type="spellStart"/>
      <w:r w:rsidR="00BD0769" w:rsidRPr="00154A7E">
        <w:rPr>
          <w:lang w:val="fr-FR"/>
        </w:rPr>
        <w:t>markera</w:t>
      </w:r>
      <w:proofErr w:type="spellEnd"/>
      <w:r w:rsidR="00BD0769" w:rsidRPr="00154A7E">
        <w:rPr>
          <w:lang w:val="fr-FR"/>
        </w:rPr>
        <w:t xml:space="preserve"> i </w:t>
      </w:r>
      <w:proofErr w:type="spellStart"/>
      <w:r w:rsidR="00BD0769" w:rsidRPr="00154A7E">
        <w:rPr>
          <w:lang w:val="fr-FR"/>
        </w:rPr>
        <w:t>Dokument</w:t>
      </w:r>
      <w:proofErr w:type="spellEnd"/>
      <w:r w:rsidR="00BD0769" w:rsidRPr="00154A7E">
        <w:rPr>
          <w:lang w:val="fr-FR"/>
        </w:rPr>
        <w:t xml:space="preserve"> o </w:t>
      </w:r>
      <w:proofErr w:type="spellStart"/>
      <w:r w:rsidR="00BD0769" w:rsidRPr="00154A7E">
        <w:rPr>
          <w:lang w:val="fr-FR"/>
        </w:rPr>
        <w:t>uvezenoj</w:t>
      </w:r>
      <w:proofErr w:type="spellEnd"/>
      <w:r w:rsidR="00BD0769" w:rsidRPr="00154A7E">
        <w:rPr>
          <w:lang w:val="fr-FR"/>
        </w:rPr>
        <w:t xml:space="preserve"> </w:t>
      </w:r>
      <w:proofErr w:type="spellStart"/>
      <w:r w:rsidR="00BD0769" w:rsidRPr="00154A7E">
        <w:rPr>
          <w:lang w:val="fr-FR"/>
        </w:rPr>
        <w:t>količini</w:t>
      </w:r>
      <w:proofErr w:type="spellEnd"/>
      <w:r w:rsidR="00BD0769" w:rsidRPr="00154A7E">
        <w:rPr>
          <w:lang w:val="fr-FR"/>
        </w:rPr>
        <w:t xml:space="preserve"> </w:t>
      </w:r>
      <w:proofErr w:type="spellStart"/>
      <w:r w:rsidR="00BD0769" w:rsidRPr="00154A7E">
        <w:rPr>
          <w:lang w:val="fr-FR"/>
        </w:rPr>
        <w:t>markera</w:t>
      </w:r>
      <w:proofErr w:type="spellEnd"/>
      <w:r w:rsidR="00BD0769" w:rsidRPr="00154A7E">
        <w:rPr>
          <w:lang w:val="fr-FR"/>
        </w:rPr>
        <w:t>.</w:t>
      </w:r>
    </w:p>
    <w:p w14:paraId="27978A80" w14:textId="6D73CC37" w:rsidR="0028451B" w:rsidRPr="00613395" w:rsidRDefault="0028451B" w:rsidP="0028451B">
      <w:pPr>
        <w:spacing w:line="240" w:lineRule="auto"/>
        <w:jc w:val="both"/>
        <w:rPr>
          <w:lang w:val="fr-FR"/>
        </w:rPr>
      </w:pPr>
      <w:proofErr w:type="spellStart"/>
      <w:r w:rsidRPr="00613395">
        <w:rPr>
          <w:lang w:val="fr-FR"/>
        </w:rPr>
        <w:t>Svrha</w:t>
      </w:r>
      <w:proofErr w:type="spellEnd"/>
      <w:r w:rsidRPr="00613395">
        <w:rPr>
          <w:lang w:val="fr-FR"/>
        </w:rPr>
        <w:t xml:space="preserve"> </w:t>
      </w:r>
      <w:proofErr w:type="spellStart"/>
      <w:r w:rsidRPr="00613395">
        <w:rPr>
          <w:lang w:val="fr-FR"/>
        </w:rPr>
        <w:t>Dokumenta</w:t>
      </w:r>
      <w:proofErr w:type="spellEnd"/>
      <w:r w:rsidRPr="00613395">
        <w:rPr>
          <w:lang w:val="fr-FR"/>
        </w:rPr>
        <w:t xml:space="preserve"> o </w:t>
      </w:r>
      <w:proofErr w:type="spellStart"/>
      <w:r w:rsidRPr="00613395">
        <w:rPr>
          <w:lang w:val="fr-FR"/>
        </w:rPr>
        <w:t>kvalitetu</w:t>
      </w:r>
      <w:proofErr w:type="spellEnd"/>
      <w:r w:rsidRPr="00613395">
        <w:rPr>
          <w:lang w:val="fr-FR"/>
        </w:rPr>
        <w:t xml:space="preserve"> </w:t>
      </w:r>
      <w:proofErr w:type="spellStart"/>
      <w:r w:rsidRPr="00613395">
        <w:rPr>
          <w:lang w:val="fr-FR"/>
        </w:rPr>
        <w:t>markera</w:t>
      </w:r>
      <w:proofErr w:type="spellEnd"/>
      <w:r w:rsidRPr="00613395">
        <w:rPr>
          <w:lang w:val="fr-FR"/>
        </w:rPr>
        <w:t xml:space="preserve"> je da </w:t>
      </w:r>
      <w:proofErr w:type="spellStart"/>
      <w:r w:rsidRPr="00613395">
        <w:rPr>
          <w:lang w:val="fr-FR"/>
        </w:rPr>
        <w:t>potvrdi</w:t>
      </w:r>
      <w:proofErr w:type="spellEnd"/>
      <w:r w:rsidRPr="00613395">
        <w:rPr>
          <w:lang w:val="fr-FR"/>
        </w:rPr>
        <w:t xml:space="preserve"> da je marker </w:t>
      </w:r>
      <w:proofErr w:type="spellStart"/>
      <w:r w:rsidRPr="00613395">
        <w:rPr>
          <w:lang w:val="fr-FR"/>
        </w:rPr>
        <w:t>prošao</w:t>
      </w:r>
      <w:proofErr w:type="spellEnd"/>
      <w:r w:rsidRPr="00613395">
        <w:rPr>
          <w:lang w:val="fr-FR"/>
        </w:rPr>
        <w:t xml:space="preserve"> </w:t>
      </w:r>
      <w:proofErr w:type="spellStart"/>
      <w:r w:rsidRPr="00613395">
        <w:rPr>
          <w:lang w:val="fr-FR"/>
        </w:rPr>
        <w:t>odgovarajuća</w:t>
      </w:r>
      <w:proofErr w:type="spellEnd"/>
      <w:r w:rsidRPr="00613395">
        <w:rPr>
          <w:lang w:val="fr-FR"/>
        </w:rPr>
        <w:t xml:space="preserve"> </w:t>
      </w:r>
      <w:proofErr w:type="spellStart"/>
      <w:r w:rsidRPr="00613395">
        <w:rPr>
          <w:lang w:val="fr-FR"/>
        </w:rPr>
        <w:t>testiranja</w:t>
      </w:r>
      <w:proofErr w:type="spellEnd"/>
      <w:r w:rsidRPr="00613395">
        <w:rPr>
          <w:lang w:val="fr-FR"/>
        </w:rPr>
        <w:t xml:space="preserve"> </w:t>
      </w:r>
      <w:proofErr w:type="spellStart"/>
      <w:r w:rsidRPr="00613395">
        <w:rPr>
          <w:lang w:val="fr-FR"/>
        </w:rPr>
        <w:t>kvaliteta</w:t>
      </w:r>
      <w:proofErr w:type="spellEnd"/>
      <w:r w:rsidRPr="00613395">
        <w:rPr>
          <w:lang w:val="fr-FR"/>
        </w:rPr>
        <w:t xml:space="preserve"> i on </w:t>
      </w:r>
      <w:proofErr w:type="spellStart"/>
      <w:r w:rsidRPr="00613395">
        <w:rPr>
          <w:lang w:val="fr-FR"/>
        </w:rPr>
        <w:t>mora</w:t>
      </w:r>
      <w:proofErr w:type="spellEnd"/>
      <w:r w:rsidRPr="00613395">
        <w:rPr>
          <w:lang w:val="fr-FR"/>
        </w:rPr>
        <w:t xml:space="preserve"> da </w:t>
      </w:r>
      <w:proofErr w:type="spellStart"/>
      <w:r w:rsidRPr="00613395">
        <w:rPr>
          <w:lang w:val="fr-FR"/>
        </w:rPr>
        <w:t>sadrži</w:t>
      </w:r>
      <w:proofErr w:type="spellEnd"/>
      <w:r w:rsidRPr="00613395">
        <w:rPr>
          <w:lang w:val="fr-FR"/>
        </w:rPr>
        <w:t xml:space="preserve"> </w:t>
      </w:r>
      <w:proofErr w:type="spellStart"/>
      <w:r w:rsidRPr="00613395">
        <w:rPr>
          <w:lang w:val="fr-FR"/>
        </w:rPr>
        <w:t>najmanje</w:t>
      </w:r>
      <w:proofErr w:type="spellEnd"/>
      <w:r w:rsidRPr="00613395">
        <w:rPr>
          <w:lang w:val="fr-FR"/>
        </w:rPr>
        <w:t xml:space="preserve"> </w:t>
      </w:r>
      <w:proofErr w:type="spellStart"/>
      <w:proofErr w:type="gramStart"/>
      <w:r w:rsidRPr="00613395">
        <w:rPr>
          <w:lang w:val="fr-FR"/>
        </w:rPr>
        <w:t>sledeće</w:t>
      </w:r>
      <w:proofErr w:type="spellEnd"/>
      <w:r w:rsidRPr="00613395">
        <w:rPr>
          <w:lang w:val="fr-FR"/>
        </w:rPr>
        <w:t>:</w:t>
      </w:r>
      <w:proofErr w:type="gramEnd"/>
    </w:p>
    <w:p w14:paraId="7BA92085" w14:textId="77777777" w:rsidR="0028451B" w:rsidRPr="0028451B" w:rsidRDefault="0028451B" w:rsidP="0028451B">
      <w:pPr>
        <w:pStyle w:val="ListParagraph"/>
        <w:numPr>
          <w:ilvl w:val="0"/>
          <w:numId w:val="12"/>
        </w:numPr>
        <w:spacing w:line="240" w:lineRule="auto"/>
        <w:jc w:val="both"/>
        <w:rPr>
          <w:lang w:val="en-GB"/>
        </w:rPr>
      </w:pPr>
      <w:r w:rsidRPr="0028451B">
        <w:rPr>
          <w:lang w:val="en-GB"/>
        </w:rPr>
        <w:t xml:space="preserve">Ime </w:t>
      </w:r>
      <w:proofErr w:type="spellStart"/>
      <w:r w:rsidRPr="0028451B">
        <w:rPr>
          <w:lang w:val="en-GB"/>
        </w:rPr>
        <w:t>markera</w:t>
      </w:r>
      <w:proofErr w:type="spellEnd"/>
    </w:p>
    <w:p w14:paraId="22518E39" w14:textId="77777777" w:rsidR="0028451B" w:rsidRPr="0028451B" w:rsidRDefault="0028451B" w:rsidP="0028451B">
      <w:pPr>
        <w:pStyle w:val="ListParagraph"/>
        <w:numPr>
          <w:ilvl w:val="0"/>
          <w:numId w:val="12"/>
        </w:numPr>
        <w:spacing w:line="240" w:lineRule="auto"/>
        <w:jc w:val="both"/>
        <w:rPr>
          <w:lang w:val="en-GB"/>
        </w:rPr>
      </w:pPr>
      <w:proofErr w:type="spellStart"/>
      <w:r w:rsidRPr="0028451B">
        <w:rPr>
          <w:lang w:val="en-GB"/>
        </w:rPr>
        <w:t>Broj</w:t>
      </w:r>
      <w:proofErr w:type="spellEnd"/>
      <w:r w:rsidRPr="0028451B">
        <w:rPr>
          <w:lang w:val="en-GB"/>
        </w:rPr>
        <w:t xml:space="preserve"> lota</w:t>
      </w:r>
    </w:p>
    <w:p w14:paraId="2DC9D695" w14:textId="77777777" w:rsidR="0028451B" w:rsidRDefault="0028451B" w:rsidP="0028451B">
      <w:pPr>
        <w:pStyle w:val="ListParagraph"/>
        <w:numPr>
          <w:ilvl w:val="0"/>
          <w:numId w:val="12"/>
        </w:numPr>
        <w:spacing w:line="240" w:lineRule="auto"/>
        <w:jc w:val="both"/>
        <w:rPr>
          <w:lang w:val="en-GB"/>
        </w:rPr>
      </w:pPr>
      <w:r w:rsidRPr="0028451B">
        <w:rPr>
          <w:lang w:val="en-GB"/>
        </w:rPr>
        <w:t xml:space="preserve">Datum </w:t>
      </w:r>
      <w:proofErr w:type="spellStart"/>
      <w:r w:rsidRPr="0028451B">
        <w:rPr>
          <w:lang w:val="en-GB"/>
        </w:rPr>
        <w:t>proizvodnje</w:t>
      </w:r>
      <w:proofErr w:type="spellEnd"/>
    </w:p>
    <w:p w14:paraId="1065B045" w14:textId="77777777" w:rsidR="007B58CB" w:rsidRPr="00613395" w:rsidRDefault="007B58CB" w:rsidP="007B58CB">
      <w:pPr>
        <w:pStyle w:val="ListParagraph"/>
        <w:numPr>
          <w:ilvl w:val="0"/>
          <w:numId w:val="12"/>
        </w:numPr>
        <w:spacing w:line="240" w:lineRule="auto"/>
        <w:jc w:val="both"/>
        <w:rPr>
          <w:lang w:val="fr-FR"/>
        </w:rPr>
      </w:pPr>
      <w:r w:rsidRPr="00613395">
        <w:rPr>
          <w:lang w:val="fr-FR"/>
        </w:rPr>
        <w:t xml:space="preserve">Ime </w:t>
      </w:r>
      <w:proofErr w:type="spellStart"/>
      <w:r w:rsidRPr="00613395">
        <w:rPr>
          <w:lang w:val="fr-FR"/>
        </w:rPr>
        <w:t>proizvođača</w:t>
      </w:r>
      <w:proofErr w:type="spellEnd"/>
      <w:r w:rsidRPr="00613395">
        <w:rPr>
          <w:lang w:val="fr-FR"/>
        </w:rPr>
        <w:t xml:space="preserve"> </w:t>
      </w:r>
      <w:proofErr w:type="spellStart"/>
      <w:proofErr w:type="gramStart"/>
      <w:r w:rsidRPr="00613395">
        <w:rPr>
          <w:lang w:val="fr-FR"/>
        </w:rPr>
        <w:t>tj.kompanije</w:t>
      </w:r>
      <w:proofErr w:type="spellEnd"/>
      <w:proofErr w:type="gramEnd"/>
      <w:r w:rsidRPr="00613395">
        <w:rPr>
          <w:lang w:val="fr-FR"/>
        </w:rPr>
        <w:t xml:space="preserve"> </w:t>
      </w:r>
      <w:proofErr w:type="spellStart"/>
      <w:r w:rsidRPr="00613395">
        <w:rPr>
          <w:lang w:val="fr-FR"/>
        </w:rPr>
        <w:t>koja</w:t>
      </w:r>
      <w:proofErr w:type="spellEnd"/>
      <w:r w:rsidRPr="00613395">
        <w:rPr>
          <w:lang w:val="fr-FR"/>
        </w:rPr>
        <w:t xml:space="preserve"> je </w:t>
      </w:r>
      <w:proofErr w:type="spellStart"/>
      <w:r w:rsidRPr="00613395">
        <w:rPr>
          <w:lang w:val="fr-FR"/>
        </w:rPr>
        <w:t>proizvela</w:t>
      </w:r>
      <w:proofErr w:type="spellEnd"/>
      <w:r w:rsidRPr="00613395">
        <w:rPr>
          <w:lang w:val="fr-FR"/>
        </w:rPr>
        <w:t xml:space="preserve"> marker</w:t>
      </w:r>
    </w:p>
    <w:p w14:paraId="3339DC9C" w14:textId="77777777" w:rsidR="0028451B" w:rsidRPr="0028451B" w:rsidRDefault="0028451B" w:rsidP="0028451B">
      <w:pPr>
        <w:pStyle w:val="ListParagraph"/>
        <w:numPr>
          <w:ilvl w:val="0"/>
          <w:numId w:val="12"/>
        </w:numPr>
        <w:spacing w:line="240" w:lineRule="auto"/>
        <w:jc w:val="both"/>
        <w:rPr>
          <w:lang w:val="en-GB"/>
        </w:rPr>
      </w:pPr>
      <w:proofErr w:type="spellStart"/>
      <w:r w:rsidRPr="0028451B">
        <w:rPr>
          <w:lang w:val="en-GB"/>
        </w:rPr>
        <w:t>Izjavu</w:t>
      </w:r>
      <w:proofErr w:type="spellEnd"/>
      <w:r w:rsidRPr="0028451B">
        <w:rPr>
          <w:lang w:val="en-GB"/>
        </w:rPr>
        <w:t xml:space="preserve"> </w:t>
      </w:r>
      <w:proofErr w:type="spellStart"/>
      <w:r w:rsidRPr="0028451B">
        <w:rPr>
          <w:lang w:val="en-GB"/>
        </w:rPr>
        <w:t>proizvođača</w:t>
      </w:r>
      <w:proofErr w:type="spellEnd"/>
      <w:r w:rsidRPr="0028451B">
        <w:rPr>
          <w:lang w:val="en-GB"/>
        </w:rPr>
        <w:t xml:space="preserve"> </w:t>
      </w:r>
      <w:proofErr w:type="spellStart"/>
      <w:r w:rsidRPr="0028451B">
        <w:rPr>
          <w:lang w:val="en-GB"/>
        </w:rPr>
        <w:t>koja</w:t>
      </w:r>
      <w:proofErr w:type="spellEnd"/>
      <w:r w:rsidRPr="0028451B">
        <w:rPr>
          <w:lang w:val="en-GB"/>
        </w:rPr>
        <w:t xml:space="preserve"> </w:t>
      </w:r>
      <w:proofErr w:type="spellStart"/>
      <w:r w:rsidRPr="0028451B">
        <w:rPr>
          <w:lang w:val="en-GB"/>
        </w:rPr>
        <w:t>potvrđuje</w:t>
      </w:r>
      <w:proofErr w:type="spellEnd"/>
      <w:r w:rsidRPr="0028451B">
        <w:rPr>
          <w:lang w:val="en-GB"/>
        </w:rPr>
        <w:t xml:space="preserve"> da </w:t>
      </w:r>
      <w:proofErr w:type="spellStart"/>
      <w:r w:rsidRPr="0028451B">
        <w:rPr>
          <w:lang w:val="en-GB"/>
        </w:rPr>
        <w:t>odgovarajući</w:t>
      </w:r>
      <w:proofErr w:type="spellEnd"/>
      <w:r w:rsidRPr="0028451B">
        <w:rPr>
          <w:lang w:val="en-GB"/>
        </w:rPr>
        <w:t xml:space="preserve"> lot </w:t>
      </w:r>
      <w:proofErr w:type="spellStart"/>
      <w:r w:rsidRPr="0028451B">
        <w:rPr>
          <w:lang w:val="en-GB"/>
        </w:rPr>
        <w:t>zadovoljava</w:t>
      </w:r>
      <w:proofErr w:type="spellEnd"/>
      <w:r w:rsidRPr="0028451B">
        <w:rPr>
          <w:lang w:val="en-GB"/>
        </w:rPr>
        <w:t xml:space="preserve"> </w:t>
      </w:r>
      <w:proofErr w:type="spellStart"/>
      <w:r w:rsidRPr="0028451B">
        <w:rPr>
          <w:lang w:val="en-GB"/>
        </w:rPr>
        <w:t>kontrolu</w:t>
      </w:r>
      <w:proofErr w:type="spellEnd"/>
      <w:r w:rsidRPr="0028451B">
        <w:rPr>
          <w:lang w:val="en-GB"/>
        </w:rPr>
        <w:t xml:space="preserve"> </w:t>
      </w:r>
      <w:proofErr w:type="spellStart"/>
      <w:r w:rsidRPr="0028451B">
        <w:rPr>
          <w:lang w:val="en-GB"/>
        </w:rPr>
        <w:t>kvaliteta</w:t>
      </w:r>
      <w:proofErr w:type="spellEnd"/>
    </w:p>
    <w:p w14:paraId="4DD11547" w14:textId="77777777" w:rsidR="0028451B" w:rsidRPr="0028451B" w:rsidRDefault="0028451B" w:rsidP="0028451B">
      <w:pPr>
        <w:pStyle w:val="ListParagraph"/>
        <w:numPr>
          <w:ilvl w:val="0"/>
          <w:numId w:val="12"/>
        </w:numPr>
        <w:spacing w:line="240" w:lineRule="auto"/>
        <w:jc w:val="both"/>
        <w:rPr>
          <w:lang w:val="en-GB"/>
        </w:rPr>
      </w:pPr>
      <w:proofErr w:type="spellStart"/>
      <w:r w:rsidRPr="0028451B">
        <w:rPr>
          <w:lang w:val="en-GB"/>
        </w:rPr>
        <w:t>Gustinu</w:t>
      </w:r>
      <w:proofErr w:type="spellEnd"/>
      <w:r w:rsidRPr="0028451B">
        <w:rPr>
          <w:lang w:val="en-GB"/>
        </w:rPr>
        <w:t xml:space="preserve"> </w:t>
      </w:r>
      <w:proofErr w:type="spellStart"/>
      <w:r w:rsidRPr="0028451B">
        <w:rPr>
          <w:lang w:val="en-GB"/>
        </w:rPr>
        <w:t>proizvoda</w:t>
      </w:r>
      <w:proofErr w:type="spellEnd"/>
      <w:r w:rsidRPr="0028451B">
        <w:rPr>
          <w:lang w:val="en-GB"/>
        </w:rPr>
        <w:t xml:space="preserve"> </w:t>
      </w:r>
      <w:proofErr w:type="spellStart"/>
      <w:r w:rsidRPr="0028451B">
        <w:rPr>
          <w:lang w:val="en-GB"/>
        </w:rPr>
        <w:t>tj</w:t>
      </w:r>
      <w:proofErr w:type="spellEnd"/>
      <w:r w:rsidRPr="0028451B">
        <w:rPr>
          <w:lang w:val="en-GB"/>
        </w:rPr>
        <w:t xml:space="preserve">. </w:t>
      </w:r>
      <w:proofErr w:type="spellStart"/>
      <w:r w:rsidRPr="0028451B">
        <w:rPr>
          <w:lang w:val="en-GB"/>
        </w:rPr>
        <w:t>markera</w:t>
      </w:r>
      <w:proofErr w:type="spellEnd"/>
    </w:p>
    <w:p w14:paraId="692A1F01" w14:textId="77777777" w:rsidR="0028451B" w:rsidRPr="0028451B" w:rsidRDefault="0028451B" w:rsidP="0028451B">
      <w:pPr>
        <w:pStyle w:val="ListParagraph"/>
        <w:numPr>
          <w:ilvl w:val="0"/>
          <w:numId w:val="12"/>
        </w:numPr>
        <w:spacing w:line="240" w:lineRule="auto"/>
        <w:jc w:val="both"/>
        <w:rPr>
          <w:lang w:val="en-GB"/>
        </w:rPr>
      </w:pPr>
      <w:proofErr w:type="spellStart"/>
      <w:r w:rsidRPr="0028451B">
        <w:rPr>
          <w:lang w:val="en-GB"/>
        </w:rPr>
        <w:t>Izgled</w:t>
      </w:r>
      <w:proofErr w:type="spellEnd"/>
      <w:r w:rsidRPr="0028451B">
        <w:rPr>
          <w:lang w:val="en-GB"/>
        </w:rPr>
        <w:t xml:space="preserve"> </w:t>
      </w:r>
      <w:proofErr w:type="spellStart"/>
      <w:r w:rsidRPr="0028451B">
        <w:rPr>
          <w:lang w:val="en-GB"/>
        </w:rPr>
        <w:t>i</w:t>
      </w:r>
      <w:proofErr w:type="spellEnd"/>
      <w:r w:rsidRPr="0028451B">
        <w:rPr>
          <w:lang w:val="en-GB"/>
        </w:rPr>
        <w:t xml:space="preserve"> </w:t>
      </w:r>
      <w:proofErr w:type="spellStart"/>
      <w:r w:rsidRPr="0028451B">
        <w:rPr>
          <w:lang w:val="en-GB"/>
        </w:rPr>
        <w:t>boju</w:t>
      </w:r>
      <w:proofErr w:type="spellEnd"/>
      <w:r w:rsidRPr="0028451B">
        <w:rPr>
          <w:lang w:val="en-GB"/>
        </w:rPr>
        <w:t xml:space="preserve"> </w:t>
      </w:r>
      <w:proofErr w:type="spellStart"/>
      <w:r w:rsidRPr="0028451B">
        <w:rPr>
          <w:lang w:val="en-GB"/>
        </w:rPr>
        <w:t>proizvoda</w:t>
      </w:r>
      <w:proofErr w:type="spellEnd"/>
      <w:r w:rsidRPr="0028451B">
        <w:rPr>
          <w:lang w:val="en-GB"/>
        </w:rPr>
        <w:t xml:space="preserve"> </w:t>
      </w:r>
      <w:proofErr w:type="spellStart"/>
      <w:proofErr w:type="gramStart"/>
      <w:r w:rsidRPr="0028451B">
        <w:rPr>
          <w:lang w:val="en-GB"/>
        </w:rPr>
        <w:t>tj.markera</w:t>
      </w:r>
      <w:proofErr w:type="spellEnd"/>
      <w:proofErr w:type="gramEnd"/>
    </w:p>
    <w:p w14:paraId="2CC24586" w14:textId="77777777" w:rsidR="0028451B" w:rsidRPr="00613395" w:rsidRDefault="0028451B" w:rsidP="0028451B">
      <w:pPr>
        <w:pStyle w:val="ListParagraph"/>
        <w:numPr>
          <w:ilvl w:val="0"/>
          <w:numId w:val="12"/>
        </w:numPr>
        <w:spacing w:line="240" w:lineRule="auto"/>
        <w:jc w:val="both"/>
        <w:rPr>
          <w:lang w:val="fr-FR"/>
        </w:rPr>
      </w:pPr>
      <w:proofErr w:type="spellStart"/>
      <w:r w:rsidRPr="00613395">
        <w:rPr>
          <w:lang w:val="fr-FR"/>
        </w:rPr>
        <w:t>Potpis</w:t>
      </w:r>
      <w:proofErr w:type="spellEnd"/>
      <w:r w:rsidRPr="00613395">
        <w:rPr>
          <w:lang w:val="fr-FR"/>
        </w:rPr>
        <w:t xml:space="preserve"> </w:t>
      </w:r>
      <w:proofErr w:type="spellStart"/>
      <w:r w:rsidRPr="00613395">
        <w:rPr>
          <w:lang w:val="fr-FR"/>
        </w:rPr>
        <w:t>odgovornih</w:t>
      </w:r>
      <w:proofErr w:type="spellEnd"/>
      <w:r w:rsidRPr="00613395">
        <w:rPr>
          <w:lang w:val="fr-FR"/>
        </w:rPr>
        <w:t xml:space="preserve"> </w:t>
      </w:r>
      <w:proofErr w:type="spellStart"/>
      <w:r w:rsidRPr="00613395">
        <w:rPr>
          <w:lang w:val="fr-FR"/>
        </w:rPr>
        <w:t>lica</w:t>
      </w:r>
      <w:proofErr w:type="spellEnd"/>
      <w:r w:rsidRPr="00613395">
        <w:rPr>
          <w:lang w:val="fr-FR"/>
        </w:rPr>
        <w:t xml:space="preserve"> (</w:t>
      </w:r>
      <w:proofErr w:type="spellStart"/>
      <w:r w:rsidRPr="00613395">
        <w:rPr>
          <w:lang w:val="fr-FR"/>
        </w:rPr>
        <w:t>menadžera</w:t>
      </w:r>
      <w:proofErr w:type="spellEnd"/>
      <w:r w:rsidRPr="00613395">
        <w:rPr>
          <w:lang w:val="fr-FR"/>
        </w:rPr>
        <w:t xml:space="preserve"> </w:t>
      </w:r>
      <w:proofErr w:type="spellStart"/>
      <w:r w:rsidRPr="00613395">
        <w:rPr>
          <w:lang w:val="fr-FR"/>
        </w:rPr>
        <w:t>proizvodnje</w:t>
      </w:r>
      <w:proofErr w:type="spellEnd"/>
      <w:r w:rsidRPr="00613395">
        <w:rPr>
          <w:lang w:val="fr-FR"/>
        </w:rPr>
        <w:t xml:space="preserve"> i </w:t>
      </w:r>
      <w:proofErr w:type="spellStart"/>
      <w:r w:rsidRPr="00613395">
        <w:rPr>
          <w:lang w:val="fr-FR"/>
        </w:rPr>
        <w:t>menadžera</w:t>
      </w:r>
      <w:proofErr w:type="spellEnd"/>
      <w:r w:rsidRPr="00613395">
        <w:rPr>
          <w:lang w:val="fr-FR"/>
        </w:rPr>
        <w:t xml:space="preserve"> </w:t>
      </w:r>
      <w:proofErr w:type="spellStart"/>
      <w:r w:rsidRPr="00613395">
        <w:rPr>
          <w:lang w:val="fr-FR"/>
        </w:rPr>
        <w:t>kontrole</w:t>
      </w:r>
      <w:proofErr w:type="spellEnd"/>
      <w:r w:rsidRPr="00613395">
        <w:rPr>
          <w:lang w:val="fr-FR"/>
        </w:rPr>
        <w:t xml:space="preserve"> </w:t>
      </w:r>
      <w:proofErr w:type="spellStart"/>
      <w:r w:rsidRPr="00613395">
        <w:rPr>
          <w:lang w:val="fr-FR"/>
        </w:rPr>
        <w:t>kvaliteta</w:t>
      </w:r>
      <w:proofErr w:type="spellEnd"/>
      <w:r w:rsidRPr="00613395">
        <w:rPr>
          <w:lang w:val="fr-FR"/>
        </w:rPr>
        <w:t>)</w:t>
      </w:r>
    </w:p>
    <w:p w14:paraId="33F1F5C7" w14:textId="77777777" w:rsidR="0028451B" w:rsidRPr="0028451B" w:rsidRDefault="0028451B" w:rsidP="0028451B">
      <w:pPr>
        <w:pStyle w:val="ListParagraph"/>
        <w:numPr>
          <w:ilvl w:val="0"/>
          <w:numId w:val="12"/>
        </w:numPr>
        <w:spacing w:line="240" w:lineRule="auto"/>
        <w:jc w:val="both"/>
        <w:rPr>
          <w:lang w:val="en-GB"/>
        </w:rPr>
      </w:pPr>
      <w:r w:rsidRPr="0028451B">
        <w:rPr>
          <w:lang w:val="en-GB"/>
        </w:rPr>
        <w:t xml:space="preserve">Rok </w:t>
      </w:r>
      <w:proofErr w:type="spellStart"/>
      <w:r w:rsidRPr="0028451B">
        <w:rPr>
          <w:lang w:val="en-GB"/>
        </w:rPr>
        <w:t>trajanja</w:t>
      </w:r>
      <w:proofErr w:type="spellEnd"/>
    </w:p>
    <w:p w14:paraId="646EB3CC" w14:textId="0E6E41FC" w:rsidR="0028451B" w:rsidRPr="0028451B" w:rsidRDefault="0028451B" w:rsidP="0028451B">
      <w:pPr>
        <w:spacing w:line="240" w:lineRule="auto"/>
        <w:jc w:val="both"/>
        <w:rPr>
          <w:lang w:val="en-GB"/>
        </w:rPr>
      </w:pPr>
      <w:proofErr w:type="spellStart"/>
      <w:r w:rsidRPr="0028451B">
        <w:rPr>
          <w:lang w:val="en-GB"/>
        </w:rPr>
        <w:t>Svrha</w:t>
      </w:r>
      <w:proofErr w:type="spellEnd"/>
      <w:r w:rsidRPr="0028451B">
        <w:rPr>
          <w:lang w:val="en-GB"/>
        </w:rPr>
        <w:t xml:space="preserve"> </w:t>
      </w:r>
      <w:proofErr w:type="spellStart"/>
      <w:r w:rsidRPr="0028451B">
        <w:rPr>
          <w:lang w:val="en-GB"/>
        </w:rPr>
        <w:t>Dokumenta</w:t>
      </w:r>
      <w:proofErr w:type="spellEnd"/>
      <w:r w:rsidRPr="0028451B">
        <w:rPr>
          <w:lang w:val="en-GB"/>
        </w:rPr>
        <w:t xml:space="preserve"> o </w:t>
      </w:r>
      <w:proofErr w:type="spellStart"/>
      <w:r w:rsidRPr="0028451B">
        <w:rPr>
          <w:lang w:val="en-GB"/>
        </w:rPr>
        <w:t>uvezenoj</w:t>
      </w:r>
      <w:proofErr w:type="spellEnd"/>
      <w:r w:rsidRPr="0028451B">
        <w:rPr>
          <w:lang w:val="en-GB"/>
        </w:rPr>
        <w:t xml:space="preserve"> </w:t>
      </w:r>
      <w:proofErr w:type="spellStart"/>
      <w:r w:rsidRPr="0028451B">
        <w:rPr>
          <w:lang w:val="en-GB"/>
        </w:rPr>
        <w:t>količini</w:t>
      </w:r>
      <w:proofErr w:type="spellEnd"/>
      <w:r w:rsidRPr="0028451B">
        <w:rPr>
          <w:lang w:val="en-GB"/>
        </w:rPr>
        <w:t xml:space="preserve"> </w:t>
      </w:r>
      <w:proofErr w:type="spellStart"/>
      <w:r w:rsidRPr="0028451B">
        <w:rPr>
          <w:lang w:val="en-GB"/>
        </w:rPr>
        <w:t>markera</w:t>
      </w:r>
      <w:proofErr w:type="spellEnd"/>
      <w:r w:rsidRPr="0028451B">
        <w:rPr>
          <w:lang w:val="en-GB"/>
        </w:rPr>
        <w:t xml:space="preserve"> je da </w:t>
      </w:r>
      <w:proofErr w:type="spellStart"/>
      <w:r w:rsidRPr="0028451B">
        <w:rPr>
          <w:lang w:val="en-GB"/>
        </w:rPr>
        <w:t>potvrdi</w:t>
      </w:r>
      <w:proofErr w:type="spellEnd"/>
      <w:r w:rsidRPr="0028451B">
        <w:rPr>
          <w:lang w:val="en-GB"/>
        </w:rPr>
        <w:t xml:space="preserve"> </w:t>
      </w:r>
      <w:proofErr w:type="spellStart"/>
      <w:r w:rsidRPr="0028451B">
        <w:rPr>
          <w:lang w:val="en-GB"/>
        </w:rPr>
        <w:t>količinu</w:t>
      </w:r>
      <w:proofErr w:type="spellEnd"/>
      <w:r w:rsidRPr="0028451B">
        <w:rPr>
          <w:lang w:val="en-GB"/>
        </w:rPr>
        <w:t xml:space="preserve"> za </w:t>
      </w:r>
      <w:proofErr w:type="spellStart"/>
      <w:r w:rsidRPr="0028451B">
        <w:rPr>
          <w:lang w:val="en-GB"/>
        </w:rPr>
        <w:t>svaki</w:t>
      </w:r>
      <w:proofErr w:type="spellEnd"/>
      <w:r w:rsidRPr="0028451B">
        <w:rPr>
          <w:lang w:val="en-GB"/>
        </w:rPr>
        <w:t xml:space="preserve"> tip </w:t>
      </w:r>
      <w:proofErr w:type="spellStart"/>
      <w:r w:rsidRPr="0028451B">
        <w:rPr>
          <w:lang w:val="en-GB"/>
        </w:rPr>
        <w:t>markera</w:t>
      </w:r>
      <w:proofErr w:type="spellEnd"/>
      <w:r w:rsidRPr="0028451B">
        <w:rPr>
          <w:lang w:val="en-GB"/>
        </w:rPr>
        <w:t xml:space="preserve"> </w:t>
      </w:r>
      <w:proofErr w:type="spellStart"/>
      <w:r w:rsidRPr="0028451B">
        <w:rPr>
          <w:lang w:val="en-GB"/>
        </w:rPr>
        <w:t>i</w:t>
      </w:r>
      <w:proofErr w:type="spellEnd"/>
      <w:r w:rsidRPr="0028451B">
        <w:rPr>
          <w:lang w:val="en-GB"/>
        </w:rPr>
        <w:t xml:space="preserve"> on mora da </w:t>
      </w:r>
      <w:proofErr w:type="spellStart"/>
      <w:r w:rsidRPr="0028451B">
        <w:rPr>
          <w:lang w:val="en-GB"/>
        </w:rPr>
        <w:t>sadrži</w:t>
      </w:r>
      <w:proofErr w:type="spellEnd"/>
      <w:r w:rsidRPr="0028451B">
        <w:rPr>
          <w:lang w:val="en-GB"/>
        </w:rPr>
        <w:t xml:space="preserve"> </w:t>
      </w:r>
      <w:proofErr w:type="spellStart"/>
      <w:r w:rsidRPr="0028451B">
        <w:rPr>
          <w:lang w:val="en-GB"/>
        </w:rPr>
        <w:t>najmanje</w:t>
      </w:r>
      <w:proofErr w:type="spellEnd"/>
      <w:r w:rsidRPr="0028451B">
        <w:rPr>
          <w:lang w:val="en-GB"/>
        </w:rPr>
        <w:t xml:space="preserve"> </w:t>
      </w:r>
      <w:proofErr w:type="spellStart"/>
      <w:r w:rsidRPr="0028451B">
        <w:rPr>
          <w:lang w:val="en-GB"/>
        </w:rPr>
        <w:t>sledeće</w:t>
      </w:r>
      <w:proofErr w:type="spellEnd"/>
      <w:r w:rsidRPr="0028451B">
        <w:rPr>
          <w:lang w:val="en-GB"/>
        </w:rPr>
        <w:t>:</w:t>
      </w:r>
    </w:p>
    <w:p w14:paraId="05F49784" w14:textId="3692FA93" w:rsidR="0028451B" w:rsidRPr="0028451B" w:rsidRDefault="0028451B" w:rsidP="0028451B">
      <w:pPr>
        <w:pStyle w:val="ListParagraph"/>
        <w:numPr>
          <w:ilvl w:val="0"/>
          <w:numId w:val="12"/>
        </w:numPr>
        <w:spacing w:line="240" w:lineRule="auto"/>
        <w:jc w:val="both"/>
        <w:rPr>
          <w:lang w:val="en-GB"/>
        </w:rPr>
      </w:pPr>
      <w:r w:rsidRPr="0028451B">
        <w:rPr>
          <w:lang w:val="en-GB"/>
        </w:rPr>
        <w:t xml:space="preserve">Ime </w:t>
      </w:r>
      <w:proofErr w:type="spellStart"/>
      <w:r w:rsidRPr="0028451B">
        <w:rPr>
          <w:lang w:val="en-GB"/>
        </w:rPr>
        <w:t>markera</w:t>
      </w:r>
      <w:proofErr w:type="spellEnd"/>
    </w:p>
    <w:p w14:paraId="136566D7" w14:textId="77777777" w:rsidR="0028451B" w:rsidRPr="00613395" w:rsidRDefault="0028451B" w:rsidP="0028451B">
      <w:pPr>
        <w:pStyle w:val="ListParagraph"/>
        <w:numPr>
          <w:ilvl w:val="0"/>
          <w:numId w:val="12"/>
        </w:numPr>
        <w:spacing w:line="240" w:lineRule="auto"/>
        <w:jc w:val="both"/>
        <w:rPr>
          <w:lang w:val="fr-FR"/>
        </w:rPr>
      </w:pPr>
      <w:proofErr w:type="spellStart"/>
      <w:r w:rsidRPr="00613395">
        <w:rPr>
          <w:lang w:val="fr-FR"/>
        </w:rPr>
        <w:t>Vrstu</w:t>
      </w:r>
      <w:proofErr w:type="spellEnd"/>
      <w:r w:rsidRPr="00613395">
        <w:rPr>
          <w:lang w:val="fr-FR"/>
        </w:rPr>
        <w:t xml:space="preserve"> </w:t>
      </w:r>
      <w:proofErr w:type="spellStart"/>
      <w:r w:rsidRPr="00613395">
        <w:rPr>
          <w:lang w:val="fr-FR"/>
        </w:rPr>
        <w:t>derivata</w:t>
      </w:r>
      <w:proofErr w:type="spellEnd"/>
      <w:r w:rsidRPr="00613395">
        <w:rPr>
          <w:lang w:val="fr-FR"/>
        </w:rPr>
        <w:t xml:space="preserve"> </w:t>
      </w:r>
      <w:proofErr w:type="spellStart"/>
      <w:r w:rsidRPr="00613395">
        <w:rPr>
          <w:lang w:val="fr-FR"/>
        </w:rPr>
        <w:t>nafte</w:t>
      </w:r>
      <w:proofErr w:type="spellEnd"/>
      <w:r w:rsidRPr="00613395">
        <w:rPr>
          <w:lang w:val="fr-FR"/>
        </w:rPr>
        <w:t xml:space="preserve"> </w:t>
      </w:r>
      <w:proofErr w:type="spellStart"/>
      <w:r w:rsidRPr="00613395">
        <w:rPr>
          <w:lang w:val="fr-FR"/>
        </w:rPr>
        <w:t>koji</w:t>
      </w:r>
      <w:proofErr w:type="spellEnd"/>
      <w:r w:rsidRPr="00613395">
        <w:rPr>
          <w:lang w:val="fr-FR"/>
        </w:rPr>
        <w:t xml:space="preserve"> </w:t>
      </w:r>
      <w:proofErr w:type="spellStart"/>
      <w:r w:rsidRPr="00613395">
        <w:rPr>
          <w:lang w:val="fr-FR"/>
        </w:rPr>
        <w:t>će</w:t>
      </w:r>
      <w:proofErr w:type="spellEnd"/>
      <w:r w:rsidRPr="00613395">
        <w:rPr>
          <w:lang w:val="fr-FR"/>
        </w:rPr>
        <w:t xml:space="preserve"> se </w:t>
      </w:r>
      <w:proofErr w:type="spellStart"/>
      <w:r w:rsidRPr="00613395">
        <w:rPr>
          <w:lang w:val="fr-FR"/>
        </w:rPr>
        <w:t>markirati</w:t>
      </w:r>
      <w:proofErr w:type="spellEnd"/>
      <w:r w:rsidRPr="00613395">
        <w:rPr>
          <w:lang w:val="fr-FR"/>
        </w:rPr>
        <w:t xml:space="preserve"> </w:t>
      </w:r>
      <w:proofErr w:type="spellStart"/>
      <w:r w:rsidRPr="00613395">
        <w:rPr>
          <w:lang w:val="fr-FR"/>
        </w:rPr>
        <w:t>pomoću</w:t>
      </w:r>
      <w:proofErr w:type="spellEnd"/>
      <w:r w:rsidRPr="00613395">
        <w:rPr>
          <w:lang w:val="fr-FR"/>
        </w:rPr>
        <w:t xml:space="preserve"> </w:t>
      </w:r>
      <w:proofErr w:type="spellStart"/>
      <w:r w:rsidRPr="00613395">
        <w:rPr>
          <w:lang w:val="fr-FR"/>
        </w:rPr>
        <w:t>ovog</w:t>
      </w:r>
      <w:proofErr w:type="spellEnd"/>
      <w:r w:rsidRPr="00613395">
        <w:rPr>
          <w:lang w:val="fr-FR"/>
        </w:rPr>
        <w:t xml:space="preserve"> tipa </w:t>
      </w:r>
      <w:proofErr w:type="spellStart"/>
      <w:r w:rsidRPr="00613395">
        <w:rPr>
          <w:lang w:val="fr-FR"/>
        </w:rPr>
        <w:t>markera</w:t>
      </w:r>
      <w:proofErr w:type="spellEnd"/>
    </w:p>
    <w:p w14:paraId="34270F50" w14:textId="683FD1C2" w:rsidR="0028451B" w:rsidRPr="0028451B" w:rsidRDefault="0028451B" w:rsidP="0028451B">
      <w:pPr>
        <w:pStyle w:val="ListParagraph"/>
        <w:numPr>
          <w:ilvl w:val="0"/>
          <w:numId w:val="12"/>
        </w:numPr>
        <w:spacing w:line="240" w:lineRule="auto"/>
        <w:jc w:val="both"/>
        <w:rPr>
          <w:lang w:val="en-GB"/>
        </w:rPr>
      </w:pPr>
      <w:proofErr w:type="spellStart"/>
      <w:r w:rsidRPr="0028451B">
        <w:rPr>
          <w:lang w:val="en-GB"/>
        </w:rPr>
        <w:t>Količinu</w:t>
      </w:r>
      <w:proofErr w:type="spellEnd"/>
      <w:r w:rsidRPr="0028451B">
        <w:rPr>
          <w:lang w:val="en-GB"/>
        </w:rPr>
        <w:t xml:space="preserve"> (l) </w:t>
      </w:r>
      <w:proofErr w:type="spellStart"/>
      <w:r w:rsidRPr="0028451B">
        <w:rPr>
          <w:lang w:val="en-GB"/>
        </w:rPr>
        <w:t>i</w:t>
      </w:r>
      <w:proofErr w:type="spellEnd"/>
      <w:r w:rsidRPr="0028451B">
        <w:rPr>
          <w:lang w:val="en-GB"/>
        </w:rPr>
        <w:t xml:space="preserve"> </w:t>
      </w:r>
      <w:proofErr w:type="spellStart"/>
      <w:r w:rsidRPr="0028451B">
        <w:rPr>
          <w:lang w:val="en-GB"/>
        </w:rPr>
        <w:t>broj</w:t>
      </w:r>
      <w:proofErr w:type="spellEnd"/>
      <w:r w:rsidRPr="0028451B">
        <w:rPr>
          <w:lang w:val="en-GB"/>
        </w:rPr>
        <w:t xml:space="preserve"> </w:t>
      </w:r>
      <w:proofErr w:type="spellStart"/>
      <w:r w:rsidR="0021311D">
        <w:rPr>
          <w:lang w:val="en-GB"/>
        </w:rPr>
        <w:t>kanistera</w:t>
      </w:r>
      <w:proofErr w:type="spellEnd"/>
      <w:r w:rsidRPr="0028451B">
        <w:rPr>
          <w:lang w:val="en-GB"/>
        </w:rPr>
        <w:t xml:space="preserve"> (</w:t>
      </w:r>
      <w:proofErr w:type="spellStart"/>
      <w:r w:rsidRPr="0028451B">
        <w:rPr>
          <w:lang w:val="en-GB"/>
        </w:rPr>
        <w:t>kom</w:t>
      </w:r>
      <w:proofErr w:type="spellEnd"/>
      <w:r w:rsidRPr="0028451B">
        <w:rPr>
          <w:lang w:val="en-GB"/>
        </w:rPr>
        <w:t>)</w:t>
      </w:r>
    </w:p>
    <w:p w14:paraId="5983354C" w14:textId="77777777" w:rsidR="0028451B" w:rsidRPr="0028451B" w:rsidRDefault="0028451B" w:rsidP="0028451B">
      <w:pPr>
        <w:pStyle w:val="ListParagraph"/>
        <w:numPr>
          <w:ilvl w:val="0"/>
          <w:numId w:val="12"/>
        </w:numPr>
        <w:spacing w:line="240" w:lineRule="auto"/>
        <w:jc w:val="both"/>
        <w:rPr>
          <w:lang w:val="en-GB"/>
        </w:rPr>
      </w:pPr>
      <w:r w:rsidRPr="0028451B">
        <w:rPr>
          <w:lang w:val="en-GB"/>
        </w:rPr>
        <w:t xml:space="preserve">Datum </w:t>
      </w:r>
      <w:proofErr w:type="spellStart"/>
      <w:r w:rsidRPr="0028451B">
        <w:rPr>
          <w:lang w:val="en-GB"/>
        </w:rPr>
        <w:t>uvoza</w:t>
      </w:r>
      <w:proofErr w:type="spellEnd"/>
    </w:p>
    <w:p w14:paraId="52003AC5" w14:textId="1B31FFBF" w:rsidR="00265E71" w:rsidRPr="00627C43" w:rsidRDefault="0028451B" w:rsidP="00627C43">
      <w:pPr>
        <w:pStyle w:val="ListParagraph"/>
        <w:numPr>
          <w:ilvl w:val="0"/>
          <w:numId w:val="12"/>
        </w:numPr>
        <w:spacing w:line="240" w:lineRule="auto"/>
        <w:jc w:val="both"/>
        <w:rPr>
          <w:lang w:val="en-GB"/>
        </w:rPr>
      </w:pPr>
      <w:proofErr w:type="spellStart"/>
      <w:r w:rsidRPr="00254EF6">
        <w:rPr>
          <w:lang w:val="en-GB"/>
        </w:rPr>
        <w:t>Potpis</w:t>
      </w:r>
      <w:proofErr w:type="spellEnd"/>
      <w:r w:rsidRPr="00254EF6">
        <w:rPr>
          <w:lang w:val="en-GB"/>
        </w:rPr>
        <w:t xml:space="preserve"> </w:t>
      </w:r>
      <w:proofErr w:type="spellStart"/>
      <w:r w:rsidRPr="00254EF6">
        <w:rPr>
          <w:lang w:val="en-GB"/>
        </w:rPr>
        <w:t>odgovornog</w:t>
      </w:r>
      <w:proofErr w:type="spellEnd"/>
      <w:r w:rsidRPr="00254EF6">
        <w:rPr>
          <w:lang w:val="en-GB"/>
        </w:rPr>
        <w:t xml:space="preserve"> </w:t>
      </w:r>
      <w:proofErr w:type="spellStart"/>
      <w:r w:rsidRPr="00254EF6">
        <w:rPr>
          <w:lang w:val="en-GB"/>
        </w:rPr>
        <w:t>lica</w:t>
      </w:r>
      <w:proofErr w:type="spellEnd"/>
      <w:r w:rsidRPr="00254EF6">
        <w:rPr>
          <w:lang w:val="en-GB"/>
        </w:rPr>
        <w:t xml:space="preserve"> </w:t>
      </w:r>
    </w:p>
    <w:p w14:paraId="0FD49BD0" w14:textId="54A7C42E" w:rsidR="00994057" w:rsidRPr="00994057" w:rsidRDefault="00994057" w:rsidP="00994057">
      <w:pPr>
        <w:pStyle w:val="Heading1"/>
      </w:pPr>
      <w:bookmarkStart w:id="12" w:name="_Toc239637985"/>
      <w:bookmarkStart w:id="13" w:name="_Toc240964526"/>
      <w:r>
        <w:t xml:space="preserve">6. PRIJEM I </w:t>
      </w:r>
      <w:r w:rsidR="0048265F">
        <w:t xml:space="preserve">SKLADIŠTENJE </w:t>
      </w:r>
      <w:r>
        <w:t>MARKERA</w:t>
      </w:r>
      <w:bookmarkEnd w:id="12"/>
      <w:bookmarkEnd w:id="13"/>
    </w:p>
    <w:p w14:paraId="72E8F0C1" w14:textId="77777777" w:rsidR="00E4203C" w:rsidRPr="00154A7E" w:rsidRDefault="00E4203C" w:rsidP="00E4203C">
      <w:pPr>
        <w:jc w:val="both"/>
        <w:rPr>
          <w:lang w:val="fr-FR"/>
        </w:rPr>
      </w:pPr>
      <w:proofErr w:type="spellStart"/>
      <w:r w:rsidRPr="00E4203C">
        <w:t>Skladištenje</w:t>
      </w:r>
      <w:proofErr w:type="spellEnd"/>
      <w:r w:rsidRPr="00E4203C">
        <w:t xml:space="preserve"> </w:t>
      </w:r>
      <w:proofErr w:type="spellStart"/>
      <w:r w:rsidRPr="00E4203C">
        <w:t>markera</w:t>
      </w:r>
      <w:proofErr w:type="spellEnd"/>
      <w:r w:rsidRPr="00E4203C">
        <w:t xml:space="preserve"> se </w:t>
      </w:r>
      <w:proofErr w:type="spellStart"/>
      <w:r w:rsidRPr="00E4203C">
        <w:t>obavlja</w:t>
      </w:r>
      <w:proofErr w:type="spellEnd"/>
      <w:r w:rsidRPr="00E4203C">
        <w:t xml:space="preserve"> u </w:t>
      </w:r>
      <w:proofErr w:type="spellStart"/>
      <w:r w:rsidRPr="00E4203C">
        <w:t>objektima</w:t>
      </w:r>
      <w:proofErr w:type="spellEnd"/>
      <w:r w:rsidRPr="00E4203C">
        <w:t xml:space="preserve"> koji </w:t>
      </w:r>
      <w:proofErr w:type="spellStart"/>
      <w:r w:rsidRPr="00E4203C">
        <w:t>su</w:t>
      </w:r>
      <w:proofErr w:type="spellEnd"/>
      <w:r w:rsidRPr="00E4203C">
        <w:t xml:space="preserve"> za to </w:t>
      </w:r>
      <w:proofErr w:type="spellStart"/>
      <w:r w:rsidRPr="00E4203C">
        <w:t>predviđeni</w:t>
      </w:r>
      <w:proofErr w:type="spellEnd"/>
      <w:r w:rsidRPr="00E4203C">
        <w:t xml:space="preserve"> u </w:t>
      </w:r>
      <w:proofErr w:type="spellStart"/>
      <w:r w:rsidRPr="00E4203C">
        <w:t>skladu</w:t>
      </w:r>
      <w:proofErr w:type="spellEnd"/>
      <w:r w:rsidRPr="00E4203C">
        <w:t xml:space="preserve"> </w:t>
      </w:r>
      <w:proofErr w:type="spellStart"/>
      <w:r w:rsidRPr="00E4203C">
        <w:t>sa</w:t>
      </w:r>
      <w:proofErr w:type="spellEnd"/>
      <w:r w:rsidRPr="00E4203C">
        <w:t xml:space="preserve"> </w:t>
      </w:r>
      <w:proofErr w:type="spellStart"/>
      <w:r w:rsidRPr="00E4203C">
        <w:t>najvišim</w:t>
      </w:r>
      <w:proofErr w:type="spellEnd"/>
      <w:r w:rsidRPr="00E4203C">
        <w:t xml:space="preserve"> </w:t>
      </w:r>
      <w:proofErr w:type="spellStart"/>
      <w:r w:rsidRPr="00E4203C">
        <w:t>standardima</w:t>
      </w:r>
      <w:proofErr w:type="spellEnd"/>
      <w:r w:rsidRPr="00E4203C">
        <w:t xml:space="preserve"> </w:t>
      </w:r>
      <w:proofErr w:type="spellStart"/>
      <w:r w:rsidRPr="00E4203C">
        <w:t>bezbednosti</w:t>
      </w:r>
      <w:proofErr w:type="spellEnd"/>
      <w:r w:rsidRPr="00E4203C">
        <w:t xml:space="preserve"> </w:t>
      </w:r>
      <w:proofErr w:type="spellStart"/>
      <w:r w:rsidRPr="00E4203C">
        <w:t>i</w:t>
      </w:r>
      <w:proofErr w:type="spellEnd"/>
      <w:r w:rsidRPr="00E4203C">
        <w:t xml:space="preserve"> </w:t>
      </w:r>
      <w:proofErr w:type="spellStart"/>
      <w:r w:rsidRPr="00E4203C">
        <w:t>očuvanja</w:t>
      </w:r>
      <w:proofErr w:type="spellEnd"/>
      <w:r w:rsidRPr="00E4203C">
        <w:t xml:space="preserve"> </w:t>
      </w:r>
      <w:proofErr w:type="spellStart"/>
      <w:r w:rsidRPr="00E4203C">
        <w:t>životne</w:t>
      </w:r>
      <w:proofErr w:type="spellEnd"/>
      <w:r w:rsidRPr="00E4203C">
        <w:t xml:space="preserve"> </w:t>
      </w:r>
      <w:proofErr w:type="spellStart"/>
      <w:r w:rsidRPr="00E4203C">
        <w:t>sredine</w:t>
      </w:r>
      <w:proofErr w:type="spellEnd"/>
      <w:r w:rsidRPr="00E4203C">
        <w:t xml:space="preserve">. </w:t>
      </w:r>
      <w:proofErr w:type="spellStart"/>
      <w:r w:rsidRPr="00E4203C">
        <w:t>Takvi</w:t>
      </w:r>
      <w:proofErr w:type="spellEnd"/>
      <w:r w:rsidRPr="00E4203C">
        <w:t xml:space="preserve"> </w:t>
      </w:r>
      <w:proofErr w:type="spellStart"/>
      <w:r w:rsidRPr="00E4203C">
        <w:t>objekti</w:t>
      </w:r>
      <w:proofErr w:type="spellEnd"/>
      <w:r w:rsidRPr="00E4203C">
        <w:t xml:space="preserve"> </w:t>
      </w:r>
      <w:proofErr w:type="spellStart"/>
      <w:r w:rsidRPr="00E4203C">
        <w:t>moraju</w:t>
      </w:r>
      <w:proofErr w:type="spellEnd"/>
      <w:r w:rsidRPr="00E4203C">
        <w:t xml:space="preserve"> </w:t>
      </w:r>
      <w:proofErr w:type="spellStart"/>
      <w:r w:rsidRPr="00E4203C">
        <w:t>biti</w:t>
      </w:r>
      <w:proofErr w:type="spellEnd"/>
      <w:r w:rsidRPr="00E4203C">
        <w:t xml:space="preserve"> </w:t>
      </w:r>
      <w:proofErr w:type="spellStart"/>
      <w:r w:rsidRPr="00E4203C">
        <w:t>opremljeni</w:t>
      </w:r>
      <w:proofErr w:type="spellEnd"/>
      <w:r w:rsidRPr="00E4203C">
        <w:t xml:space="preserve"> </w:t>
      </w:r>
      <w:proofErr w:type="spellStart"/>
      <w:r w:rsidRPr="00E4203C">
        <w:t>adekvatnom</w:t>
      </w:r>
      <w:proofErr w:type="spellEnd"/>
      <w:r w:rsidRPr="00E4203C">
        <w:t xml:space="preserve"> </w:t>
      </w:r>
      <w:proofErr w:type="spellStart"/>
      <w:r w:rsidRPr="00E4203C">
        <w:t>ventilacijom</w:t>
      </w:r>
      <w:proofErr w:type="spellEnd"/>
      <w:r w:rsidRPr="00E4203C">
        <w:t xml:space="preserve"> </w:t>
      </w:r>
      <w:proofErr w:type="spellStart"/>
      <w:r w:rsidRPr="00E4203C">
        <w:t>i</w:t>
      </w:r>
      <w:proofErr w:type="spellEnd"/>
      <w:r w:rsidRPr="00E4203C">
        <w:t xml:space="preserve"> </w:t>
      </w:r>
      <w:proofErr w:type="spellStart"/>
      <w:r w:rsidRPr="00E4203C">
        <w:t>odgovarajućim</w:t>
      </w:r>
      <w:proofErr w:type="spellEnd"/>
      <w:r w:rsidRPr="00E4203C">
        <w:t xml:space="preserve"> </w:t>
      </w:r>
      <w:proofErr w:type="spellStart"/>
      <w:r w:rsidRPr="00E4203C">
        <w:t>sistemom</w:t>
      </w:r>
      <w:proofErr w:type="spellEnd"/>
      <w:r w:rsidRPr="00E4203C">
        <w:t xml:space="preserve"> </w:t>
      </w:r>
      <w:proofErr w:type="spellStart"/>
      <w:r w:rsidRPr="00E4203C">
        <w:t>zaštite</w:t>
      </w:r>
      <w:proofErr w:type="spellEnd"/>
      <w:r w:rsidRPr="00E4203C">
        <w:t xml:space="preserve"> </w:t>
      </w:r>
      <w:proofErr w:type="spellStart"/>
      <w:r w:rsidRPr="00E4203C">
        <w:t>od</w:t>
      </w:r>
      <w:proofErr w:type="spellEnd"/>
      <w:r w:rsidRPr="00E4203C">
        <w:t xml:space="preserve"> </w:t>
      </w:r>
      <w:proofErr w:type="spellStart"/>
      <w:r w:rsidRPr="00E4203C">
        <w:t>krađe</w:t>
      </w:r>
      <w:proofErr w:type="spellEnd"/>
      <w:r w:rsidRPr="00E4203C">
        <w:t xml:space="preserve"> </w:t>
      </w:r>
      <w:proofErr w:type="spellStart"/>
      <w:r w:rsidRPr="00E4203C">
        <w:t>i</w:t>
      </w:r>
      <w:proofErr w:type="spellEnd"/>
      <w:r w:rsidRPr="00E4203C">
        <w:t xml:space="preserve"> </w:t>
      </w:r>
      <w:proofErr w:type="spellStart"/>
      <w:r w:rsidRPr="00E4203C">
        <w:t>zloupotrebe</w:t>
      </w:r>
      <w:proofErr w:type="spellEnd"/>
      <w:r w:rsidRPr="00E4203C">
        <w:t xml:space="preserve">. </w:t>
      </w:r>
      <w:proofErr w:type="spellStart"/>
      <w:r w:rsidRPr="00154A7E">
        <w:rPr>
          <w:lang w:val="fr-FR"/>
        </w:rPr>
        <w:t>Prostor</w:t>
      </w:r>
      <w:proofErr w:type="spellEnd"/>
      <w:r w:rsidRPr="00154A7E">
        <w:rPr>
          <w:lang w:val="fr-FR"/>
        </w:rPr>
        <w:t xml:space="preserve"> u </w:t>
      </w:r>
      <w:proofErr w:type="spellStart"/>
      <w:r w:rsidRPr="00154A7E">
        <w:rPr>
          <w:lang w:val="fr-FR"/>
        </w:rPr>
        <w:t>kome</w:t>
      </w:r>
      <w:proofErr w:type="spellEnd"/>
      <w:r w:rsidRPr="00154A7E">
        <w:rPr>
          <w:lang w:val="fr-FR"/>
        </w:rPr>
        <w:t xml:space="preserve"> se </w:t>
      </w:r>
      <w:proofErr w:type="spellStart"/>
      <w:r w:rsidRPr="00154A7E">
        <w:rPr>
          <w:lang w:val="fr-FR"/>
        </w:rPr>
        <w:t>skladišti</w:t>
      </w:r>
      <w:proofErr w:type="spellEnd"/>
      <w:r w:rsidRPr="00154A7E">
        <w:rPr>
          <w:lang w:val="fr-FR"/>
        </w:rPr>
        <w:t xml:space="preserve"> marker </w:t>
      </w:r>
      <w:proofErr w:type="spellStart"/>
      <w:r w:rsidRPr="00154A7E">
        <w:rPr>
          <w:lang w:val="fr-FR"/>
        </w:rPr>
        <w:t>koristi</w:t>
      </w:r>
      <w:proofErr w:type="spellEnd"/>
      <w:r w:rsidRPr="00154A7E">
        <w:rPr>
          <w:lang w:val="fr-FR"/>
        </w:rPr>
        <w:t xml:space="preserve"> se </w:t>
      </w:r>
      <w:proofErr w:type="spellStart"/>
      <w:r w:rsidRPr="00154A7E">
        <w:rPr>
          <w:lang w:val="fr-FR"/>
        </w:rPr>
        <w:t>samo</w:t>
      </w:r>
      <w:proofErr w:type="spellEnd"/>
      <w:r w:rsidRPr="00154A7E">
        <w:rPr>
          <w:lang w:val="fr-FR"/>
        </w:rPr>
        <w:t xml:space="preserve"> i </w:t>
      </w:r>
      <w:proofErr w:type="spellStart"/>
      <w:r w:rsidRPr="00154A7E">
        <w:rPr>
          <w:lang w:val="fr-FR"/>
        </w:rPr>
        <w:t>isključivo</w:t>
      </w:r>
      <w:proofErr w:type="spellEnd"/>
      <w:r w:rsidRPr="00154A7E">
        <w:rPr>
          <w:lang w:val="fr-FR"/>
        </w:rPr>
        <w:t xml:space="preserve"> </w:t>
      </w:r>
      <w:proofErr w:type="spellStart"/>
      <w:r w:rsidRPr="00154A7E">
        <w:rPr>
          <w:lang w:val="fr-FR"/>
        </w:rPr>
        <w:t>za</w:t>
      </w:r>
      <w:proofErr w:type="spellEnd"/>
      <w:r w:rsidRPr="00154A7E">
        <w:rPr>
          <w:lang w:val="fr-FR"/>
        </w:rPr>
        <w:t xml:space="preserve"> tu </w:t>
      </w:r>
      <w:proofErr w:type="spellStart"/>
      <w:r w:rsidRPr="00154A7E">
        <w:rPr>
          <w:lang w:val="fr-FR"/>
        </w:rPr>
        <w:t>potrebu</w:t>
      </w:r>
      <w:proofErr w:type="spellEnd"/>
      <w:r w:rsidRPr="00154A7E">
        <w:rPr>
          <w:lang w:val="fr-FR"/>
        </w:rPr>
        <w:t xml:space="preserve"> (ne </w:t>
      </w:r>
      <w:proofErr w:type="spellStart"/>
      <w:r w:rsidRPr="00154A7E">
        <w:rPr>
          <w:lang w:val="fr-FR"/>
        </w:rPr>
        <w:t>dolazi</w:t>
      </w:r>
      <w:proofErr w:type="spellEnd"/>
      <w:r w:rsidRPr="00154A7E">
        <w:rPr>
          <w:lang w:val="fr-FR"/>
        </w:rPr>
        <w:t xml:space="preserve"> u </w:t>
      </w:r>
      <w:proofErr w:type="spellStart"/>
      <w:r w:rsidRPr="00154A7E">
        <w:rPr>
          <w:lang w:val="fr-FR"/>
        </w:rPr>
        <w:t>dodir</w:t>
      </w:r>
      <w:proofErr w:type="spellEnd"/>
      <w:r w:rsidRPr="00154A7E">
        <w:rPr>
          <w:lang w:val="fr-FR"/>
        </w:rPr>
        <w:t xml:space="preserve"> sa </w:t>
      </w:r>
      <w:proofErr w:type="spellStart"/>
      <w:r w:rsidRPr="00154A7E">
        <w:rPr>
          <w:lang w:val="fr-FR"/>
        </w:rPr>
        <w:t>robom</w:t>
      </w:r>
      <w:proofErr w:type="spellEnd"/>
      <w:r w:rsidRPr="00154A7E">
        <w:rPr>
          <w:lang w:val="fr-FR"/>
        </w:rPr>
        <w:t xml:space="preserve"> </w:t>
      </w:r>
      <w:proofErr w:type="spellStart"/>
      <w:r w:rsidRPr="00154A7E">
        <w:rPr>
          <w:lang w:val="fr-FR"/>
        </w:rPr>
        <w:t>druge</w:t>
      </w:r>
      <w:proofErr w:type="spellEnd"/>
      <w:r w:rsidRPr="00154A7E">
        <w:rPr>
          <w:lang w:val="fr-FR"/>
        </w:rPr>
        <w:t xml:space="preserve"> </w:t>
      </w:r>
      <w:proofErr w:type="spellStart"/>
      <w:r w:rsidRPr="00154A7E">
        <w:rPr>
          <w:lang w:val="fr-FR"/>
        </w:rPr>
        <w:t>vrste</w:t>
      </w:r>
      <w:proofErr w:type="spellEnd"/>
      <w:r w:rsidRPr="00154A7E">
        <w:rPr>
          <w:lang w:val="fr-FR"/>
        </w:rPr>
        <w:t>).</w:t>
      </w:r>
    </w:p>
    <w:p w14:paraId="73A40A47" w14:textId="77777777" w:rsidR="00E4203C" w:rsidRPr="00154A7E" w:rsidRDefault="00E4203C" w:rsidP="00CB5D22">
      <w:pPr>
        <w:jc w:val="both"/>
        <w:rPr>
          <w:lang w:val="fr-FR"/>
        </w:rPr>
      </w:pPr>
      <w:proofErr w:type="spellStart"/>
      <w:r w:rsidRPr="00154A7E">
        <w:rPr>
          <w:lang w:val="fr-FR"/>
        </w:rPr>
        <w:t>Svaka</w:t>
      </w:r>
      <w:proofErr w:type="spellEnd"/>
      <w:r w:rsidRPr="00154A7E">
        <w:rPr>
          <w:lang w:val="fr-FR"/>
        </w:rPr>
        <w:t xml:space="preserve"> </w:t>
      </w:r>
      <w:proofErr w:type="spellStart"/>
      <w:r w:rsidRPr="00154A7E">
        <w:rPr>
          <w:lang w:val="fr-FR"/>
        </w:rPr>
        <w:t>isporuka</w:t>
      </w:r>
      <w:proofErr w:type="spellEnd"/>
      <w:r w:rsidRPr="00154A7E">
        <w:rPr>
          <w:lang w:val="fr-FR"/>
        </w:rPr>
        <w:t xml:space="preserve"> </w:t>
      </w:r>
      <w:proofErr w:type="spellStart"/>
      <w:r w:rsidRPr="00154A7E">
        <w:rPr>
          <w:lang w:val="fr-FR"/>
        </w:rPr>
        <w:t>markera</w:t>
      </w:r>
      <w:proofErr w:type="spellEnd"/>
      <w:r w:rsidRPr="00154A7E">
        <w:rPr>
          <w:lang w:val="fr-FR"/>
        </w:rPr>
        <w:t xml:space="preserve"> </w:t>
      </w:r>
      <w:proofErr w:type="spellStart"/>
      <w:r w:rsidRPr="00154A7E">
        <w:rPr>
          <w:lang w:val="fr-FR"/>
        </w:rPr>
        <w:t>koja</w:t>
      </w:r>
      <w:proofErr w:type="spellEnd"/>
      <w:r w:rsidRPr="00154A7E">
        <w:rPr>
          <w:lang w:val="fr-FR"/>
        </w:rPr>
        <w:t xml:space="preserve"> </w:t>
      </w:r>
      <w:proofErr w:type="spellStart"/>
      <w:r w:rsidRPr="00154A7E">
        <w:rPr>
          <w:lang w:val="fr-FR"/>
        </w:rPr>
        <w:t>stigne</w:t>
      </w:r>
      <w:proofErr w:type="spellEnd"/>
      <w:r w:rsidRPr="00154A7E">
        <w:rPr>
          <w:lang w:val="fr-FR"/>
        </w:rPr>
        <w:t xml:space="preserve"> u </w:t>
      </w:r>
      <w:proofErr w:type="spellStart"/>
      <w:r w:rsidRPr="00154A7E">
        <w:rPr>
          <w:lang w:val="fr-FR"/>
        </w:rPr>
        <w:t>skladište</w:t>
      </w:r>
      <w:proofErr w:type="spellEnd"/>
      <w:r w:rsidRPr="00154A7E">
        <w:rPr>
          <w:lang w:val="fr-FR"/>
        </w:rPr>
        <w:t xml:space="preserve"> je </w:t>
      </w:r>
      <w:proofErr w:type="spellStart"/>
      <w:r w:rsidRPr="00154A7E">
        <w:rPr>
          <w:lang w:val="fr-FR"/>
        </w:rPr>
        <w:t>praćena</w:t>
      </w:r>
      <w:proofErr w:type="spellEnd"/>
      <w:r w:rsidRPr="00154A7E">
        <w:rPr>
          <w:lang w:val="fr-FR"/>
        </w:rPr>
        <w:t xml:space="preserve"> </w:t>
      </w:r>
      <w:proofErr w:type="spellStart"/>
      <w:r w:rsidRPr="00154A7E">
        <w:rPr>
          <w:lang w:val="fr-FR"/>
        </w:rPr>
        <w:t>ot</w:t>
      </w:r>
      <w:proofErr w:type="spellEnd"/>
      <w:r w:rsidRPr="00E4203C">
        <w:t>р</w:t>
      </w:r>
      <w:proofErr w:type="spellStart"/>
      <w:r w:rsidRPr="00154A7E">
        <w:rPr>
          <w:lang w:val="fr-FR"/>
        </w:rPr>
        <w:t>emnicom</w:t>
      </w:r>
      <w:proofErr w:type="spellEnd"/>
      <w:r w:rsidRPr="00154A7E">
        <w:rPr>
          <w:lang w:val="fr-FR"/>
        </w:rPr>
        <w:t xml:space="preserve">, a </w:t>
      </w:r>
      <w:proofErr w:type="spellStart"/>
      <w:r w:rsidRPr="00154A7E">
        <w:rPr>
          <w:lang w:val="fr-FR"/>
        </w:rPr>
        <w:t>prijem</w:t>
      </w:r>
      <w:proofErr w:type="spellEnd"/>
      <w:r w:rsidRPr="00154A7E">
        <w:rPr>
          <w:lang w:val="fr-FR"/>
        </w:rPr>
        <w:t xml:space="preserve"> se </w:t>
      </w:r>
      <w:proofErr w:type="spellStart"/>
      <w:r w:rsidRPr="00154A7E">
        <w:rPr>
          <w:lang w:val="fr-FR"/>
        </w:rPr>
        <w:t>beleži</w:t>
      </w:r>
      <w:proofErr w:type="spellEnd"/>
      <w:r w:rsidRPr="00154A7E">
        <w:rPr>
          <w:lang w:val="fr-FR"/>
        </w:rPr>
        <w:t xml:space="preserve"> na </w:t>
      </w:r>
      <w:proofErr w:type="spellStart"/>
      <w:r w:rsidRPr="00154A7E">
        <w:rPr>
          <w:lang w:val="fr-FR"/>
        </w:rPr>
        <w:t>odgovarajućem</w:t>
      </w:r>
      <w:proofErr w:type="spellEnd"/>
      <w:r w:rsidRPr="00154A7E">
        <w:rPr>
          <w:lang w:val="fr-FR"/>
        </w:rPr>
        <w:t xml:space="preserve"> </w:t>
      </w:r>
      <w:proofErr w:type="spellStart"/>
      <w:r w:rsidRPr="00154A7E">
        <w:rPr>
          <w:lang w:val="fr-FR"/>
        </w:rPr>
        <w:t>dokumentu</w:t>
      </w:r>
      <w:proofErr w:type="spellEnd"/>
      <w:r w:rsidRPr="00154A7E">
        <w:rPr>
          <w:lang w:val="fr-FR"/>
        </w:rPr>
        <w:t xml:space="preserve"> </w:t>
      </w:r>
      <w:proofErr w:type="spellStart"/>
      <w:r w:rsidRPr="00154A7E">
        <w:rPr>
          <w:lang w:val="fr-FR"/>
        </w:rPr>
        <w:t>koji</w:t>
      </w:r>
      <w:proofErr w:type="spellEnd"/>
      <w:r w:rsidRPr="00154A7E">
        <w:rPr>
          <w:lang w:val="fr-FR"/>
        </w:rPr>
        <w:t xml:space="preserve"> </w:t>
      </w:r>
      <w:proofErr w:type="spellStart"/>
      <w:r w:rsidRPr="00154A7E">
        <w:rPr>
          <w:lang w:val="fr-FR"/>
        </w:rPr>
        <w:t>mora</w:t>
      </w:r>
      <w:proofErr w:type="spellEnd"/>
      <w:r w:rsidRPr="00154A7E">
        <w:rPr>
          <w:lang w:val="fr-FR"/>
        </w:rPr>
        <w:t xml:space="preserve"> da </w:t>
      </w:r>
      <w:proofErr w:type="spellStart"/>
      <w:r w:rsidRPr="00154A7E">
        <w:rPr>
          <w:lang w:val="fr-FR"/>
        </w:rPr>
        <w:t>sadrži</w:t>
      </w:r>
      <w:proofErr w:type="spellEnd"/>
      <w:r w:rsidRPr="00154A7E">
        <w:rPr>
          <w:lang w:val="fr-FR"/>
        </w:rPr>
        <w:t xml:space="preserve"> </w:t>
      </w:r>
      <w:proofErr w:type="spellStart"/>
      <w:r w:rsidRPr="00154A7E">
        <w:rPr>
          <w:lang w:val="fr-FR"/>
        </w:rPr>
        <w:t>najmanje</w:t>
      </w:r>
      <w:proofErr w:type="spellEnd"/>
      <w:r w:rsidRPr="00154A7E">
        <w:rPr>
          <w:lang w:val="fr-FR"/>
        </w:rPr>
        <w:t xml:space="preserve"> </w:t>
      </w:r>
      <w:proofErr w:type="spellStart"/>
      <w:proofErr w:type="gramStart"/>
      <w:r w:rsidRPr="00154A7E">
        <w:rPr>
          <w:lang w:val="fr-FR"/>
        </w:rPr>
        <w:t>sledeće</w:t>
      </w:r>
      <w:proofErr w:type="spellEnd"/>
      <w:r w:rsidRPr="00154A7E">
        <w:rPr>
          <w:lang w:val="fr-FR"/>
        </w:rPr>
        <w:t>:</w:t>
      </w:r>
      <w:proofErr w:type="gramEnd"/>
    </w:p>
    <w:p w14:paraId="772B374E" w14:textId="77777777" w:rsidR="00E4203C" w:rsidRPr="00F40D94" w:rsidRDefault="00E4203C" w:rsidP="00F40D94">
      <w:pPr>
        <w:pStyle w:val="ListParagraph"/>
        <w:numPr>
          <w:ilvl w:val="0"/>
          <w:numId w:val="12"/>
        </w:numPr>
        <w:spacing w:line="240" w:lineRule="auto"/>
        <w:jc w:val="both"/>
      </w:pPr>
      <w:proofErr w:type="spellStart"/>
      <w:r w:rsidRPr="702C1903">
        <w:lastRenderedPageBreak/>
        <w:t>Otpremljena</w:t>
      </w:r>
      <w:proofErr w:type="spellEnd"/>
      <w:r w:rsidRPr="702C1903">
        <w:t xml:space="preserve"> </w:t>
      </w:r>
      <w:proofErr w:type="spellStart"/>
      <w:r w:rsidRPr="702C1903">
        <w:t>količina</w:t>
      </w:r>
      <w:proofErr w:type="spellEnd"/>
      <w:r w:rsidRPr="702C1903">
        <w:t xml:space="preserve"> (kg)</w:t>
      </w:r>
    </w:p>
    <w:p w14:paraId="4FF5B2BB" w14:textId="77777777" w:rsidR="00E4203C" w:rsidRPr="00F40D94" w:rsidRDefault="00E4203C" w:rsidP="00F40D94">
      <w:pPr>
        <w:pStyle w:val="ListParagraph"/>
        <w:numPr>
          <w:ilvl w:val="0"/>
          <w:numId w:val="12"/>
        </w:numPr>
        <w:spacing w:line="240" w:lineRule="auto"/>
        <w:jc w:val="both"/>
      </w:pPr>
      <w:r w:rsidRPr="702C1903">
        <w:t xml:space="preserve">Datum </w:t>
      </w:r>
      <w:proofErr w:type="spellStart"/>
      <w:r w:rsidRPr="702C1903">
        <w:t>prijema</w:t>
      </w:r>
      <w:proofErr w:type="spellEnd"/>
    </w:p>
    <w:p w14:paraId="1FD69277" w14:textId="77777777" w:rsidR="00E4203C" w:rsidRPr="00F40D94" w:rsidRDefault="00E4203C" w:rsidP="00F40D94">
      <w:pPr>
        <w:pStyle w:val="ListParagraph"/>
        <w:numPr>
          <w:ilvl w:val="0"/>
          <w:numId w:val="12"/>
        </w:numPr>
        <w:spacing w:line="240" w:lineRule="auto"/>
        <w:jc w:val="both"/>
      </w:pPr>
      <w:proofErr w:type="spellStart"/>
      <w:r w:rsidRPr="702C1903">
        <w:t>Primljena</w:t>
      </w:r>
      <w:proofErr w:type="spellEnd"/>
      <w:r w:rsidRPr="702C1903">
        <w:t xml:space="preserve"> </w:t>
      </w:r>
      <w:proofErr w:type="spellStart"/>
      <w:r w:rsidRPr="702C1903">
        <w:t>količina</w:t>
      </w:r>
      <w:proofErr w:type="spellEnd"/>
      <w:r w:rsidRPr="702C1903">
        <w:t xml:space="preserve"> (kg)</w:t>
      </w:r>
    </w:p>
    <w:p w14:paraId="05BDB39B" w14:textId="3198D270" w:rsidR="00E4203C" w:rsidRPr="00F40D94" w:rsidRDefault="00E4203C" w:rsidP="00F40D94">
      <w:pPr>
        <w:pStyle w:val="ListParagraph"/>
        <w:numPr>
          <w:ilvl w:val="0"/>
          <w:numId w:val="12"/>
        </w:numPr>
        <w:spacing w:line="240" w:lineRule="auto"/>
        <w:jc w:val="both"/>
      </w:pPr>
      <w:proofErr w:type="spellStart"/>
      <w:r w:rsidRPr="702C1903">
        <w:t>Broj</w:t>
      </w:r>
      <w:proofErr w:type="spellEnd"/>
      <w:r w:rsidRPr="702C1903">
        <w:t xml:space="preserve"> </w:t>
      </w:r>
      <w:proofErr w:type="spellStart"/>
      <w:r w:rsidRPr="702C1903">
        <w:t>primljenih</w:t>
      </w:r>
      <w:proofErr w:type="spellEnd"/>
      <w:r w:rsidRPr="702C1903">
        <w:t xml:space="preserve"> </w:t>
      </w:r>
      <w:proofErr w:type="spellStart"/>
      <w:r w:rsidR="00E90BC0" w:rsidRPr="702C1903">
        <w:t>kanistera</w:t>
      </w:r>
      <w:proofErr w:type="spellEnd"/>
    </w:p>
    <w:p w14:paraId="108150FB" w14:textId="2365DBED" w:rsidR="00976D49" w:rsidRPr="00B23FAB" w:rsidRDefault="00976D49" w:rsidP="00976D49">
      <w:pPr>
        <w:jc w:val="both"/>
      </w:pPr>
      <w:proofErr w:type="spellStart"/>
      <w:r w:rsidRPr="00B23FAB">
        <w:t>Svaki</w:t>
      </w:r>
      <w:proofErr w:type="spellEnd"/>
      <w:r w:rsidRPr="00B23FAB">
        <w:t xml:space="preserve"> </w:t>
      </w:r>
      <w:proofErr w:type="spellStart"/>
      <w:r w:rsidRPr="00B23FAB">
        <w:t>kanister</w:t>
      </w:r>
      <w:proofErr w:type="spellEnd"/>
      <w:r w:rsidRPr="00B23FAB">
        <w:t xml:space="preserve"> </w:t>
      </w:r>
      <w:proofErr w:type="spellStart"/>
      <w:r w:rsidRPr="00B23FAB">
        <w:t>markera</w:t>
      </w:r>
      <w:proofErr w:type="spellEnd"/>
      <w:r w:rsidRPr="00B23FAB">
        <w:t xml:space="preserve"> </w:t>
      </w:r>
      <w:r w:rsidR="00B01D4C">
        <w:t xml:space="preserve">koji </w:t>
      </w:r>
      <w:proofErr w:type="spellStart"/>
      <w:r w:rsidR="00B01D4C">
        <w:t>stigne</w:t>
      </w:r>
      <w:proofErr w:type="spellEnd"/>
      <w:r w:rsidR="00B01D4C">
        <w:t xml:space="preserve"> u </w:t>
      </w:r>
      <w:proofErr w:type="spellStart"/>
      <w:r w:rsidR="00B01D4C">
        <w:t>skladište</w:t>
      </w:r>
      <w:proofErr w:type="spellEnd"/>
      <w:r w:rsidR="00B01D4C">
        <w:t xml:space="preserve"> je</w:t>
      </w:r>
      <w:r w:rsidRPr="00B23FAB">
        <w:t xml:space="preserve"> </w:t>
      </w:r>
      <w:proofErr w:type="spellStart"/>
      <w:r w:rsidRPr="00B23FAB">
        <w:t>označen</w:t>
      </w:r>
      <w:proofErr w:type="spellEnd"/>
      <w:r w:rsidRPr="00B23FAB">
        <w:t xml:space="preserve"> </w:t>
      </w:r>
      <w:proofErr w:type="spellStart"/>
      <w:r w:rsidRPr="00B23FAB">
        <w:t>jedinstvenom</w:t>
      </w:r>
      <w:proofErr w:type="spellEnd"/>
      <w:r w:rsidRPr="00B23FAB">
        <w:t xml:space="preserve"> </w:t>
      </w:r>
      <w:proofErr w:type="spellStart"/>
      <w:r w:rsidRPr="00B23FAB">
        <w:t>etiketom</w:t>
      </w:r>
      <w:proofErr w:type="spellEnd"/>
      <w:r w:rsidRPr="00B23FAB">
        <w:t xml:space="preserve"> </w:t>
      </w:r>
      <w:proofErr w:type="spellStart"/>
      <w:r w:rsidRPr="00B23FAB">
        <w:t>sa</w:t>
      </w:r>
      <w:proofErr w:type="spellEnd"/>
      <w:r w:rsidRPr="00B23FAB">
        <w:t xml:space="preserve"> QR </w:t>
      </w:r>
      <w:proofErr w:type="spellStart"/>
      <w:r w:rsidRPr="00B23FAB">
        <w:t>kodom</w:t>
      </w:r>
      <w:proofErr w:type="spellEnd"/>
      <w:r w:rsidRPr="00B23FAB">
        <w:t xml:space="preserve">, </w:t>
      </w:r>
      <w:proofErr w:type="spellStart"/>
      <w:r w:rsidRPr="00B23FAB">
        <w:t>koja</w:t>
      </w:r>
      <w:proofErr w:type="spellEnd"/>
      <w:r w:rsidRPr="00B23FAB">
        <w:t xml:space="preserve"> </w:t>
      </w:r>
      <w:proofErr w:type="spellStart"/>
      <w:r w:rsidRPr="00B23FAB">
        <w:t>sadrži</w:t>
      </w:r>
      <w:proofErr w:type="spellEnd"/>
      <w:r w:rsidRPr="00B23FAB">
        <w:t xml:space="preserve"> </w:t>
      </w:r>
      <w:proofErr w:type="spellStart"/>
      <w:r w:rsidRPr="00B23FAB">
        <w:t>najmanje</w:t>
      </w:r>
      <w:proofErr w:type="spellEnd"/>
      <w:r w:rsidRPr="00B23FAB">
        <w:t xml:space="preserve">: </w:t>
      </w:r>
      <w:proofErr w:type="spellStart"/>
      <w:r w:rsidRPr="00B23FAB">
        <w:t>jedinstveni</w:t>
      </w:r>
      <w:proofErr w:type="spellEnd"/>
      <w:r w:rsidRPr="00B23FAB">
        <w:t xml:space="preserve"> </w:t>
      </w:r>
      <w:proofErr w:type="spellStart"/>
      <w:r w:rsidRPr="00B23FAB">
        <w:t>identifikacioni</w:t>
      </w:r>
      <w:proofErr w:type="spellEnd"/>
      <w:r w:rsidRPr="00B23FAB">
        <w:t xml:space="preserve"> </w:t>
      </w:r>
      <w:proofErr w:type="spellStart"/>
      <w:r w:rsidRPr="00B23FAB">
        <w:t>broj</w:t>
      </w:r>
      <w:proofErr w:type="spellEnd"/>
      <w:r w:rsidRPr="00B23FAB">
        <w:t xml:space="preserve"> </w:t>
      </w:r>
      <w:proofErr w:type="spellStart"/>
      <w:r w:rsidRPr="00B23FAB">
        <w:t>kanistera</w:t>
      </w:r>
      <w:proofErr w:type="spellEnd"/>
      <w:r w:rsidRPr="00B23FAB">
        <w:t xml:space="preserve">, </w:t>
      </w:r>
      <w:proofErr w:type="spellStart"/>
      <w:r w:rsidRPr="00B23FAB">
        <w:t>ime</w:t>
      </w:r>
      <w:proofErr w:type="spellEnd"/>
      <w:r w:rsidRPr="00B23FAB">
        <w:t xml:space="preserve"> </w:t>
      </w:r>
      <w:proofErr w:type="spellStart"/>
      <w:r w:rsidRPr="00B23FAB">
        <w:t>markera</w:t>
      </w:r>
      <w:proofErr w:type="spellEnd"/>
      <w:r w:rsidRPr="00B23FAB">
        <w:t xml:space="preserve">, </w:t>
      </w:r>
      <w:proofErr w:type="spellStart"/>
      <w:r w:rsidRPr="00B23FAB">
        <w:t>broj</w:t>
      </w:r>
      <w:proofErr w:type="spellEnd"/>
      <w:r w:rsidRPr="00B23FAB">
        <w:t xml:space="preserve"> lota, datum </w:t>
      </w:r>
      <w:proofErr w:type="spellStart"/>
      <w:r w:rsidRPr="00B23FAB">
        <w:t>proizvodnje</w:t>
      </w:r>
      <w:proofErr w:type="spellEnd"/>
      <w:r w:rsidRPr="00B23FAB">
        <w:t xml:space="preserve">, </w:t>
      </w:r>
      <w:proofErr w:type="spellStart"/>
      <w:r w:rsidRPr="00B23FAB">
        <w:t>rok</w:t>
      </w:r>
      <w:proofErr w:type="spellEnd"/>
      <w:r w:rsidRPr="00B23FAB">
        <w:t xml:space="preserve"> </w:t>
      </w:r>
      <w:proofErr w:type="spellStart"/>
      <w:r w:rsidRPr="00B23FAB">
        <w:t>trajanja</w:t>
      </w:r>
      <w:proofErr w:type="spellEnd"/>
      <w:r w:rsidRPr="00B23FAB">
        <w:t xml:space="preserve">, </w:t>
      </w:r>
      <w:proofErr w:type="spellStart"/>
      <w:r w:rsidRPr="00B23FAB">
        <w:t>taru</w:t>
      </w:r>
      <w:proofErr w:type="spellEnd"/>
      <w:r w:rsidRPr="00B23FAB">
        <w:t xml:space="preserve">, </w:t>
      </w:r>
      <w:proofErr w:type="spellStart"/>
      <w:r w:rsidRPr="00B23FAB">
        <w:t>bruto</w:t>
      </w:r>
      <w:proofErr w:type="spellEnd"/>
      <w:r w:rsidRPr="00B23FAB">
        <w:t xml:space="preserve"> </w:t>
      </w:r>
      <w:proofErr w:type="spellStart"/>
      <w:r w:rsidRPr="00B23FAB">
        <w:t>i</w:t>
      </w:r>
      <w:proofErr w:type="spellEnd"/>
      <w:r w:rsidRPr="00B23FAB">
        <w:t xml:space="preserve"> </w:t>
      </w:r>
      <w:proofErr w:type="spellStart"/>
      <w:r w:rsidRPr="00B23FAB">
        <w:t>neto</w:t>
      </w:r>
      <w:proofErr w:type="spellEnd"/>
      <w:r w:rsidRPr="00B23FAB">
        <w:t xml:space="preserve"> </w:t>
      </w:r>
      <w:proofErr w:type="spellStart"/>
      <w:r w:rsidRPr="00B23FAB">
        <w:t>masu</w:t>
      </w:r>
      <w:proofErr w:type="spellEnd"/>
      <w:r w:rsidRPr="00B23FAB">
        <w:t xml:space="preserve"> (kg) </w:t>
      </w:r>
      <w:proofErr w:type="spellStart"/>
      <w:r w:rsidRPr="00B23FAB">
        <w:t>i</w:t>
      </w:r>
      <w:proofErr w:type="spellEnd"/>
      <w:r w:rsidRPr="00B23FAB">
        <w:t xml:space="preserve"> </w:t>
      </w:r>
      <w:proofErr w:type="spellStart"/>
      <w:r w:rsidRPr="00B23FAB">
        <w:t>zapreminu</w:t>
      </w:r>
      <w:proofErr w:type="spellEnd"/>
      <w:r w:rsidRPr="00B23FAB">
        <w:t xml:space="preserve"> (l). </w:t>
      </w:r>
    </w:p>
    <w:p w14:paraId="4C0C62E8" w14:textId="77777777" w:rsidR="00976D49" w:rsidRPr="00712DB1" w:rsidRDefault="00976D49" w:rsidP="00976D49">
      <w:pPr>
        <w:jc w:val="both"/>
      </w:pPr>
      <w:proofErr w:type="spellStart"/>
      <w:r w:rsidRPr="00712DB1">
        <w:t>Prijem</w:t>
      </w:r>
      <w:proofErr w:type="spellEnd"/>
      <w:r w:rsidRPr="00712DB1">
        <w:t xml:space="preserve"> </w:t>
      </w:r>
      <w:proofErr w:type="spellStart"/>
      <w:r w:rsidRPr="00712DB1">
        <w:t>markera</w:t>
      </w:r>
      <w:proofErr w:type="spellEnd"/>
      <w:r w:rsidRPr="00712DB1">
        <w:t xml:space="preserve"> </w:t>
      </w:r>
      <w:proofErr w:type="spellStart"/>
      <w:r w:rsidRPr="00712DB1">
        <w:t>evidentira</w:t>
      </w:r>
      <w:proofErr w:type="spellEnd"/>
      <w:r w:rsidRPr="00712DB1">
        <w:t xml:space="preserve"> se </w:t>
      </w:r>
      <w:proofErr w:type="spellStart"/>
      <w:r w:rsidRPr="00712DB1">
        <w:t>elektronski</w:t>
      </w:r>
      <w:proofErr w:type="spellEnd"/>
      <w:r w:rsidRPr="00712DB1">
        <w:t xml:space="preserve">, u </w:t>
      </w:r>
      <w:proofErr w:type="spellStart"/>
      <w:r w:rsidRPr="00712DB1">
        <w:t>informacionom</w:t>
      </w:r>
      <w:proofErr w:type="spellEnd"/>
      <w:r w:rsidRPr="00712DB1">
        <w:t xml:space="preserve"> </w:t>
      </w:r>
      <w:proofErr w:type="spellStart"/>
      <w:r w:rsidRPr="00712DB1">
        <w:t>sistemu</w:t>
      </w:r>
      <w:proofErr w:type="spellEnd"/>
      <w:r w:rsidRPr="00712DB1">
        <w:t xml:space="preserve">, </w:t>
      </w:r>
      <w:proofErr w:type="spellStart"/>
      <w:r w:rsidRPr="00712DB1">
        <w:t>na</w:t>
      </w:r>
      <w:proofErr w:type="spellEnd"/>
      <w:r w:rsidRPr="00712DB1">
        <w:t xml:space="preserve"> </w:t>
      </w:r>
      <w:proofErr w:type="spellStart"/>
      <w:r w:rsidRPr="00712DB1">
        <w:t>sljedeći</w:t>
      </w:r>
      <w:proofErr w:type="spellEnd"/>
      <w:r w:rsidRPr="00712DB1">
        <w:t xml:space="preserve"> </w:t>
      </w:r>
      <w:proofErr w:type="spellStart"/>
      <w:r w:rsidRPr="00712DB1">
        <w:t>način</w:t>
      </w:r>
      <w:proofErr w:type="spellEnd"/>
      <w:r w:rsidRPr="00712DB1">
        <w:t>:</w:t>
      </w:r>
    </w:p>
    <w:p w14:paraId="123B4131" w14:textId="77777777" w:rsidR="00976D49" w:rsidRPr="00712DB1" w:rsidRDefault="00976D49" w:rsidP="00976D49">
      <w:pPr>
        <w:numPr>
          <w:ilvl w:val="0"/>
          <w:numId w:val="45"/>
        </w:numPr>
        <w:jc w:val="both"/>
        <w:rPr>
          <w:lang w:val="en-GB"/>
        </w:rPr>
      </w:pPr>
      <w:proofErr w:type="spellStart"/>
      <w:r w:rsidRPr="00712DB1">
        <w:rPr>
          <w:lang w:val="en-GB"/>
        </w:rPr>
        <w:t>Ovlašćeni</w:t>
      </w:r>
      <w:proofErr w:type="spellEnd"/>
      <w:r w:rsidRPr="00712DB1">
        <w:rPr>
          <w:lang w:val="en-GB"/>
        </w:rPr>
        <w:t xml:space="preserve"> </w:t>
      </w:r>
      <w:proofErr w:type="spellStart"/>
      <w:r w:rsidRPr="00712DB1">
        <w:rPr>
          <w:lang w:val="en-GB"/>
        </w:rPr>
        <w:t>predstavnik</w:t>
      </w:r>
      <w:proofErr w:type="spellEnd"/>
      <w:r w:rsidRPr="00712DB1">
        <w:rPr>
          <w:lang w:val="en-GB"/>
        </w:rPr>
        <w:t xml:space="preserve"> </w:t>
      </w:r>
      <w:proofErr w:type="spellStart"/>
      <w:r w:rsidRPr="00712DB1">
        <w:rPr>
          <w:lang w:val="en-GB"/>
        </w:rPr>
        <w:t>skladišta</w:t>
      </w:r>
      <w:proofErr w:type="spellEnd"/>
      <w:r w:rsidRPr="00712DB1">
        <w:rPr>
          <w:lang w:val="en-GB"/>
        </w:rPr>
        <w:t xml:space="preserve"> u </w:t>
      </w:r>
      <w:proofErr w:type="spellStart"/>
      <w:r w:rsidRPr="00712DB1">
        <w:rPr>
          <w:lang w:val="en-GB"/>
        </w:rPr>
        <w:t>informacionom</w:t>
      </w:r>
      <w:proofErr w:type="spellEnd"/>
      <w:r w:rsidRPr="00712DB1">
        <w:rPr>
          <w:lang w:val="en-GB"/>
        </w:rPr>
        <w:t xml:space="preserve"> </w:t>
      </w:r>
      <w:proofErr w:type="spellStart"/>
      <w:r w:rsidRPr="00712DB1">
        <w:rPr>
          <w:lang w:val="en-GB"/>
        </w:rPr>
        <w:t>sistemu</w:t>
      </w:r>
      <w:proofErr w:type="spellEnd"/>
      <w:r w:rsidRPr="00712DB1">
        <w:rPr>
          <w:lang w:val="en-GB"/>
        </w:rPr>
        <w:t xml:space="preserve"> </w:t>
      </w:r>
      <w:proofErr w:type="spellStart"/>
      <w:r w:rsidRPr="00712DB1">
        <w:rPr>
          <w:lang w:val="en-GB"/>
        </w:rPr>
        <w:t>otvara</w:t>
      </w:r>
      <w:proofErr w:type="spellEnd"/>
      <w:r w:rsidRPr="00712DB1">
        <w:rPr>
          <w:lang w:val="en-GB"/>
        </w:rPr>
        <w:t xml:space="preserve"> </w:t>
      </w:r>
      <w:proofErr w:type="spellStart"/>
      <w:r w:rsidRPr="00712DB1">
        <w:rPr>
          <w:lang w:val="en-GB"/>
        </w:rPr>
        <w:t>najavljenu</w:t>
      </w:r>
      <w:proofErr w:type="spellEnd"/>
      <w:r w:rsidRPr="00712DB1">
        <w:rPr>
          <w:lang w:val="en-GB"/>
        </w:rPr>
        <w:t xml:space="preserve"> </w:t>
      </w:r>
      <w:proofErr w:type="spellStart"/>
      <w:r w:rsidRPr="00712DB1">
        <w:rPr>
          <w:lang w:val="en-GB"/>
        </w:rPr>
        <w:t>isporuku</w:t>
      </w:r>
      <w:proofErr w:type="spellEnd"/>
      <w:r w:rsidRPr="00712DB1">
        <w:rPr>
          <w:lang w:val="en-GB"/>
        </w:rPr>
        <w:t xml:space="preserve"> (</w:t>
      </w:r>
      <w:proofErr w:type="spellStart"/>
      <w:r w:rsidRPr="00712DB1">
        <w:rPr>
          <w:lang w:val="en-GB"/>
        </w:rPr>
        <w:t>otpremnicu</w:t>
      </w:r>
      <w:proofErr w:type="spellEnd"/>
      <w:r w:rsidRPr="00712DB1">
        <w:rPr>
          <w:lang w:val="en-GB"/>
        </w:rPr>
        <w:t xml:space="preserve">) </w:t>
      </w:r>
      <w:proofErr w:type="spellStart"/>
      <w:r w:rsidRPr="00712DB1">
        <w:rPr>
          <w:lang w:val="en-GB"/>
        </w:rPr>
        <w:t>i</w:t>
      </w:r>
      <w:proofErr w:type="spellEnd"/>
      <w:r w:rsidRPr="00712DB1">
        <w:rPr>
          <w:lang w:val="en-GB"/>
        </w:rPr>
        <w:t xml:space="preserve"> za </w:t>
      </w:r>
      <w:proofErr w:type="spellStart"/>
      <w:r w:rsidRPr="00712DB1">
        <w:rPr>
          <w:lang w:val="en-GB"/>
        </w:rPr>
        <w:t>svaki</w:t>
      </w:r>
      <w:proofErr w:type="spellEnd"/>
      <w:r w:rsidRPr="00712DB1">
        <w:rPr>
          <w:lang w:val="en-GB"/>
        </w:rPr>
        <w:t xml:space="preserve"> </w:t>
      </w:r>
      <w:proofErr w:type="spellStart"/>
      <w:r w:rsidRPr="00712DB1">
        <w:rPr>
          <w:lang w:val="en-GB"/>
        </w:rPr>
        <w:t>kanister</w:t>
      </w:r>
      <w:proofErr w:type="spellEnd"/>
      <w:r w:rsidRPr="00712DB1">
        <w:rPr>
          <w:lang w:val="en-GB"/>
        </w:rPr>
        <w:t>:</w:t>
      </w:r>
    </w:p>
    <w:p w14:paraId="06409F4A" w14:textId="3BC4F5C7" w:rsidR="00976D49" w:rsidRPr="00712DB1" w:rsidRDefault="0029565A" w:rsidP="00976D49">
      <w:pPr>
        <w:numPr>
          <w:ilvl w:val="0"/>
          <w:numId w:val="45"/>
        </w:numPr>
        <w:jc w:val="both"/>
        <w:rPr>
          <w:lang w:val="en-GB"/>
        </w:rPr>
      </w:pPr>
      <w:proofErr w:type="spellStart"/>
      <w:r w:rsidRPr="00712DB1">
        <w:rPr>
          <w:lang w:val="en-GB"/>
        </w:rPr>
        <w:t>S</w:t>
      </w:r>
      <w:r w:rsidR="00976D49" w:rsidRPr="00712DB1">
        <w:rPr>
          <w:lang w:val="en-GB"/>
        </w:rPr>
        <w:t>kenira</w:t>
      </w:r>
      <w:proofErr w:type="spellEnd"/>
      <w:r w:rsidR="00976D49" w:rsidRPr="00712DB1">
        <w:rPr>
          <w:lang w:val="en-GB"/>
        </w:rPr>
        <w:t xml:space="preserve"> QR </w:t>
      </w:r>
      <w:proofErr w:type="spellStart"/>
      <w:r w:rsidR="00976D49" w:rsidRPr="00712DB1">
        <w:rPr>
          <w:lang w:val="en-GB"/>
        </w:rPr>
        <w:t>kod</w:t>
      </w:r>
      <w:proofErr w:type="spellEnd"/>
      <w:r w:rsidR="00976D49" w:rsidRPr="00712DB1">
        <w:rPr>
          <w:lang w:val="en-GB"/>
        </w:rPr>
        <w:t xml:space="preserve"> </w:t>
      </w:r>
      <w:proofErr w:type="spellStart"/>
      <w:r w:rsidR="00976D49" w:rsidRPr="00712DB1">
        <w:rPr>
          <w:lang w:val="en-GB"/>
        </w:rPr>
        <w:t>sa</w:t>
      </w:r>
      <w:proofErr w:type="spellEnd"/>
      <w:r w:rsidR="00976D49" w:rsidRPr="00712DB1">
        <w:rPr>
          <w:lang w:val="en-GB"/>
        </w:rPr>
        <w:t xml:space="preserve"> </w:t>
      </w:r>
      <w:proofErr w:type="spellStart"/>
      <w:r w:rsidR="00976D49" w:rsidRPr="00712DB1">
        <w:rPr>
          <w:lang w:val="en-GB"/>
        </w:rPr>
        <w:t>etikete</w:t>
      </w:r>
      <w:proofErr w:type="spellEnd"/>
      <w:r w:rsidR="00976D49" w:rsidRPr="00712DB1">
        <w:rPr>
          <w:lang w:val="en-GB"/>
        </w:rPr>
        <w:t xml:space="preserve"> </w:t>
      </w:r>
      <w:proofErr w:type="spellStart"/>
      <w:r w:rsidR="00976D49" w:rsidRPr="00712DB1">
        <w:rPr>
          <w:lang w:val="en-GB"/>
        </w:rPr>
        <w:t>kanistera</w:t>
      </w:r>
      <w:proofErr w:type="spellEnd"/>
      <w:r w:rsidR="00976D49" w:rsidRPr="00712DB1">
        <w:rPr>
          <w:lang w:val="en-GB"/>
        </w:rPr>
        <w:t xml:space="preserve">, </w:t>
      </w:r>
      <w:proofErr w:type="spellStart"/>
      <w:r w:rsidR="00976D49" w:rsidRPr="00712DB1">
        <w:rPr>
          <w:lang w:val="en-GB"/>
        </w:rPr>
        <w:t>čime</w:t>
      </w:r>
      <w:proofErr w:type="spellEnd"/>
      <w:r w:rsidR="00976D49" w:rsidRPr="00712DB1">
        <w:rPr>
          <w:lang w:val="en-GB"/>
        </w:rPr>
        <w:t xml:space="preserve"> se </w:t>
      </w:r>
      <w:proofErr w:type="spellStart"/>
      <w:r w:rsidR="00976D49" w:rsidRPr="00712DB1">
        <w:rPr>
          <w:lang w:val="en-GB"/>
        </w:rPr>
        <w:t>kanister</w:t>
      </w:r>
      <w:proofErr w:type="spellEnd"/>
      <w:r w:rsidR="00976D49" w:rsidRPr="00712DB1">
        <w:rPr>
          <w:lang w:val="en-GB"/>
        </w:rPr>
        <w:t xml:space="preserve"> </w:t>
      </w:r>
      <w:proofErr w:type="spellStart"/>
      <w:r w:rsidR="00976D49" w:rsidRPr="00712DB1">
        <w:rPr>
          <w:lang w:val="en-GB"/>
        </w:rPr>
        <w:t>jednoznačno</w:t>
      </w:r>
      <w:proofErr w:type="spellEnd"/>
      <w:r w:rsidR="00976D49" w:rsidRPr="00712DB1">
        <w:rPr>
          <w:lang w:val="en-GB"/>
        </w:rPr>
        <w:t xml:space="preserve"> </w:t>
      </w:r>
      <w:proofErr w:type="spellStart"/>
      <w:r w:rsidR="00976D49" w:rsidRPr="00712DB1">
        <w:rPr>
          <w:lang w:val="en-GB"/>
        </w:rPr>
        <w:t>identifikuje</w:t>
      </w:r>
      <w:proofErr w:type="spellEnd"/>
      <w:r w:rsidR="00976D49" w:rsidRPr="00712DB1">
        <w:rPr>
          <w:lang w:val="en-GB"/>
        </w:rPr>
        <w:t xml:space="preserve"> </w:t>
      </w:r>
      <w:proofErr w:type="spellStart"/>
      <w:r w:rsidR="00976D49" w:rsidRPr="00712DB1">
        <w:rPr>
          <w:lang w:val="en-GB"/>
        </w:rPr>
        <w:t>i</w:t>
      </w:r>
      <w:proofErr w:type="spellEnd"/>
      <w:r w:rsidR="00976D49" w:rsidRPr="00712DB1">
        <w:rPr>
          <w:lang w:val="en-GB"/>
        </w:rPr>
        <w:t xml:space="preserve"> </w:t>
      </w:r>
      <w:proofErr w:type="spellStart"/>
      <w:r w:rsidR="00976D49" w:rsidRPr="00712DB1">
        <w:rPr>
          <w:lang w:val="en-GB"/>
        </w:rPr>
        <w:t>povezuje</w:t>
      </w:r>
      <w:proofErr w:type="spellEnd"/>
      <w:r w:rsidR="00976D49" w:rsidRPr="00712DB1">
        <w:rPr>
          <w:lang w:val="en-GB"/>
        </w:rPr>
        <w:t xml:space="preserve"> </w:t>
      </w:r>
      <w:proofErr w:type="spellStart"/>
      <w:r w:rsidR="00976D49" w:rsidRPr="00712DB1">
        <w:rPr>
          <w:lang w:val="en-GB"/>
        </w:rPr>
        <w:t>sa</w:t>
      </w:r>
      <w:proofErr w:type="spellEnd"/>
      <w:r w:rsidR="00976D49" w:rsidRPr="00712DB1">
        <w:rPr>
          <w:lang w:val="en-GB"/>
        </w:rPr>
        <w:t xml:space="preserve"> </w:t>
      </w:r>
      <w:proofErr w:type="spellStart"/>
      <w:r w:rsidR="00976D49" w:rsidRPr="00712DB1">
        <w:rPr>
          <w:lang w:val="en-GB"/>
        </w:rPr>
        <w:t>najavljenom</w:t>
      </w:r>
      <w:proofErr w:type="spellEnd"/>
      <w:r w:rsidR="00976D49" w:rsidRPr="00712DB1">
        <w:rPr>
          <w:lang w:val="en-GB"/>
        </w:rPr>
        <w:t xml:space="preserve"> </w:t>
      </w:r>
      <w:proofErr w:type="spellStart"/>
      <w:r w:rsidR="00976D49" w:rsidRPr="00712DB1">
        <w:rPr>
          <w:lang w:val="en-GB"/>
        </w:rPr>
        <w:t>isporukom</w:t>
      </w:r>
      <w:proofErr w:type="spellEnd"/>
      <w:r w:rsidR="00976D49" w:rsidRPr="00712DB1">
        <w:rPr>
          <w:lang w:val="en-GB"/>
        </w:rPr>
        <w:t>;</w:t>
      </w:r>
    </w:p>
    <w:p w14:paraId="782B8CFB" w14:textId="01E79CBC" w:rsidR="00976D49" w:rsidRPr="00712DB1" w:rsidRDefault="0029565A" w:rsidP="00976D49">
      <w:pPr>
        <w:numPr>
          <w:ilvl w:val="0"/>
          <w:numId w:val="45"/>
        </w:numPr>
        <w:jc w:val="both"/>
        <w:rPr>
          <w:lang w:val="en-GB"/>
        </w:rPr>
      </w:pPr>
      <w:proofErr w:type="spellStart"/>
      <w:r w:rsidRPr="00712DB1">
        <w:rPr>
          <w:lang w:val="en-GB"/>
        </w:rPr>
        <w:t>P</w:t>
      </w:r>
      <w:r w:rsidR="00976D49" w:rsidRPr="00712DB1">
        <w:rPr>
          <w:lang w:val="en-GB"/>
        </w:rPr>
        <w:t>rovjerava</w:t>
      </w:r>
      <w:proofErr w:type="spellEnd"/>
      <w:r w:rsidR="00976D49" w:rsidRPr="00712DB1">
        <w:rPr>
          <w:lang w:val="en-GB"/>
        </w:rPr>
        <w:t> </w:t>
      </w:r>
      <w:proofErr w:type="spellStart"/>
      <w:r w:rsidR="00976D49" w:rsidRPr="00712DB1">
        <w:rPr>
          <w:lang w:val="en-GB"/>
        </w:rPr>
        <w:t>cjelovitost</w:t>
      </w:r>
      <w:proofErr w:type="spellEnd"/>
      <w:r w:rsidR="00976D49" w:rsidRPr="00712DB1">
        <w:rPr>
          <w:lang w:val="en-GB"/>
        </w:rPr>
        <w:t xml:space="preserve"> </w:t>
      </w:r>
      <w:proofErr w:type="spellStart"/>
      <w:r w:rsidR="00976D49" w:rsidRPr="00712DB1">
        <w:rPr>
          <w:lang w:val="en-GB"/>
        </w:rPr>
        <w:t>i</w:t>
      </w:r>
      <w:proofErr w:type="spellEnd"/>
      <w:r w:rsidR="00976D49" w:rsidRPr="00712DB1">
        <w:rPr>
          <w:lang w:val="en-GB"/>
        </w:rPr>
        <w:t xml:space="preserve"> </w:t>
      </w:r>
      <w:proofErr w:type="spellStart"/>
      <w:r w:rsidR="00976D49" w:rsidRPr="00712DB1">
        <w:rPr>
          <w:lang w:val="en-GB"/>
        </w:rPr>
        <w:t>broj</w:t>
      </w:r>
      <w:proofErr w:type="spellEnd"/>
      <w:r w:rsidR="00976D49" w:rsidRPr="00712DB1">
        <w:rPr>
          <w:lang w:val="en-GB"/>
        </w:rPr>
        <w:t xml:space="preserve"> </w:t>
      </w:r>
      <w:proofErr w:type="spellStart"/>
      <w:r w:rsidR="00976D49" w:rsidRPr="00712DB1">
        <w:rPr>
          <w:lang w:val="en-GB"/>
        </w:rPr>
        <w:t>plombe</w:t>
      </w:r>
      <w:proofErr w:type="spellEnd"/>
      <w:r w:rsidR="00976D49" w:rsidRPr="00712DB1">
        <w:rPr>
          <w:lang w:val="en-GB"/>
        </w:rPr>
        <w:t> </w:t>
      </w:r>
      <w:proofErr w:type="spellStart"/>
      <w:r w:rsidR="00976D49" w:rsidRPr="00712DB1">
        <w:rPr>
          <w:lang w:val="en-GB"/>
        </w:rPr>
        <w:t>kanistera</w:t>
      </w:r>
      <w:proofErr w:type="spellEnd"/>
      <w:r w:rsidR="00976D49" w:rsidRPr="00712DB1">
        <w:rPr>
          <w:lang w:val="en-GB"/>
        </w:rPr>
        <w:t xml:space="preserve"> </w:t>
      </w:r>
      <w:proofErr w:type="spellStart"/>
      <w:r w:rsidR="00976D49" w:rsidRPr="00712DB1">
        <w:rPr>
          <w:lang w:val="en-GB"/>
        </w:rPr>
        <w:t>i</w:t>
      </w:r>
      <w:proofErr w:type="spellEnd"/>
      <w:r w:rsidR="00976D49" w:rsidRPr="00712DB1">
        <w:rPr>
          <w:lang w:val="en-GB"/>
        </w:rPr>
        <w:t xml:space="preserve"> </w:t>
      </w:r>
      <w:proofErr w:type="spellStart"/>
      <w:r w:rsidR="00976D49" w:rsidRPr="00712DB1">
        <w:rPr>
          <w:lang w:val="en-GB"/>
        </w:rPr>
        <w:t>potvrđuje</w:t>
      </w:r>
      <w:proofErr w:type="spellEnd"/>
      <w:r w:rsidR="00976D49" w:rsidRPr="00712DB1">
        <w:rPr>
          <w:lang w:val="en-GB"/>
        </w:rPr>
        <w:t xml:space="preserve"> ga u </w:t>
      </w:r>
      <w:proofErr w:type="spellStart"/>
      <w:r w:rsidR="00976D49" w:rsidRPr="00712DB1">
        <w:rPr>
          <w:lang w:val="en-GB"/>
        </w:rPr>
        <w:t>sistemu</w:t>
      </w:r>
      <w:proofErr w:type="spellEnd"/>
      <w:r w:rsidR="00976D49" w:rsidRPr="00712DB1">
        <w:rPr>
          <w:lang w:val="en-GB"/>
        </w:rPr>
        <w:t xml:space="preserve"> (</w:t>
      </w:r>
      <w:proofErr w:type="spellStart"/>
      <w:r w:rsidR="00976D49" w:rsidRPr="00712DB1">
        <w:rPr>
          <w:lang w:val="en-GB"/>
        </w:rPr>
        <w:t>odstupanje</w:t>
      </w:r>
      <w:proofErr w:type="spellEnd"/>
      <w:r w:rsidR="00976D49" w:rsidRPr="00712DB1">
        <w:rPr>
          <w:lang w:val="en-GB"/>
        </w:rPr>
        <w:t xml:space="preserve"> </w:t>
      </w:r>
      <w:proofErr w:type="spellStart"/>
      <w:r w:rsidR="00976D49" w:rsidRPr="00712DB1">
        <w:rPr>
          <w:lang w:val="en-GB"/>
        </w:rPr>
        <w:t>broja</w:t>
      </w:r>
      <w:proofErr w:type="spellEnd"/>
      <w:r w:rsidR="00976D49" w:rsidRPr="00712DB1">
        <w:rPr>
          <w:lang w:val="en-GB"/>
        </w:rPr>
        <w:t xml:space="preserve"> </w:t>
      </w:r>
      <w:proofErr w:type="spellStart"/>
      <w:r w:rsidR="00976D49" w:rsidRPr="00712DB1">
        <w:rPr>
          <w:lang w:val="en-GB"/>
        </w:rPr>
        <w:t>ili</w:t>
      </w:r>
      <w:proofErr w:type="spellEnd"/>
      <w:r w:rsidR="00976D49" w:rsidRPr="00712DB1">
        <w:rPr>
          <w:lang w:val="en-GB"/>
        </w:rPr>
        <w:t xml:space="preserve"> </w:t>
      </w:r>
      <w:proofErr w:type="spellStart"/>
      <w:r w:rsidR="00976D49" w:rsidRPr="00712DB1">
        <w:rPr>
          <w:lang w:val="en-GB"/>
        </w:rPr>
        <w:t>oštećenje</w:t>
      </w:r>
      <w:proofErr w:type="spellEnd"/>
      <w:r w:rsidR="00976D49" w:rsidRPr="00712DB1">
        <w:rPr>
          <w:lang w:val="en-GB"/>
        </w:rPr>
        <w:t xml:space="preserve"> </w:t>
      </w:r>
      <w:proofErr w:type="spellStart"/>
      <w:r w:rsidR="00976D49" w:rsidRPr="00712DB1">
        <w:rPr>
          <w:lang w:val="en-GB"/>
        </w:rPr>
        <w:t>plombe</w:t>
      </w:r>
      <w:proofErr w:type="spellEnd"/>
      <w:r w:rsidR="00976D49" w:rsidRPr="00712DB1">
        <w:rPr>
          <w:lang w:val="en-GB"/>
        </w:rPr>
        <w:t xml:space="preserve"> </w:t>
      </w:r>
      <w:proofErr w:type="spellStart"/>
      <w:r w:rsidR="00976D49" w:rsidRPr="00712DB1">
        <w:rPr>
          <w:lang w:val="en-GB"/>
        </w:rPr>
        <w:t>evidentira</w:t>
      </w:r>
      <w:proofErr w:type="spellEnd"/>
      <w:r w:rsidR="00976D49" w:rsidRPr="00712DB1">
        <w:rPr>
          <w:lang w:val="en-GB"/>
        </w:rPr>
        <w:t xml:space="preserve"> se </w:t>
      </w:r>
      <w:proofErr w:type="spellStart"/>
      <w:r w:rsidR="00976D49" w:rsidRPr="00712DB1">
        <w:rPr>
          <w:lang w:val="en-GB"/>
        </w:rPr>
        <w:t>kao</w:t>
      </w:r>
      <w:proofErr w:type="spellEnd"/>
      <w:r w:rsidR="00976D49" w:rsidRPr="00712DB1">
        <w:rPr>
          <w:lang w:val="en-GB"/>
        </w:rPr>
        <w:t xml:space="preserve"> </w:t>
      </w:r>
      <w:proofErr w:type="spellStart"/>
      <w:r w:rsidR="00976D49" w:rsidRPr="00712DB1">
        <w:rPr>
          <w:lang w:val="en-GB"/>
        </w:rPr>
        <w:t>izuzetak</w:t>
      </w:r>
      <w:proofErr w:type="spellEnd"/>
      <w:r w:rsidR="00976D49" w:rsidRPr="00712DB1">
        <w:rPr>
          <w:lang w:val="en-GB"/>
        </w:rPr>
        <w:t>);</w:t>
      </w:r>
    </w:p>
    <w:p w14:paraId="39CC74BE" w14:textId="1EB679F9" w:rsidR="00976D49" w:rsidRPr="00712DB1" w:rsidRDefault="00B23FAB" w:rsidP="00976D49">
      <w:pPr>
        <w:numPr>
          <w:ilvl w:val="0"/>
          <w:numId w:val="45"/>
        </w:numPr>
        <w:jc w:val="both"/>
        <w:rPr>
          <w:lang w:val="en-GB"/>
        </w:rPr>
      </w:pPr>
      <w:proofErr w:type="spellStart"/>
      <w:r w:rsidRPr="00712DB1">
        <w:rPr>
          <w:lang w:val="en-GB"/>
        </w:rPr>
        <w:t>M</w:t>
      </w:r>
      <w:r w:rsidR="00976D49" w:rsidRPr="00712DB1">
        <w:rPr>
          <w:lang w:val="en-GB"/>
        </w:rPr>
        <w:t>jeri</w:t>
      </w:r>
      <w:proofErr w:type="spellEnd"/>
      <w:r w:rsidR="00976D49" w:rsidRPr="00712DB1">
        <w:rPr>
          <w:lang w:val="en-GB"/>
        </w:rPr>
        <w:t xml:space="preserve"> </w:t>
      </w:r>
      <w:proofErr w:type="spellStart"/>
      <w:r w:rsidR="00E74709">
        <w:rPr>
          <w:lang w:val="en-GB"/>
        </w:rPr>
        <w:t>masu</w:t>
      </w:r>
      <w:proofErr w:type="spellEnd"/>
      <w:r w:rsidR="00E74709">
        <w:rPr>
          <w:lang w:val="en-GB"/>
        </w:rPr>
        <w:t xml:space="preserve"> </w:t>
      </w:r>
      <w:proofErr w:type="spellStart"/>
      <w:r w:rsidR="00976D49" w:rsidRPr="00712DB1">
        <w:rPr>
          <w:lang w:val="en-GB"/>
        </w:rPr>
        <w:t>kanister</w:t>
      </w:r>
      <w:r w:rsidR="00E74709">
        <w:rPr>
          <w:lang w:val="en-GB"/>
        </w:rPr>
        <w:t>a</w:t>
      </w:r>
      <w:proofErr w:type="spellEnd"/>
      <w:r w:rsidR="00976D49" w:rsidRPr="00712DB1">
        <w:rPr>
          <w:lang w:val="en-GB"/>
        </w:rPr>
        <w:t xml:space="preserve"> </w:t>
      </w:r>
      <w:proofErr w:type="spellStart"/>
      <w:r w:rsidR="00976D49" w:rsidRPr="00712DB1">
        <w:rPr>
          <w:lang w:val="en-GB"/>
        </w:rPr>
        <w:t>na</w:t>
      </w:r>
      <w:proofErr w:type="spellEnd"/>
      <w:r w:rsidR="00976D49" w:rsidRPr="00712DB1">
        <w:rPr>
          <w:lang w:val="en-GB"/>
        </w:rPr>
        <w:t xml:space="preserve"> </w:t>
      </w:r>
      <w:proofErr w:type="spellStart"/>
      <w:r w:rsidR="00E74709">
        <w:rPr>
          <w:lang w:val="en-GB"/>
        </w:rPr>
        <w:t>kalibrisanoj</w:t>
      </w:r>
      <w:proofErr w:type="spellEnd"/>
      <w:r w:rsidR="00E74709">
        <w:rPr>
          <w:lang w:val="en-GB"/>
        </w:rPr>
        <w:t xml:space="preserve"> </w:t>
      </w:r>
      <w:proofErr w:type="spellStart"/>
      <w:r w:rsidR="00976D49" w:rsidRPr="00712DB1">
        <w:rPr>
          <w:lang w:val="en-GB"/>
        </w:rPr>
        <w:t>elektronskoj</w:t>
      </w:r>
      <w:proofErr w:type="spellEnd"/>
      <w:r w:rsidR="00976D49" w:rsidRPr="00712DB1">
        <w:rPr>
          <w:lang w:val="en-GB"/>
        </w:rPr>
        <w:t xml:space="preserve"> </w:t>
      </w:r>
      <w:proofErr w:type="spellStart"/>
      <w:r w:rsidR="00976D49" w:rsidRPr="00712DB1">
        <w:rPr>
          <w:lang w:val="en-GB"/>
        </w:rPr>
        <w:t>vagi</w:t>
      </w:r>
      <w:proofErr w:type="spellEnd"/>
      <w:r w:rsidR="00976D49" w:rsidRPr="00712DB1">
        <w:rPr>
          <w:lang w:val="en-GB"/>
        </w:rPr>
        <w:t xml:space="preserve"> </w:t>
      </w:r>
      <w:proofErr w:type="spellStart"/>
      <w:r w:rsidR="00E74709">
        <w:rPr>
          <w:lang w:val="en-GB"/>
        </w:rPr>
        <w:t>sa</w:t>
      </w:r>
      <w:proofErr w:type="spellEnd"/>
      <w:r w:rsidR="00E74709">
        <w:rPr>
          <w:lang w:val="en-GB"/>
        </w:rPr>
        <w:t xml:space="preserve"> </w:t>
      </w:r>
      <w:proofErr w:type="spellStart"/>
      <w:r w:rsidR="00E74709">
        <w:rPr>
          <w:lang w:val="en-GB"/>
        </w:rPr>
        <w:t>rezolucijom</w:t>
      </w:r>
      <w:proofErr w:type="spellEnd"/>
      <w:r w:rsidR="00E74709">
        <w:rPr>
          <w:lang w:val="en-GB"/>
        </w:rPr>
        <w:t xml:space="preserve"> </w:t>
      </w:r>
      <w:proofErr w:type="spellStart"/>
      <w:r w:rsidR="00976D49" w:rsidRPr="00712DB1">
        <w:rPr>
          <w:lang w:val="en-GB"/>
        </w:rPr>
        <w:t>očita</w:t>
      </w:r>
      <w:r w:rsidR="008012B4" w:rsidRPr="00712DB1">
        <w:rPr>
          <w:lang w:val="en-GB"/>
        </w:rPr>
        <w:t>va</w:t>
      </w:r>
      <w:r w:rsidR="00976D49" w:rsidRPr="00712DB1">
        <w:rPr>
          <w:lang w:val="en-GB"/>
        </w:rPr>
        <w:t>nj</w:t>
      </w:r>
      <w:r w:rsidR="00E74709">
        <w:rPr>
          <w:lang w:val="en-GB"/>
        </w:rPr>
        <w:t>a</w:t>
      </w:r>
      <w:proofErr w:type="spellEnd"/>
      <w:r w:rsidR="00E74709">
        <w:rPr>
          <w:lang w:val="en-GB"/>
        </w:rPr>
        <w:t xml:space="preserve"> od</w:t>
      </w:r>
      <w:r w:rsidR="00976D49" w:rsidRPr="00712DB1">
        <w:rPr>
          <w:lang w:val="en-GB"/>
        </w:rPr>
        <w:t xml:space="preserve"> 1 g; </w:t>
      </w:r>
      <w:proofErr w:type="spellStart"/>
      <w:r w:rsidR="00976D49" w:rsidRPr="00712DB1">
        <w:rPr>
          <w:lang w:val="en-GB"/>
        </w:rPr>
        <w:t>izmjerena</w:t>
      </w:r>
      <w:proofErr w:type="spellEnd"/>
      <w:r w:rsidR="00976D49" w:rsidRPr="00712DB1">
        <w:rPr>
          <w:lang w:val="en-GB"/>
        </w:rPr>
        <w:t xml:space="preserve"> masa se </w:t>
      </w:r>
      <w:proofErr w:type="spellStart"/>
      <w:r w:rsidR="00976D49" w:rsidRPr="00712DB1">
        <w:rPr>
          <w:lang w:val="en-GB"/>
        </w:rPr>
        <w:t>automatski</w:t>
      </w:r>
      <w:proofErr w:type="spellEnd"/>
      <w:r w:rsidR="00976D49" w:rsidRPr="00712DB1">
        <w:rPr>
          <w:lang w:val="en-GB"/>
        </w:rPr>
        <w:t xml:space="preserve"> </w:t>
      </w:r>
      <w:proofErr w:type="spellStart"/>
      <w:r w:rsidR="00976D49" w:rsidRPr="00712DB1">
        <w:rPr>
          <w:lang w:val="en-GB"/>
        </w:rPr>
        <w:t>preuzima</w:t>
      </w:r>
      <w:proofErr w:type="spellEnd"/>
      <w:r w:rsidR="00976D49" w:rsidRPr="00712DB1">
        <w:rPr>
          <w:lang w:val="en-GB"/>
        </w:rPr>
        <w:t xml:space="preserve"> u </w:t>
      </w:r>
      <w:proofErr w:type="spellStart"/>
      <w:r w:rsidR="00976D49" w:rsidRPr="00712DB1">
        <w:rPr>
          <w:lang w:val="en-GB"/>
        </w:rPr>
        <w:t>informacioni</w:t>
      </w:r>
      <w:proofErr w:type="spellEnd"/>
      <w:r w:rsidR="00976D49" w:rsidRPr="00712DB1">
        <w:rPr>
          <w:lang w:val="en-GB"/>
        </w:rPr>
        <w:t xml:space="preserve"> </w:t>
      </w:r>
      <w:proofErr w:type="spellStart"/>
      <w:r w:rsidR="00976D49" w:rsidRPr="00712DB1">
        <w:rPr>
          <w:lang w:val="en-GB"/>
        </w:rPr>
        <w:t>sistem</w:t>
      </w:r>
      <w:proofErr w:type="spellEnd"/>
      <w:r w:rsidR="00976D49" w:rsidRPr="00712DB1">
        <w:rPr>
          <w:lang w:val="en-GB"/>
        </w:rPr>
        <w:t xml:space="preserve"> </w:t>
      </w:r>
      <w:proofErr w:type="spellStart"/>
      <w:r w:rsidR="00976D49" w:rsidRPr="00712DB1">
        <w:rPr>
          <w:lang w:val="en-GB"/>
        </w:rPr>
        <w:t>i</w:t>
      </w:r>
      <w:proofErr w:type="spellEnd"/>
      <w:r w:rsidR="00976D49" w:rsidRPr="00712DB1">
        <w:rPr>
          <w:lang w:val="en-GB"/>
        </w:rPr>
        <w:t xml:space="preserve"> </w:t>
      </w:r>
      <w:proofErr w:type="spellStart"/>
      <w:r w:rsidR="00976D49" w:rsidRPr="00712DB1">
        <w:rPr>
          <w:lang w:val="en-GB"/>
        </w:rPr>
        <w:t>upoređuje</w:t>
      </w:r>
      <w:proofErr w:type="spellEnd"/>
      <w:r w:rsidR="00976D49" w:rsidRPr="00712DB1">
        <w:rPr>
          <w:lang w:val="en-GB"/>
        </w:rPr>
        <w:t xml:space="preserve"> </w:t>
      </w:r>
      <w:proofErr w:type="spellStart"/>
      <w:r w:rsidR="00976D49" w:rsidRPr="00712DB1">
        <w:rPr>
          <w:lang w:val="en-GB"/>
        </w:rPr>
        <w:t>sa</w:t>
      </w:r>
      <w:proofErr w:type="spellEnd"/>
      <w:r w:rsidR="00976D49" w:rsidRPr="00712DB1">
        <w:rPr>
          <w:lang w:val="en-GB"/>
        </w:rPr>
        <w:t xml:space="preserve"> </w:t>
      </w:r>
      <w:proofErr w:type="spellStart"/>
      <w:r w:rsidR="00976D49" w:rsidRPr="00712DB1">
        <w:rPr>
          <w:lang w:val="en-GB"/>
        </w:rPr>
        <w:t>masom</w:t>
      </w:r>
      <w:proofErr w:type="spellEnd"/>
      <w:r w:rsidR="00976D49" w:rsidRPr="00712DB1">
        <w:rPr>
          <w:lang w:val="en-GB"/>
        </w:rPr>
        <w:t xml:space="preserve"> </w:t>
      </w:r>
      <w:proofErr w:type="spellStart"/>
      <w:r w:rsidR="00976D49" w:rsidRPr="00712DB1">
        <w:rPr>
          <w:lang w:val="en-GB"/>
        </w:rPr>
        <w:t>deklarisanom</w:t>
      </w:r>
      <w:proofErr w:type="spellEnd"/>
      <w:r w:rsidR="00976D49" w:rsidRPr="00712DB1">
        <w:rPr>
          <w:lang w:val="en-GB"/>
        </w:rPr>
        <w:t xml:space="preserve"> </w:t>
      </w:r>
      <w:proofErr w:type="spellStart"/>
      <w:r w:rsidR="00976D49" w:rsidRPr="00712DB1">
        <w:rPr>
          <w:lang w:val="en-GB"/>
        </w:rPr>
        <w:t>prilikom</w:t>
      </w:r>
      <w:proofErr w:type="spellEnd"/>
      <w:r w:rsidR="00976D49" w:rsidRPr="00712DB1">
        <w:rPr>
          <w:lang w:val="en-GB"/>
        </w:rPr>
        <w:t xml:space="preserve"> </w:t>
      </w:r>
      <w:proofErr w:type="spellStart"/>
      <w:r w:rsidR="00976D49" w:rsidRPr="00712DB1">
        <w:rPr>
          <w:lang w:val="en-GB"/>
        </w:rPr>
        <w:t>otpreme</w:t>
      </w:r>
      <w:proofErr w:type="spellEnd"/>
      <w:r w:rsidR="00976D49" w:rsidRPr="00712DB1">
        <w:rPr>
          <w:lang w:val="en-GB"/>
        </w:rPr>
        <w:t>;</w:t>
      </w:r>
    </w:p>
    <w:p w14:paraId="73A764BA" w14:textId="5B817B69" w:rsidR="00976D49" w:rsidRPr="00712DB1" w:rsidRDefault="00B23FAB" w:rsidP="00976D49">
      <w:pPr>
        <w:numPr>
          <w:ilvl w:val="0"/>
          <w:numId w:val="45"/>
        </w:numPr>
        <w:jc w:val="both"/>
        <w:rPr>
          <w:lang w:val="en-GB"/>
        </w:rPr>
      </w:pPr>
      <w:proofErr w:type="spellStart"/>
      <w:r w:rsidRPr="00712DB1">
        <w:rPr>
          <w:lang w:val="en-GB"/>
        </w:rPr>
        <w:t>S</w:t>
      </w:r>
      <w:r w:rsidR="00976D49" w:rsidRPr="00712DB1">
        <w:rPr>
          <w:lang w:val="en-GB"/>
        </w:rPr>
        <w:t>istem</w:t>
      </w:r>
      <w:proofErr w:type="spellEnd"/>
      <w:r w:rsidR="00976D49" w:rsidRPr="00712DB1">
        <w:rPr>
          <w:lang w:val="en-GB"/>
        </w:rPr>
        <w:t xml:space="preserve"> </w:t>
      </w:r>
      <w:proofErr w:type="spellStart"/>
      <w:r w:rsidR="00976D49" w:rsidRPr="00712DB1">
        <w:rPr>
          <w:lang w:val="en-GB"/>
        </w:rPr>
        <w:t>potvrđuje</w:t>
      </w:r>
      <w:proofErr w:type="spellEnd"/>
      <w:r w:rsidR="00976D49" w:rsidRPr="00712DB1">
        <w:rPr>
          <w:lang w:val="en-GB"/>
        </w:rPr>
        <w:t xml:space="preserve"> </w:t>
      </w:r>
      <w:proofErr w:type="spellStart"/>
      <w:r w:rsidR="00976D49" w:rsidRPr="00712DB1">
        <w:rPr>
          <w:lang w:val="en-GB"/>
        </w:rPr>
        <w:t>prijem</w:t>
      </w:r>
      <w:proofErr w:type="spellEnd"/>
      <w:r w:rsidR="00976D49" w:rsidRPr="00712DB1">
        <w:rPr>
          <w:lang w:val="en-GB"/>
        </w:rPr>
        <w:t xml:space="preserve"> </w:t>
      </w:r>
      <w:proofErr w:type="spellStart"/>
      <w:r w:rsidR="00976D49" w:rsidRPr="00712DB1">
        <w:rPr>
          <w:lang w:val="en-GB"/>
        </w:rPr>
        <w:t>kanistera</w:t>
      </w:r>
      <w:proofErr w:type="spellEnd"/>
      <w:r w:rsidR="00976D49" w:rsidRPr="00712DB1">
        <w:rPr>
          <w:lang w:val="en-GB"/>
        </w:rPr>
        <w:t xml:space="preserve"> u </w:t>
      </w:r>
      <w:proofErr w:type="spellStart"/>
      <w:r w:rsidR="00976D49" w:rsidRPr="00712DB1">
        <w:rPr>
          <w:lang w:val="en-GB"/>
        </w:rPr>
        <w:t>zalihe</w:t>
      </w:r>
      <w:proofErr w:type="spellEnd"/>
      <w:r w:rsidR="00976D49" w:rsidRPr="00712DB1">
        <w:rPr>
          <w:lang w:val="en-GB"/>
        </w:rPr>
        <w:t xml:space="preserve"> </w:t>
      </w:r>
      <w:proofErr w:type="spellStart"/>
      <w:r w:rsidR="00976D49" w:rsidRPr="00712DB1">
        <w:rPr>
          <w:lang w:val="en-GB"/>
        </w:rPr>
        <w:t>skladišta</w:t>
      </w:r>
      <w:proofErr w:type="spellEnd"/>
      <w:r w:rsidR="00976D49" w:rsidRPr="00712DB1">
        <w:rPr>
          <w:lang w:val="en-GB"/>
        </w:rPr>
        <w:t xml:space="preserve"> </w:t>
      </w:r>
      <w:proofErr w:type="spellStart"/>
      <w:r w:rsidR="00976D49" w:rsidRPr="00712DB1">
        <w:rPr>
          <w:lang w:val="en-GB"/>
        </w:rPr>
        <w:t>i</w:t>
      </w:r>
      <w:proofErr w:type="spellEnd"/>
      <w:r w:rsidR="00976D49" w:rsidRPr="00712DB1">
        <w:rPr>
          <w:lang w:val="en-GB"/>
        </w:rPr>
        <w:t xml:space="preserve"> </w:t>
      </w:r>
      <w:proofErr w:type="spellStart"/>
      <w:r w:rsidR="00976D49" w:rsidRPr="00712DB1">
        <w:rPr>
          <w:lang w:val="en-GB"/>
        </w:rPr>
        <w:t>trajno</w:t>
      </w:r>
      <w:proofErr w:type="spellEnd"/>
      <w:r w:rsidR="00976D49" w:rsidRPr="00712DB1">
        <w:rPr>
          <w:lang w:val="en-GB"/>
        </w:rPr>
        <w:t xml:space="preserve"> </w:t>
      </w:r>
      <w:proofErr w:type="spellStart"/>
      <w:r w:rsidR="00976D49" w:rsidRPr="00712DB1">
        <w:rPr>
          <w:lang w:val="en-GB"/>
        </w:rPr>
        <w:t>evidentira</w:t>
      </w:r>
      <w:proofErr w:type="spellEnd"/>
      <w:r w:rsidR="00976D49" w:rsidRPr="00712DB1">
        <w:rPr>
          <w:lang w:val="en-GB"/>
        </w:rPr>
        <w:t xml:space="preserve">: datum </w:t>
      </w:r>
      <w:proofErr w:type="spellStart"/>
      <w:r w:rsidR="00976D49" w:rsidRPr="00712DB1">
        <w:rPr>
          <w:lang w:val="en-GB"/>
        </w:rPr>
        <w:t>i</w:t>
      </w:r>
      <w:proofErr w:type="spellEnd"/>
      <w:r w:rsidR="00976D49" w:rsidRPr="00712DB1">
        <w:rPr>
          <w:lang w:val="en-GB"/>
        </w:rPr>
        <w:t xml:space="preserve"> </w:t>
      </w:r>
      <w:proofErr w:type="spellStart"/>
      <w:r w:rsidR="00976D49" w:rsidRPr="00712DB1">
        <w:rPr>
          <w:lang w:val="en-GB"/>
        </w:rPr>
        <w:t>vrijeme</w:t>
      </w:r>
      <w:proofErr w:type="spellEnd"/>
      <w:r w:rsidR="00976D49" w:rsidRPr="00712DB1">
        <w:rPr>
          <w:lang w:val="en-GB"/>
        </w:rPr>
        <w:t xml:space="preserve"> </w:t>
      </w:r>
      <w:proofErr w:type="spellStart"/>
      <w:r w:rsidR="00976D49" w:rsidRPr="00712DB1">
        <w:rPr>
          <w:lang w:val="en-GB"/>
        </w:rPr>
        <w:t>prijema</w:t>
      </w:r>
      <w:proofErr w:type="spellEnd"/>
      <w:r w:rsidR="00976D49" w:rsidRPr="00712DB1">
        <w:rPr>
          <w:lang w:val="en-GB"/>
        </w:rPr>
        <w:t xml:space="preserve">, </w:t>
      </w:r>
      <w:proofErr w:type="spellStart"/>
      <w:r w:rsidR="00976D49" w:rsidRPr="00712DB1">
        <w:rPr>
          <w:lang w:val="en-GB"/>
        </w:rPr>
        <w:t>mjesto</w:t>
      </w:r>
      <w:proofErr w:type="spellEnd"/>
      <w:r w:rsidR="00976D49" w:rsidRPr="00712DB1">
        <w:rPr>
          <w:lang w:val="en-GB"/>
        </w:rPr>
        <w:t xml:space="preserve"> </w:t>
      </w:r>
      <w:proofErr w:type="spellStart"/>
      <w:r w:rsidR="00976D49" w:rsidRPr="00712DB1">
        <w:rPr>
          <w:lang w:val="en-GB"/>
        </w:rPr>
        <w:t>prijema</w:t>
      </w:r>
      <w:proofErr w:type="spellEnd"/>
      <w:r w:rsidR="00976D49" w:rsidRPr="00712DB1">
        <w:rPr>
          <w:lang w:val="en-GB"/>
        </w:rPr>
        <w:t xml:space="preserve">, </w:t>
      </w:r>
      <w:proofErr w:type="spellStart"/>
      <w:r w:rsidR="00976D49" w:rsidRPr="00712DB1">
        <w:rPr>
          <w:lang w:val="en-GB"/>
        </w:rPr>
        <w:t>izmjerenu</w:t>
      </w:r>
      <w:proofErr w:type="spellEnd"/>
      <w:r w:rsidR="00976D49" w:rsidRPr="00712DB1">
        <w:rPr>
          <w:lang w:val="en-GB"/>
        </w:rPr>
        <w:t xml:space="preserve"> </w:t>
      </w:r>
      <w:proofErr w:type="spellStart"/>
      <w:r w:rsidR="00976D49" w:rsidRPr="00712DB1">
        <w:rPr>
          <w:lang w:val="en-GB"/>
        </w:rPr>
        <w:t>masu</w:t>
      </w:r>
      <w:proofErr w:type="spellEnd"/>
      <w:r w:rsidR="00976D49" w:rsidRPr="00712DB1">
        <w:rPr>
          <w:lang w:val="en-GB"/>
        </w:rPr>
        <w:t xml:space="preserve">, </w:t>
      </w:r>
      <w:proofErr w:type="spellStart"/>
      <w:r w:rsidR="00976D49" w:rsidRPr="00712DB1">
        <w:rPr>
          <w:lang w:val="en-GB"/>
        </w:rPr>
        <w:t>broj</w:t>
      </w:r>
      <w:proofErr w:type="spellEnd"/>
      <w:r w:rsidR="00976D49" w:rsidRPr="00712DB1">
        <w:rPr>
          <w:lang w:val="en-GB"/>
        </w:rPr>
        <w:t xml:space="preserve"> </w:t>
      </w:r>
      <w:proofErr w:type="spellStart"/>
      <w:r w:rsidR="00976D49" w:rsidRPr="00712DB1">
        <w:rPr>
          <w:lang w:val="en-GB"/>
        </w:rPr>
        <w:t>plombe</w:t>
      </w:r>
      <w:proofErr w:type="spellEnd"/>
      <w:r w:rsidR="00976D49" w:rsidRPr="00712DB1">
        <w:rPr>
          <w:lang w:val="en-GB"/>
        </w:rPr>
        <w:t xml:space="preserve"> </w:t>
      </w:r>
      <w:proofErr w:type="spellStart"/>
      <w:r w:rsidR="00976D49" w:rsidRPr="00712DB1">
        <w:rPr>
          <w:lang w:val="en-GB"/>
        </w:rPr>
        <w:t>i</w:t>
      </w:r>
      <w:proofErr w:type="spellEnd"/>
      <w:r w:rsidR="00976D49" w:rsidRPr="00712DB1">
        <w:rPr>
          <w:lang w:val="en-GB"/>
        </w:rPr>
        <w:t xml:space="preserve"> </w:t>
      </w:r>
      <w:proofErr w:type="spellStart"/>
      <w:r w:rsidR="00976D49" w:rsidRPr="00712DB1">
        <w:rPr>
          <w:lang w:val="en-GB"/>
        </w:rPr>
        <w:t>identitet</w:t>
      </w:r>
      <w:proofErr w:type="spellEnd"/>
      <w:r w:rsidR="00976D49" w:rsidRPr="00712DB1">
        <w:rPr>
          <w:lang w:val="en-GB"/>
        </w:rPr>
        <w:t xml:space="preserve"> </w:t>
      </w:r>
      <w:proofErr w:type="spellStart"/>
      <w:r w:rsidR="00976D49" w:rsidRPr="00712DB1">
        <w:rPr>
          <w:lang w:val="en-GB"/>
        </w:rPr>
        <w:t>lica</w:t>
      </w:r>
      <w:proofErr w:type="spellEnd"/>
      <w:r w:rsidR="00976D49" w:rsidRPr="00712DB1">
        <w:rPr>
          <w:lang w:val="en-GB"/>
        </w:rPr>
        <w:t xml:space="preserve"> </w:t>
      </w:r>
      <w:proofErr w:type="spellStart"/>
      <w:r w:rsidR="00976D49" w:rsidRPr="00712DB1">
        <w:rPr>
          <w:lang w:val="en-GB"/>
        </w:rPr>
        <w:t>koje</w:t>
      </w:r>
      <w:proofErr w:type="spellEnd"/>
      <w:r w:rsidR="00976D49" w:rsidRPr="00712DB1">
        <w:rPr>
          <w:lang w:val="en-GB"/>
        </w:rPr>
        <w:t xml:space="preserve"> je </w:t>
      </w:r>
      <w:proofErr w:type="spellStart"/>
      <w:r w:rsidR="00976D49" w:rsidRPr="00712DB1">
        <w:rPr>
          <w:lang w:val="en-GB"/>
        </w:rPr>
        <w:t>izvršilo</w:t>
      </w:r>
      <w:proofErr w:type="spellEnd"/>
      <w:r w:rsidR="00976D49" w:rsidRPr="00712DB1">
        <w:rPr>
          <w:lang w:val="en-GB"/>
        </w:rPr>
        <w:t xml:space="preserve"> </w:t>
      </w:r>
      <w:proofErr w:type="spellStart"/>
      <w:r w:rsidR="00976D49" w:rsidRPr="00712DB1">
        <w:rPr>
          <w:lang w:val="en-GB"/>
        </w:rPr>
        <w:t>prijem</w:t>
      </w:r>
      <w:proofErr w:type="spellEnd"/>
      <w:r w:rsidR="00976D49" w:rsidRPr="00712DB1">
        <w:rPr>
          <w:lang w:val="en-GB"/>
        </w:rPr>
        <w:t>.</w:t>
      </w:r>
    </w:p>
    <w:p w14:paraId="77D02D40" w14:textId="77777777" w:rsidR="00976D49" w:rsidRPr="00712DB1" w:rsidRDefault="00976D49" w:rsidP="00976D49">
      <w:pPr>
        <w:jc w:val="both"/>
      </w:pPr>
      <w:proofErr w:type="spellStart"/>
      <w:r w:rsidRPr="00712DB1">
        <w:t>Ukoliko</w:t>
      </w:r>
      <w:proofErr w:type="spellEnd"/>
      <w:r w:rsidRPr="00712DB1">
        <w:t xml:space="preserve"> </w:t>
      </w:r>
      <w:proofErr w:type="spellStart"/>
      <w:r w:rsidRPr="00712DB1">
        <w:t>izmjerena</w:t>
      </w:r>
      <w:proofErr w:type="spellEnd"/>
      <w:r w:rsidRPr="00712DB1">
        <w:t xml:space="preserve"> masa </w:t>
      </w:r>
      <w:proofErr w:type="spellStart"/>
      <w:r w:rsidRPr="00712DB1">
        <w:t>odstupa</w:t>
      </w:r>
      <w:proofErr w:type="spellEnd"/>
      <w:r w:rsidRPr="00712DB1">
        <w:t xml:space="preserve"> od </w:t>
      </w:r>
      <w:proofErr w:type="spellStart"/>
      <w:r w:rsidRPr="00712DB1">
        <w:t>deklarisane</w:t>
      </w:r>
      <w:proofErr w:type="spellEnd"/>
      <w:r w:rsidRPr="00712DB1">
        <w:t xml:space="preserve"> mase </w:t>
      </w:r>
      <w:proofErr w:type="spellStart"/>
      <w:r w:rsidRPr="00712DB1">
        <w:t>izvan</w:t>
      </w:r>
      <w:proofErr w:type="spellEnd"/>
      <w:r w:rsidRPr="00712DB1">
        <w:t xml:space="preserve"> </w:t>
      </w:r>
      <w:proofErr w:type="spellStart"/>
      <w:r w:rsidRPr="00712DB1">
        <w:t>dozvoljenog</w:t>
      </w:r>
      <w:proofErr w:type="spellEnd"/>
      <w:r w:rsidRPr="00712DB1">
        <w:t xml:space="preserve"> </w:t>
      </w:r>
      <w:proofErr w:type="spellStart"/>
      <w:r w:rsidRPr="00712DB1">
        <w:t>odstupanja</w:t>
      </w:r>
      <w:proofErr w:type="spellEnd"/>
      <w:r w:rsidRPr="00712DB1">
        <w:t xml:space="preserve"> </w:t>
      </w:r>
      <w:proofErr w:type="spellStart"/>
      <w:r w:rsidRPr="00712DB1">
        <w:t>utvrđenog</w:t>
      </w:r>
      <w:proofErr w:type="spellEnd"/>
      <w:r w:rsidRPr="00712DB1">
        <w:t xml:space="preserve"> </w:t>
      </w:r>
      <w:proofErr w:type="spellStart"/>
      <w:r w:rsidRPr="00712DB1">
        <w:t>konfiguracijom</w:t>
      </w:r>
      <w:proofErr w:type="spellEnd"/>
      <w:r w:rsidRPr="00712DB1">
        <w:t xml:space="preserve"> </w:t>
      </w:r>
      <w:proofErr w:type="spellStart"/>
      <w:r w:rsidRPr="00712DB1">
        <w:t>sistema</w:t>
      </w:r>
      <w:proofErr w:type="spellEnd"/>
      <w:r w:rsidRPr="00712DB1">
        <w:t xml:space="preserve">, </w:t>
      </w:r>
      <w:proofErr w:type="spellStart"/>
      <w:r w:rsidRPr="00712DB1">
        <w:t>ili</w:t>
      </w:r>
      <w:proofErr w:type="spellEnd"/>
      <w:r w:rsidRPr="00712DB1">
        <w:t xml:space="preserve"> </w:t>
      </w:r>
      <w:proofErr w:type="spellStart"/>
      <w:r w:rsidRPr="00712DB1">
        <w:t>ukoliko</w:t>
      </w:r>
      <w:proofErr w:type="spellEnd"/>
      <w:r w:rsidRPr="00712DB1">
        <w:t xml:space="preserve"> je </w:t>
      </w:r>
      <w:proofErr w:type="spellStart"/>
      <w:r w:rsidRPr="00712DB1">
        <w:t>kanister</w:t>
      </w:r>
      <w:proofErr w:type="spellEnd"/>
      <w:r w:rsidRPr="00712DB1">
        <w:t xml:space="preserve"> </w:t>
      </w:r>
      <w:proofErr w:type="spellStart"/>
      <w:r w:rsidRPr="00712DB1">
        <w:t>fizički</w:t>
      </w:r>
      <w:proofErr w:type="spellEnd"/>
      <w:r w:rsidRPr="00712DB1">
        <w:t xml:space="preserve"> </w:t>
      </w:r>
      <w:proofErr w:type="spellStart"/>
      <w:r w:rsidRPr="00712DB1">
        <w:t>oštećen</w:t>
      </w:r>
      <w:proofErr w:type="spellEnd"/>
      <w:r w:rsidRPr="00712DB1">
        <w:t xml:space="preserve">, </w:t>
      </w:r>
      <w:proofErr w:type="spellStart"/>
      <w:r w:rsidRPr="00712DB1">
        <w:t>kanister</w:t>
      </w:r>
      <w:proofErr w:type="spellEnd"/>
      <w:r w:rsidRPr="00712DB1">
        <w:t xml:space="preserve"> se </w:t>
      </w:r>
      <w:proofErr w:type="spellStart"/>
      <w:r w:rsidRPr="00712DB1">
        <w:t>izdvaja</w:t>
      </w:r>
      <w:proofErr w:type="spellEnd"/>
      <w:r w:rsidRPr="00712DB1">
        <w:t xml:space="preserve"> u </w:t>
      </w:r>
      <w:proofErr w:type="spellStart"/>
      <w:r w:rsidRPr="00712DB1">
        <w:t>karantin</w:t>
      </w:r>
      <w:proofErr w:type="spellEnd"/>
      <w:r w:rsidRPr="00712DB1">
        <w:t xml:space="preserve">, o </w:t>
      </w:r>
      <w:proofErr w:type="spellStart"/>
      <w:r w:rsidRPr="00712DB1">
        <w:t>čemu</w:t>
      </w:r>
      <w:proofErr w:type="spellEnd"/>
      <w:r w:rsidRPr="00712DB1">
        <w:t xml:space="preserve"> se u </w:t>
      </w:r>
      <w:proofErr w:type="spellStart"/>
      <w:r w:rsidRPr="00712DB1">
        <w:t>informacionom</w:t>
      </w:r>
      <w:proofErr w:type="spellEnd"/>
      <w:r w:rsidRPr="00712DB1">
        <w:t xml:space="preserve"> </w:t>
      </w:r>
      <w:proofErr w:type="spellStart"/>
      <w:r w:rsidRPr="00712DB1">
        <w:t>sistemu</w:t>
      </w:r>
      <w:proofErr w:type="spellEnd"/>
      <w:r w:rsidRPr="00712DB1">
        <w:t xml:space="preserve"> </w:t>
      </w:r>
      <w:proofErr w:type="spellStart"/>
      <w:r w:rsidRPr="00712DB1">
        <w:t>evidentira</w:t>
      </w:r>
      <w:proofErr w:type="spellEnd"/>
      <w:r w:rsidRPr="00712DB1">
        <w:t xml:space="preserve"> </w:t>
      </w:r>
      <w:proofErr w:type="spellStart"/>
      <w:r w:rsidRPr="00712DB1">
        <w:t>izuzetak</w:t>
      </w:r>
      <w:proofErr w:type="spellEnd"/>
      <w:r w:rsidRPr="00712DB1">
        <w:t xml:space="preserve"> </w:t>
      </w:r>
      <w:proofErr w:type="spellStart"/>
      <w:r w:rsidRPr="00712DB1">
        <w:t>sa</w:t>
      </w:r>
      <w:proofErr w:type="spellEnd"/>
      <w:r w:rsidRPr="00712DB1">
        <w:t xml:space="preserve"> </w:t>
      </w:r>
      <w:proofErr w:type="spellStart"/>
      <w:r w:rsidRPr="00712DB1">
        <w:t>obrazloženjem</w:t>
      </w:r>
      <w:proofErr w:type="spellEnd"/>
      <w:r w:rsidRPr="00712DB1">
        <w:t xml:space="preserve">, a </w:t>
      </w:r>
      <w:proofErr w:type="spellStart"/>
      <w:r w:rsidRPr="00712DB1">
        <w:t>dalji</w:t>
      </w:r>
      <w:proofErr w:type="spellEnd"/>
      <w:r w:rsidRPr="00712DB1">
        <w:t xml:space="preserve"> </w:t>
      </w:r>
      <w:proofErr w:type="spellStart"/>
      <w:r w:rsidRPr="00712DB1">
        <w:t>postupak</w:t>
      </w:r>
      <w:proofErr w:type="spellEnd"/>
      <w:r w:rsidRPr="00712DB1">
        <w:t xml:space="preserve"> se </w:t>
      </w:r>
      <w:proofErr w:type="spellStart"/>
      <w:r w:rsidRPr="00712DB1">
        <w:t>utvrđuje</w:t>
      </w:r>
      <w:proofErr w:type="spellEnd"/>
      <w:r w:rsidRPr="00712DB1">
        <w:t xml:space="preserve"> </w:t>
      </w:r>
      <w:proofErr w:type="spellStart"/>
      <w:r w:rsidRPr="00712DB1">
        <w:t>posebnom</w:t>
      </w:r>
      <w:proofErr w:type="spellEnd"/>
      <w:r w:rsidRPr="00712DB1">
        <w:t xml:space="preserve"> </w:t>
      </w:r>
      <w:proofErr w:type="spellStart"/>
      <w:r w:rsidRPr="00712DB1">
        <w:t>procedurom</w:t>
      </w:r>
      <w:proofErr w:type="spellEnd"/>
      <w:r w:rsidRPr="00712DB1">
        <w:t>.</w:t>
      </w:r>
    </w:p>
    <w:p w14:paraId="198429D8" w14:textId="0E191F0F" w:rsidR="0036239E" w:rsidRPr="00712DB1" w:rsidRDefault="00033DE2" w:rsidP="00B85AE4">
      <w:pPr>
        <w:jc w:val="both"/>
      </w:pPr>
      <w:r w:rsidRPr="00712DB1">
        <w:t xml:space="preserve">Svi </w:t>
      </w:r>
      <w:proofErr w:type="spellStart"/>
      <w:r w:rsidR="00976D49" w:rsidRPr="00712DB1">
        <w:t>podaci</w:t>
      </w:r>
      <w:proofErr w:type="spellEnd"/>
      <w:r w:rsidR="00976D49" w:rsidRPr="00712DB1">
        <w:t xml:space="preserve"> o </w:t>
      </w:r>
      <w:proofErr w:type="spellStart"/>
      <w:r w:rsidR="00976D49" w:rsidRPr="00712DB1">
        <w:t>prijemu</w:t>
      </w:r>
      <w:proofErr w:type="spellEnd"/>
      <w:r w:rsidR="00976D49" w:rsidRPr="00712DB1">
        <w:t xml:space="preserve"> </w:t>
      </w:r>
      <w:proofErr w:type="spellStart"/>
      <w:r w:rsidR="00976D49" w:rsidRPr="00712DB1">
        <w:t>dostupni</w:t>
      </w:r>
      <w:proofErr w:type="spellEnd"/>
      <w:r w:rsidR="00976D49" w:rsidRPr="00712DB1">
        <w:t xml:space="preserve"> </w:t>
      </w:r>
      <w:proofErr w:type="spellStart"/>
      <w:r w:rsidR="00976D49" w:rsidRPr="00712DB1">
        <w:t>su</w:t>
      </w:r>
      <w:proofErr w:type="spellEnd"/>
      <w:r w:rsidR="00976D49" w:rsidRPr="00712DB1">
        <w:t xml:space="preserve"> </w:t>
      </w:r>
      <w:proofErr w:type="spellStart"/>
      <w:r w:rsidR="00976D49" w:rsidRPr="00712DB1">
        <w:t>nadležnim</w:t>
      </w:r>
      <w:proofErr w:type="spellEnd"/>
      <w:r w:rsidR="00976D49" w:rsidRPr="00712DB1">
        <w:t xml:space="preserve"> </w:t>
      </w:r>
      <w:proofErr w:type="spellStart"/>
      <w:r w:rsidR="00976D49" w:rsidRPr="00712DB1">
        <w:t>organima</w:t>
      </w:r>
      <w:proofErr w:type="spellEnd"/>
      <w:r w:rsidR="00976D49" w:rsidRPr="00712DB1">
        <w:t xml:space="preserve"> </w:t>
      </w:r>
      <w:proofErr w:type="spellStart"/>
      <w:r w:rsidR="00976D49" w:rsidRPr="00712DB1">
        <w:t>na</w:t>
      </w:r>
      <w:proofErr w:type="spellEnd"/>
      <w:r w:rsidR="00976D49" w:rsidRPr="00712DB1">
        <w:t xml:space="preserve"> </w:t>
      </w:r>
      <w:proofErr w:type="spellStart"/>
      <w:r w:rsidR="00976D49" w:rsidRPr="00712DB1">
        <w:t>uvid</w:t>
      </w:r>
      <w:proofErr w:type="spellEnd"/>
      <w:r w:rsidR="00976D49" w:rsidRPr="00712DB1">
        <w:t xml:space="preserve"> </w:t>
      </w:r>
      <w:proofErr w:type="spellStart"/>
      <w:r w:rsidR="00976D49" w:rsidRPr="00712DB1">
        <w:t>putem</w:t>
      </w:r>
      <w:proofErr w:type="spellEnd"/>
      <w:r w:rsidR="00976D49" w:rsidRPr="00712DB1">
        <w:t xml:space="preserve"> </w:t>
      </w:r>
      <w:proofErr w:type="spellStart"/>
      <w:r w:rsidR="00976D49" w:rsidRPr="00712DB1">
        <w:t>izvještaja</w:t>
      </w:r>
      <w:proofErr w:type="spellEnd"/>
      <w:r w:rsidR="00976D49" w:rsidRPr="00712DB1">
        <w:t xml:space="preserve"> </w:t>
      </w:r>
      <w:proofErr w:type="spellStart"/>
      <w:r w:rsidR="00976D49" w:rsidRPr="00712DB1">
        <w:t>iz</w:t>
      </w:r>
      <w:proofErr w:type="spellEnd"/>
      <w:r w:rsidR="00976D49" w:rsidRPr="00712DB1">
        <w:t xml:space="preserve"> </w:t>
      </w:r>
      <w:proofErr w:type="spellStart"/>
      <w:r w:rsidR="00976D49" w:rsidRPr="00712DB1">
        <w:t>informacionog</w:t>
      </w:r>
      <w:proofErr w:type="spellEnd"/>
      <w:r w:rsidR="00976D49" w:rsidRPr="00712DB1">
        <w:t xml:space="preserve"> </w:t>
      </w:r>
      <w:proofErr w:type="spellStart"/>
      <w:r w:rsidR="00976D49" w:rsidRPr="00712DB1">
        <w:t>sistema</w:t>
      </w:r>
      <w:proofErr w:type="spellEnd"/>
      <w:r w:rsidR="00976D49" w:rsidRPr="00712DB1">
        <w:t>.</w:t>
      </w:r>
    </w:p>
    <w:p w14:paraId="1E0B39B7" w14:textId="075E985C" w:rsidR="00E74709" w:rsidRPr="00E74709" w:rsidRDefault="00E74709" w:rsidP="00E74709">
      <w:pPr>
        <w:jc w:val="both"/>
        <w:rPr>
          <w:lang w:val="en-GB"/>
        </w:rPr>
      </w:pPr>
      <w:proofErr w:type="spellStart"/>
      <w:r w:rsidRPr="00E74709">
        <w:rPr>
          <w:lang w:val="en-GB"/>
        </w:rPr>
        <w:t>Prazni</w:t>
      </w:r>
      <w:proofErr w:type="spellEnd"/>
      <w:r w:rsidRPr="00E74709">
        <w:rPr>
          <w:lang w:val="en-GB"/>
        </w:rPr>
        <w:t xml:space="preserve"> </w:t>
      </w:r>
      <w:proofErr w:type="spellStart"/>
      <w:r w:rsidRPr="00E74709">
        <w:rPr>
          <w:lang w:val="en-GB"/>
        </w:rPr>
        <w:t>kanisteri</w:t>
      </w:r>
      <w:proofErr w:type="spellEnd"/>
      <w:r w:rsidRPr="00E74709">
        <w:rPr>
          <w:lang w:val="en-GB"/>
        </w:rPr>
        <w:t xml:space="preserve">, </w:t>
      </w:r>
      <w:proofErr w:type="spellStart"/>
      <w:r w:rsidRPr="00E74709">
        <w:rPr>
          <w:lang w:val="en-GB"/>
        </w:rPr>
        <w:t>kao</w:t>
      </w:r>
      <w:proofErr w:type="spellEnd"/>
      <w:r w:rsidRPr="00E74709">
        <w:rPr>
          <w:lang w:val="en-GB"/>
        </w:rPr>
        <w:t xml:space="preserve"> </w:t>
      </w:r>
      <w:proofErr w:type="spellStart"/>
      <w:r w:rsidRPr="00E74709">
        <w:rPr>
          <w:lang w:val="en-GB"/>
        </w:rPr>
        <w:t>i</w:t>
      </w:r>
      <w:proofErr w:type="spellEnd"/>
      <w:r w:rsidRPr="00E74709">
        <w:rPr>
          <w:lang w:val="en-GB"/>
        </w:rPr>
        <w:t xml:space="preserve"> </w:t>
      </w:r>
      <w:proofErr w:type="spellStart"/>
      <w:r w:rsidRPr="00E74709">
        <w:rPr>
          <w:lang w:val="en-GB"/>
        </w:rPr>
        <w:t>kanisteri</w:t>
      </w:r>
      <w:proofErr w:type="spellEnd"/>
      <w:r w:rsidRPr="00E74709">
        <w:rPr>
          <w:lang w:val="en-GB"/>
        </w:rPr>
        <w:t xml:space="preserve"> koji </w:t>
      </w:r>
      <w:proofErr w:type="spellStart"/>
      <w:r w:rsidRPr="00E74709">
        <w:rPr>
          <w:lang w:val="en-GB"/>
        </w:rPr>
        <w:t>nijesu</w:t>
      </w:r>
      <w:proofErr w:type="spellEnd"/>
      <w:r w:rsidRPr="00E74709">
        <w:rPr>
          <w:lang w:val="en-GB"/>
        </w:rPr>
        <w:t xml:space="preserve"> </w:t>
      </w:r>
      <w:proofErr w:type="spellStart"/>
      <w:r w:rsidRPr="00E74709">
        <w:rPr>
          <w:lang w:val="en-GB"/>
        </w:rPr>
        <w:t>pogodni</w:t>
      </w:r>
      <w:proofErr w:type="spellEnd"/>
      <w:r w:rsidRPr="00E74709">
        <w:rPr>
          <w:lang w:val="en-GB"/>
        </w:rPr>
        <w:t xml:space="preserve"> za </w:t>
      </w:r>
      <w:proofErr w:type="spellStart"/>
      <w:r w:rsidRPr="00E74709">
        <w:rPr>
          <w:lang w:val="en-GB"/>
        </w:rPr>
        <w:t>dalju</w:t>
      </w:r>
      <w:proofErr w:type="spellEnd"/>
      <w:r w:rsidRPr="00E74709">
        <w:rPr>
          <w:lang w:val="en-GB"/>
        </w:rPr>
        <w:t xml:space="preserve"> </w:t>
      </w:r>
      <w:proofErr w:type="spellStart"/>
      <w:r w:rsidRPr="00E74709">
        <w:rPr>
          <w:lang w:val="en-GB"/>
        </w:rPr>
        <w:t>upotrebu</w:t>
      </w:r>
      <w:proofErr w:type="spellEnd"/>
      <w:r w:rsidRPr="00E74709">
        <w:rPr>
          <w:lang w:val="en-GB"/>
        </w:rPr>
        <w:t xml:space="preserve">, </w:t>
      </w:r>
      <w:proofErr w:type="spellStart"/>
      <w:r w:rsidRPr="00E74709">
        <w:rPr>
          <w:lang w:val="en-GB"/>
        </w:rPr>
        <w:t>smatraju</w:t>
      </w:r>
      <w:proofErr w:type="spellEnd"/>
      <w:r w:rsidRPr="00E74709">
        <w:rPr>
          <w:lang w:val="en-GB"/>
        </w:rPr>
        <w:t xml:space="preserve"> se </w:t>
      </w:r>
      <w:proofErr w:type="spellStart"/>
      <w:r w:rsidRPr="00E74709">
        <w:rPr>
          <w:lang w:val="en-GB"/>
        </w:rPr>
        <w:t>otpadom</w:t>
      </w:r>
      <w:proofErr w:type="spellEnd"/>
      <w:r w:rsidRPr="00E74709">
        <w:rPr>
          <w:lang w:val="en-GB"/>
        </w:rPr>
        <w:t xml:space="preserve">, a </w:t>
      </w:r>
      <w:proofErr w:type="spellStart"/>
      <w:r w:rsidRPr="00E74709">
        <w:rPr>
          <w:lang w:val="en-GB"/>
        </w:rPr>
        <w:t>njihovo</w:t>
      </w:r>
      <w:proofErr w:type="spellEnd"/>
      <w:r w:rsidRPr="00E74709">
        <w:rPr>
          <w:lang w:val="en-GB"/>
        </w:rPr>
        <w:t xml:space="preserve"> </w:t>
      </w:r>
      <w:proofErr w:type="spellStart"/>
      <w:r w:rsidRPr="00E74709">
        <w:rPr>
          <w:lang w:val="en-GB"/>
        </w:rPr>
        <w:t>sakupljanje</w:t>
      </w:r>
      <w:proofErr w:type="spellEnd"/>
      <w:r w:rsidRPr="00E74709">
        <w:rPr>
          <w:lang w:val="en-GB"/>
        </w:rPr>
        <w:t xml:space="preserve">, </w:t>
      </w:r>
      <w:proofErr w:type="spellStart"/>
      <w:r w:rsidRPr="00E74709">
        <w:rPr>
          <w:lang w:val="en-GB"/>
        </w:rPr>
        <w:t>privremeno</w:t>
      </w:r>
      <w:proofErr w:type="spellEnd"/>
      <w:r w:rsidRPr="00E74709">
        <w:rPr>
          <w:lang w:val="en-GB"/>
        </w:rPr>
        <w:t xml:space="preserve"> </w:t>
      </w:r>
      <w:proofErr w:type="spellStart"/>
      <w:r w:rsidRPr="00E74709">
        <w:rPr>
          <w:lang w:val="en-GB"/>
        </w:rPr>
        <w:t>skladištenje</w:t>
      </w:r>
      <w:proofErr w:type="spellEnd"/>
      <w:r w:rsidRPr="00E74709">
        <w:rPr>
          <w:lang w:val="en-GB"/>
        </w:rPr>
        <w:t xml:space="preserve">, transport </w:t>
      </w:r>
      <w:proofErr w:type="spellStart"/>
      <w:r w:rsidRPr="00E74709">
        <w:rPr>
          <w:lang w:val="en-GB"/>
        </w:rPr>
        <w:t>i</w:t>
      </w:r>
      <w:proofErr w:type="spellEnd"/>
      <w:r w:rsidRPr="00E74709">
        <w:rPr>
          <w:lang w:val="en-GB"/>
        </w:rPr>
        <w:t xml:space="preserve"> </w:t>
      </w:r>
      <w:proofErr w:type="spellStart"/>
      <w:r w:rsidRPr="00E74709">
        <w:rPr>
          <w:lang w:val="en-GB"/>
        </w:rPr>
        <w:t>zbrinjavanje</w:t>
      </w:r>
      <w:proofErr w:type="spellEnd"/>
      <w:r w:rsidRPr="00E74709">
        <w:rPr>
          <w:lang w:val="en-GB"/>
        </w:rPr>
        <w:t xml:space="preserve"> </w:t>
      </w:r>
      <w:proofErr w:type="spellStart"/>
      <w:r w:rsidRPr="00E74709">
        <w:rPr>
          <w:lang w:val="en-GB"/>
        </w:rPr>
        <w:t>vrši</w:t>
      </w:r>
      <w:proofErr w:type="spellEnd"/>
      <w:r w:rsidRPr="00E74709">
        <w:rPr>
          <w:lang w:val="en-GB"/>
        </w:rPr>
        <w:t xml:space="preserve"> se u </w:t>
      </w:r>
      <w:proofErr w:type="spellStart"/>
      <w:r w:rsidRPr="00E74709">
        <w:rPr>
          <w:lang w:val="en-GB"/>
        </w:rPr>
        <w:t>skladu</w:t>
      </w:r>
      <w:proofErr w:type="spellEnd"/>
      <w:r w:rsidRPr="00E74709">
        <w:rPr>
          <w:lang w:val="en-GB"/>
        </w:rPr>
        <w:t xml:space="preserve"> </w:t>
      </w:r>
      <w:proofErr w:type="spellStart"/>
      <w:r w:rsidRPr="00E74709">
        <w:rPr>
          <w:lang w:val="en-GB"/>
        </w:rPr>
        <w:t>sa</w:t>
      </w:r>
      <w:proofErr w:type="spellEnd"/>
      <w:r w:rsidRPr="00E74709">
        <w:rPr>
          <w:lang w:val="en-GB"/>
        </w:rPr>
        <w:t xml:space="preserve"> </w:t>
      </w:r>
      <w:proofErr w:type="spellStart"/>
      <w:r w:rsidRPr="00E74709">
        <w:rPr>
          <w:lang w:val="en-GB"/>
        </w:rPr>
        <w:t>propisima</w:t>
      </w:r>
      <w:proofErr w:type="spellEnd"/>
      <w:r w:rsidRPr="00E74709">
        <w:rPr>
          <w:lang w:val="en-GB"/>
        </w:rPr>
        <w:t xml:space="preserve"> </w:t>
      </w:r>
      <w:proofErr w:type="spellStart"/>
      <w:r w:rsidRPr="00E74709">
        <w:rPr>
          <w:lang w:val="en-GB"/>
        </w:rPr>
        <w:t>kojima</w:t>
      </w:r>
      <w:proofErr w:type="spellEnd"/>
      <w:r w:rsidRPr="00E74709">
        <w:rPr>
          <w:lang w:val="en-GB"/>
        </w:rPr>
        <w:t xml:space="preserve"> se </w:t>
      </w:r>
      <w:proofErr w:type="spellStart"/>
      <w:r w:rsidRPr="00E74709">
        <w:rPr>
          <w:lang w:val="en-GB"/>
        </w:rPr>
        <w:t>uređuje</w:t>
      </w:r>
      <w:proofErr w:type="spellEnd"/>
      <w:r w:rsidRPr="00E74709">
        <w:rPr>
          <w:lang w:val="en-GB"/>
        </w:rPr>
        <w:t xml:space="preserve"> </w:t>
      </w:r>
      <w:proofErr w:type="spellStart"/>
      <w:r w:rsidRPr="00E74709">
        <w:rPr>
          <w:lang w:val="en-GB"/>
        </w:rPr>
        <w:t>upravljanje</w:t>
      </w:r>
      <w:proofErr w:type="spellEnd"/>
      <w:r w:rsidRPr="00E74709">
        <w:rPr>
          <w:lang w:val="en-GB"/>
        </w:rPr>
        <w:t xml:space="preserve"> </w:t>
      </w:r>
      <w:proofErr w:type="spellStart"/>
      <w:r w:rsidRPr="00E74709">
        <w:rPr>
          <w:lang w:val="en-GB"/>
        </w:rPr>
        <w:t>otpadom</w:t>
      </w:r>
      <w:proofErr w:type="spellEnd"/>
      <w:r w:rsidRPr="00E74709">
        <w:rPr>
          <w:lang w:val="en-GB"/>
        </w:rPr>
        <w:t xml:space="preserve"> u </w:t>
      </w:r>
      <w:proofErr w:type="spellStart"/>
      <w:r w:rsidRPr="00E74709">
        <w:rPr>
          <w:lang w:val="en-GB"/>
        </w:rPr>
        <w:t>Crnoj</w:t>
      </w:r>
      <w:proofErr w:type="spellEnd"/>
      <w:r w:rsidRPr="00E74709">
        <w:rPr>
          <w:lang w:val="en-GB"/>
        </w:rPr>
        <w:t xml:space="preserve"> Gori.</w:t>
      </w:r>
    </w:p>
    <w:p w14:paraId="474BCF61" w14:textId="26C6B431" w:rsidR="00FF6DCC" w:rsidRPr="00712DB1" w:rsidRDefault="00994057">
      <w:pPr>
        <w:pStyle w:val="Heading1"/>
      </w:pPr>
      <w:bookmarkStart w:id="14" w:name="_Toc239637986"/>
      <w:bookmarkStart w:id="15" w:name="_Toc240964527"/>
      <w:r w:rsidRPr="00712DB1">
        <w:t>7. DISTRIBUCIJA MARKERA</w:t>
      </w:r>
      <w:bookmarkEnd w:id="14"/>
      <w:bookmarkEnd w:id="15"/>
    </w:p>
    <w:p w14:paraId="7BA67EBA" w14:textId="6995ED91" w:rsidR="001D3D55" w:rsidRPr="001D3D55" w:rsidRDefault="001D3D55" w:rsidP="001D3D55">
      <w:pPr>
        <w:spacing w:after="0" w:line="300" w:lineRule="atLeast"/>
        <w:jc w:val="both"/>
        <w:rPr>
          <w:lang w:val="en-GB"/>
        </w:rPr>
      </w:pPr>
      <w:proofErr w:type="spellStart"/>
      <w:r w:rsidRPr="001D3D55">
        <w:rPr>
          <w:lang w:val="en-GB"/>
        </w:rPr>
        <w:t>Prilikom</w:t>
      </w:r>
      <w:proofErr w:type="spellEnd"/>
      <w:r w:rsidRPr="001D3D55">
        <w:rPr>
          <w:lang w:val="en-GB"/>
        </w:rPr>
        <w:t xml:space="preserve"> </w:t>
      </w:r>
      <w:proofErr w:type="spellStart"/>
      <w:r w:rsidRPr="001D3D55">
        <w:rPr>
          <w:lang w:val="en-GB"/>
        </w:rPr>
        <w:t>svakog</w:t>
      </w:r>
      <w:proofErr w:type="spellEnd"/>
      <w:r w:rsidRPr="001D3D55">
        <w:rPr>
          <w:lang w:val="en-GB"/>
        </w:rPr>
        <w:t xml:space="preserve"> </w:t>
      </w:r>
      <w:proofErr w:type="spellStart"/>
      <w:r w:rsidRPr="001D3D55">
        <w:rPr>
          <w:lang w:val="en-GB"/>
        </w:rPr>
        <w:t>kretanja</w:t>
      </w:r>
      <w:proofErr w:type="spellEnd"/>
      <w:r w:rsidRPr="001D3D55">
        <w:rPr>
          <w:lang w:val="en-GB"/>
        </w:rPr>
        <w:t xml:space="preserve"> </w:t>
      </w:r>
      <w:proofErr w:type="spellStart"/>
      <w:r w:rsidRPr="001D3D55">
        <w:rPr>
          <w:lang w:val="en-GB"/>
        </w:rPr>
        <w:t>markera</w:t>
      </w:r>
      <w:proofErr w:type="spellEnd"/>
      <w:r w:rsidRPr="001D3D55">
        <w:rPr>
          <w:lang w:val="en-GB"/>
        </w:rPr>
        <w:t xml:space="preserve"> </w:t>
      </w:r>
      <w:proofErr w:type="spellStart"/>
      <w:r w:rsidRPr="001D3D55">
        <w:rPr>
          <w:lang w:val="en-GB"/>
        </w:rPr>
        <w:t>duž</w:t>
      </w:r>
      <w:proofErr w:type="spellEnd"/>
      <w:r w:rsidRPr="001D3D55">
        <w:rPr>
          <w:lang w:val="en-GB"/>
        </w:rPr>
        <w:t xml:space="preserve"> </w:t>
      </w:r>
      <w:proofErr w:type="spellStart"/>
      <w:r w:rsidRPr="001D3D55">
        <w:rPr>
          <w:lang w:val="en-GB"/>
        </w:rPr>
        <w:t>lanca</w:t>
      </w:r>
      <w:proofErr w:type="spellEnd"/>
      <w:r w:rsidRPr="001D3D55">
        <w:rPr>
          <w:lang w:val="en-GB"/>
        </w:rPr>
        <w:t xml:space="preserve"> </w:t>
      </w:r>
      <w:proofErr w:type="spellStart"/>
      <w:r w:rsidRPr="001D3D55">
        <w:rPr>
          <w:lang w:val="en-GB"/>
        </w:rPr>
        <w:t>skladištenja</w:t>
      </w:r>
      <w:proofErr w:type="spellEnd"/>
      <w:r w:rsidRPr="001D3D55">
        <w:rPr>
          <w:lang w:val="en-GB"/>
        </w:rPr>
        <w:t xml:space="preserve">, </w:t>
      </w:r>
      <w:proofErr w:type="spellStart"/>
      <w:r w:rsidRPr="001D3D55">
        <w:rPr>
          <w:lang w:val="en-GB"/>
        </w:rPr>
        <w:t>transporta</w:t>
      </w:r>
      <w:proofErr w:type="spellEnd"/>
      <w:r w:rsidRPr="001D3D55">
        <w:rPr>
          <w:lang w:val="en-GB"/>
        </w:rPr>
        <w:t xml:space="preserve"> </w:t>
      </w:r>
      <w:proofErr w:type="spellStart"/>
      <w:r w:rsidRPr="001D3D55">
        <w:rPr>
          <w:lang w:val="en-GB"/>
        </w:rPr>
        <w:t>i</w:t>
      </w:r>
      <w:proofErr w:type="spellEnd"/>
      <w:r w:rsidRPr="001D3D55">
        <w:rPr>
          <w:lang w:val="en-GB"/>
        </w:rPr>
        <w:t xml:space="preserve"> </w:t>
      </w:r>
      <w:proofErr w:type="spellStart"/>
      <w:r w:rsidRPr="001D3D55">
        <w:rPr>
          <w:lang w:val="en-GB"/>
        </w:rPr>
        <w:t>upotrebe</w:t>
      </w:r>
      <w:proofErr w:type="spellEnd"/>
      <w:r w:rsidRPr="001D3D55">
        <w:rPr>
          <w:lang w:val="en-GB"/>
        </w:rPr>
        <w:t xml:space="preserve">, u </w:t>
      </w:r>
      <w:proofErr w:type="spellStart"/>
      <w:r w:rsidRPr="001D3D55">
        <w:rPr>
          <w:lang w:val="en-GB"/>
        </w:rPr>
        <w:t>odgovarajućem</w:t>
      </w:r>
      <w:proofErr w:type="spellEnd"/>
      <w:r w:rsidRPr="001D3D55">
        <w:rPr>
          <w:lang w:val="en-GB"/>
        </w:rPr>
        <w:t xml:space="preserve"> </w:t>
      </w:r>
      <w:proofErr w:type="spellStart"/>
      <w:r w:rsidRPr="001D3D55">
        <w:rPr>
          <w:lang w:val="en-GB"/>
        </w:rPr>
        <w:t>dokumentu</w:t>
      </w:r>
      <w:proofErr w:type="spellEnd"/>
      <w:r w:rsidRPr="001D3D55">
        <w:rPr>
          <w:lang w:val="en-GB"/>
        </w:rPr>
        <w:t xml:space="preserve"> </w:t>
      </w:r>
      <w:proofErr w:type="spellStart"/>
      <w:r w:rsidRPr="001D3D55">
        <w:rPr>
          <w:lang w:val="en-GB"/>
        </w:rPr>
        <w:t>evidentiraju</w:t>
      </w:r>
      <w:proofErr w:type="spellEnd"/>
      <w:r w:rsidRPr="001D3D55">
        <w:rPr>
          <w:lang w:val="en-GB"/>
        </w:rPr>
        <w:t xml:space="preserve"> se </w:t>
      </w:r>
      <w:proofErr w:type="spellStart"/>
      <w:r w:rsidRPr="001D3D55">
        <w:rPr>
          <w:lang w:val="en-GB"/>
        </w:rPr>
        <w:t>najmanje</w:t>
      </w:r>
      <w:proofErr w:type="spellEnd"/>
      <w:r w:rsidRPr="001D3D55">
        <w:rPr>
          <w:lang w:val="en-GB"/>
        </w:rPr>
        <w:t xml:space="preserve"> </w:t>
      </w:r>
      <w:proofErr w:type="spellStart"/>
      <w:r w:rsidRPr="001D3D55">
        <w:rPr>
          <w:lang w:val="en-GB"/>
        </w:rPr>
        <w:t>sljedeći</w:t>
      </w:r>
      <w:proofErr w:type="spellEnd"/>
      <w:r w:rsidRPr="001D3D55">
        <w:rPr>
          <w:lang w:val="en-GB"/>
        </w:rPr>
        <w:t xml:space="preserve"> </w:t>
      </w:r>
      <w:proofErr w:type="spellStart"/>
      <w:r w:rsidRPr="001D3D55">
        <w:rPr>
          <w:lang w:val="en-GB"/>
        </w:rPr>
        <w:t>podaci</w:t>
      </w:r>
      <w:proofErr w:type="spellEnd"/>
      <w:r w:rsidRPr="001D3D55">
        <w:rPr>
          <w:lang w:val="en-GB"/>
        </w:rPr>
        <w:t>:</w:t>
      </w:r>
    </w:p>
    <w:p w14:paraId="7F0D5A09" w14:textId="3D5897C3" w:rsidR="00F73EDE" w:rsidRPr="00712DB1" w:rsidRDefault="00F73EDE" w:rsidP="006C6A66">
      <w:pPr>
        <w:spacing w:after="0" w:line="300" w:lineRule="atLeast"/>
        <w:jc w:val="both"/>
      </w:pPr>
    </w:p>
    <w:p w14:paraId="0876DED3" w14:textId="4AB89C89" w:rsidR="00666C9A" w:rsidRPr="006C6A66" w:rsidRDefault="00F56C04" w:rsidP="006C6A66">
      <w:pPr>
        <w:pStyle w:val="ListParagraph"/>
        <w:numPr>
          <w:ilvl w:val="0"/>
          <w:numId w:val="12"/>
        </w:numPr>
        <w:spacing w:line="240" w:lineRule="auto"/>
        <w:jc w:val="both"/>
        <w:rPr>
          <w:lang w:val="en-GB"/>
        </w:rPr>
      </w:pPr>
      <w:proofErr w:type="spellStart"/>
      <w:r>
        <w:rPr>
          <w:lang w:val="en-GB"/>
        </w:rPr>
        <w:t>ime</w:t>
      </w:r>
      <w:proofErr w:type="spellEnd"/>
      <w:r w:rsidR="00666C9A" w:rsidRPr="006C6A66">
        <w:rPr>
          <w:lang w:val="en-GB"/>
        </w:rPr>
        <w:t xml:space="preserve"> </w:t>
      </w:r>
      <w:proofErr w:type="spellStart"/>
      <w:r w:rsidR="00666C9A" w:rsidRPr="006C6A66">
        <w:rPr>
          <w:lang w:val="en-GB"/>
        </w:rPr>
        <w:t>markera</w:t>
      </w:r>
      <w:proofErr w:type="spellEnd"/>
      <w:r w:rsidR="00666C9A" w:rsidRPr="006C6A66">
        <w:rPr>
          <w:lang w:val="en-GB"/>
        </w:rPr>
        <w:t xml:space="preserve">; </w:t>
      </w:r>
    </w:p>
    <w:p w14:paraId="534EFD39" w14:textId="566D8F42" w:rsidR="00666C9A" w:rsidRPr="006C6A66" w:rsidRDefault="00666C9A" w:rsidP="006C6A66">
      <w:pPr>
        <w:pStyle w:val="ListParagraph"/>
        <w:numPr>
          <w:ilvl w:val="0"/>
          <w:numId w:val="12"/>
        </w:numPr>
        <w:spacing w:line="240" w:lineRule="auto"/>
        <w:jc w:val="both"/>
        <w:rPr>
          <w:lang w:val="en-GB"/>
        </w:rPr>
      </w:pPr>
      <w:proofErr w:type="spellStart"/>
      <w:r w:rsidRPr="006C6A66">
        <w:rPr>
          <w:lang w:val="en-GB"/>
        </w:rPr>
        <w:t>jedinstveni</w:t>
      </w:r>
      <w:proofErr w:type="spellEnd"/>
      <w:r w:rsidRPr="006C6A66">
        <w:rPr>
          <w:lang w:val="en-GB"/>
        </w:rPr>
        <w:t xml:space="preserve"> </w:t>
      </w:r>
      <w:proofErr w:type="spellStart"/>
      <w:r w:rsidRPr="006C6A66">
        <w:rPr>
          <w:lang w:val="en-GB"/>
        </w:rPr>
        <w:t>identifikacioni</w:t>
      </w:r>
      <w:proofErr w:type="spellEnd"/>
      <w:r w:rsidRPr="006C6A66">
        <w:rPr>
          <w:lang w:val="en-GB"/>
        </w:rPr>
        <w:t xml:space="preserve"> </w:t>
      </w:r>
      <w:proofErr w:type="spellStart"/>
      <w:r w:rsidRPr="006C6A66">
        <w:rPr>
          <w:lang w:val="en-GB"/>
        </w:rPr>
        <w:t>broj</w:t>
      </w:r>
      <w:proofErr w:type="spellEnd"/>
      <w:r w:rsidRPr="006C6A66">
        <w:rPr>
          <w:lang w:val="en-GB"/>
        </w:rPr>
        <w:t xml:space="preserve"> </w:t>
      </w:r>
      <w:proofErr w:type="spellStart"/>
      <w:r w:rsidRPr="006C6A66">
        <w:rPr>
          <w:lang w:val="en-GB"/>
        </w:rPr>
        <w:t>kanistera</w:t>
      </w:r>
      <w:proofErr w:type="spellEnd"/>
      <w:r w:rsidR="00D66260">
        <w:rPr>
          <w:lang w:val="en-GB"/>
        </w:rPr>
        <w:t xml:space="preserve"> </w:t>
      </w:r>
      <w:proofErr w:type="spellStart"/>
      <w:r w:rsidR="00D66260">
        <w:rPr>
          <w:lang w:val="en-GB"/>
        </w:rPr>
        <w:t>sa</w:t>
      </w:r>
      <w:proofErr w:type="spellEnd"/>
      <w:r w:rsidR="00D66260">
        <w:rPr>
          <w:lang w:val="en-GB"/>
        </w:rPr>
        <w:t xml:space="preserve"> </w:t>
      </w:r>
      <w:proofErr w:type="spellStart"/>
      <w:r w:rsidR="00D66260">
        <w:rPr>
          <w:lang w:val="en-GB"/>
        </w:rPr>
        <w:t>markerom</w:t>
      </w:r>
      <w:proofErr w:type="spellEnd"/>
      <w:r w:rsidRPr="006C6A66">
        <w:rPr>
          <w:lang w:val="en-GB"/>
        </w:rPr>
        <w:t xml:space="preserve">; </w:t>
      </w:r>
    </w:p>
    <w:p w14:paraId="185552DE" w14:textId="00556059" w:rsidR="00666C9A" w:rsidRPr="00A82895" w:rsidRDefault="00666C9A" w:rsidP="006C6A66">
      <w:pPr>
        <w:pStyle w:val="ListParagraph"/>
        <w:numPr>
          <w:ilvl w:val="0"/>
          <w:numId w:val="12"/>
        </w:numPr>
        <w:spacing w:line="240" w:lineRule="auto"/>
        <w:jc w:val="both"/>
        <w:rPr>
          <w:lang w:val="fr-FR"/>
        </w:rPr>
      </w:pPr>
      <w:proofErr w:type="spellStart"/>
      <w:proofErr w:type="gramStart"/>
      <w:r w:rsidRPr="00A82895">
        <w:rPr>
          <w:lang w:val="fr-FR"/>
        </w:rPr>
        <w:lastRenderedPageBreak/>
        <w:t>lokacija</w:t>
      </w:r>
      <w:proofErr w:type="spellEnd"/>
      <w:proofErr w:type="gramEnd"/>
      <w:r w:rsidRPr="00A82895">
        <w:rPr>
          <w:lang w:val="fr-FR"/>
        </w:rPr>
        <w:t xml:space="preserve"> sa </w:t>
      </w:r>
      <w:proofErr w:type="spellStart"/>
      <w:r w:rsidRPr="00A82895">
        <w:rPr>
          <w:lang w:val="fr-FR"/>
        </w:rPr>
        <w:t>koje</w:t>
      </w:r>
      <w:proofErr w:type="spellEnd"/>
      <w:r w:rsidRPr="00A82895">
        <w:rPr>
          <w:lang w:val="fr-FR"/>
        </w:rPr>
        <w:t xml:space="preserve"> se marker </w:t>
      </w:r>
      <w:proofErr w:type="spellStart"/>
      <w:proofErr w:type="gramStart"/>
      <w:r w:rsidRPr="00A82895">
        <w:rPr>
          <w:lang w:val="fr-FR"/>
        </w:rPr>
        <w:t>izdaje</w:t>
      </w:r>
      <w:proofErr w:type="spellEnd"/>
      <w:r w:rsidRPr="00A82895">
        <w:rPr>
          <w:lang w:val="fr-FR"/>
        </w:rPr>
        <w:t>;</w:t>
      </w:r>
      <w:proofErr w:type="gramEnd"/>
      <w:r w:rsidRPr="00A82895">
        <w:rPr>
          <w:lang w:val="fr-FR"/>
        </w:rPr>
        <w:t xml:space="preserve"> </w:t>
      </w:r>
    </w:p>
    <w:p w14:paraId="1C58DC5A" w14:textId="56BD7C03" w:rsidR="00666C9A" w:rsidRPr="00A82895" w:rsidRDefault="00666C9A" w:rsidP="006C6A66">
      <w:pPr>
        <w:pStyle w:val="ListParagraph"/>
        <w:numPr>
          <w:ilvl w:val="0"/>
          <w:numId w:val="12"/>
        </w:numPr>
        <w:spacing w:line="240" w:lineRule="auto"/>
        <w:jc w:val="both"/>
        <w:rPr>
          <w:lang w:val="fr-FR"/>
        </w:rPr>
      </w:pPr>
      <w:proofErr w:type="spellStart"/>
      <w:proofErr w:type="gramStart"/>
      <w:r w:rsidRPr="00A82895">
        <w:rPr>
          <w:lang w:val="fr-FR"/>
        </w:rPr>
        <w:t>lokacija</w:t>
      </w:r>
      <w:proofErr w:type="spellEnd"/>
      <w:proofErr w:type="gramEnd"/>
      <w:r w:rsidRPr="00A82895">
        <w:rPr>
          <w:lang w:val="fr-FR"/>
        </w:rPr>
        <w:t xml:space="preserve"> na </w:t>
      </w:r>
      <w:proofErr w:type="spellStart"/>
      <w:r w:rsidRPr="00A82895">
        <w:rPr>
          <w:lang w:val="fr-FR"/>
        </w:rPr>
        <w:t>koju</w:t>
      </w:r>
      <w:proofErr w:type="spellEnd"/>
      <w:r w:rsidRPr="00A82895">
        <w:rPr>
          <w:lang w:val="fr-FR"/>
        </w:rPr>
        <w:t xml:space="preserve"> se marker </w:t>
      </w:r>
      <w:proofErr w:type="spellStart"/>
      <w:proofErr w:type="gramStart"/>
      <w:r w:rsidRPr="00A82895">
        <w:rPr>
          <w:lang w:val="fr-FR"/>
        </w:rPr>
        <w:t>dostavlja</w:t>
      </w:r>
      <w:proofErr w:type="spellEnd"/>
      <w:r w:rsidRPr="00A82895">
        <w:rPr>
          <w:lang w:val="fr-FR"/>
        </w:rPr>
        <w:t>;</w:t>
      </w:r>
      <w:proofErr w:type="gramEnd"/>
      <w:r w:rsidRPr="00A82895">
        <w:rPr>
          <w:lang w:val="fr-FR"/>
        </w:rPr>
        <w:t xml:space="preserve"> </w:t>
      </w:r>
    </w:p>
    <w:p w14:paraId="180A2A09" w14:textId="3B093AE2" w:rsidR="00666C9A" w:rsidRPr="006C6A66" w:rsidRDefault="00666C9A" w:rsidP="006C6A66">
      <w:pPr>
        <w:pStyle w:val="ListParagraph"/>
        <w:numPr>
          <w:ilvl w:val="0"/>
          <w:numId w:val="12"/>
        </w:numPr>
        <w:spacing w:line="240" w:lineRule="auto"/>
        <w:jc w:val="both"/>
        <w:rPr>
          <w:lang w:val="en-GB"/>
        </w:rPr>
      </w:pPr>
      <w:r w:rsidRPr="006C6A66">
        <w:rPr>
          <w:lang w:val="en-GB"/>
        </w:rPr>
        <w:t xml:space="preserve">masa </w:t>
      </w:r>
      <w:proofErr w:type="spellStart"/>
      <w:r w:rsidRPr="006C6A66">
        <w:rPr>
          <w:lang w:val="en-GB"/>
        </w:rPr>
        <w:t>markera</w:t>
      </w:r>
      <w:proofErr w:type="spellEnd"/>
      <w:r w:rsidRPr="006C6A66">
        <w:rPr>
          <w:lang w:val="en-GB"/>
        </w:rPr>
        <w:t xml:space="preserve"> po </w:t>
      </w:r>
      <w:proofErr w:type="spellStart"/>
      <w:r w:rsidRPr="006C6A66">
        <w:rPr>
          <w:lang w:val="en-GB"/>
        </w:rPr>
        <w:t>kanisteru</w:t>
      </w:r>
      <w:proofErr w:type="spellEnd"/>
      <w:r w:rsidRPr="006C6A66">
        <w:rPr>
          <w:lang w:val="en-GB"/>
        </w:rPr>
        <w:t xml:space="preserve"> </w:t>
      </w:r>
      <w:proofErr w:type="spellStart"/>
      <w:r w:rsidRPr="006C6A66">
        <w:rPr>
          <w:lang w:val="en-GB"/>
        </w:rPr>
        <w:t>prilikom</w:t>
      </w:r>
      <w:proofErr w:type="spellEnd"/>
      <w:r w:rsidRPr="006C6A66">
        <w:rPr>
          <w:lang w:val="en-GB"/>
        </w:rPr>
        <w:t xml:space="preserve"> </w:t>
      </w:r>
      <w:proofErr w:type="spellStart"/>
      <w:r w:rsidRPr="006C6A66">
        <w:rPr>
          <w:lang w:val="en-GB"/>
        </w:rPr>
        <w:t>izdavanja</w:t>
      </w:r>
      <w:proofErr w:type="spellEnd"/>
      <w:r w:rsidRPr="006C6A66">
        <w:rPr>
          <w:lang w:val="en-GB"/>
        </w:rPr>
        <w:t xml:space="preserve"> (kg); </w:t>
      </w:r>
    </w:p>
    <w:p w14:paraId="58FB5DBB" w14:textId="090CEE8F" w:rsidR="00666C9A" w:rsidRPr="006C6A66" w:rsidRDefault="00666C9A" w:rsidP="006C6A66">
      <w:pPr>
        <w:pStyle w:val="ListParagraph"/>
        <w:numPr>
          <w:ilvl w:val="0"/>
          <w:numId w:val="12"/>
        </w:numPr>
        <w:spacing w:line="240" w:lineRule="auto"/>
        <w:jc w:val="both"/>
        <w:rPr>
          <w:lang w:val="en-GB"/>
        </w:rPr>
      </w:pPr>
      <w:r w:rsidRPr="006C6A66">
        <w:rPr>
          <w:lang w:val="en-GB"/>
        </w:rPr>
        <w:t xml:space="preserve">masa </w:t>
      </w:r>
      <w:proofErr w:type="spellStart"/>
      <w:r w:rsidRPr="006C6A66">
        <w:rPr>
          <w:lang w:val="en-GB"/>
        </w:rPr>
        <w:t>markera</w:t>
      </w:r>
      <w:proofErr w:type="spellEnd"/>
      <w:r w:rsidRPr="006C6A66">
        <w:rPr>
          <w:lang w:val="en-GB"/>
        </w:rPr>
        <w:t xml:space="preserve"> po </w:t>
      </w:r>
      <w:proofErr w:type="spellStart"/>
      <w:r w:rsidRPr="006C6A66">
        <w:rPr>
          <w:lang w:val="en-GB"/>
        </w:rPr>
        <w:t>kanisteru</w:t>
      </w:r>
      <w:proofErr w:type="spellEnd"/>
      <w:r w:rsidRPr="006C6A66">
        <w:rPr>
          <w:lang w:val="en-GB"/>
        </w:rPr>
        <w:t xml:space="preserve"> </w:t>
      </w:r>
      <w:proofErr w:type="spellStart"/>
      <w:r w:rsidRPr="006C6A66">
        <w:rPr>
          <w:lang w:val="en-GB"/>
        </w:rPr>
        <w:t>prilikom</w:t>
      </w:r>
      <w:proofErr w:type="spellEnd"/>
      <w:r w:rsidRPr="006C6A66">
        <w:rPr>
          <w:lang w:val="en-GB"/>
        </w:rPr>
        <w:t xml:space="preserve"> </w:t>
      </w:r>
      <w:proofErr w:type="spellStart"/>
      <w:r w:rsidRPr="006C6A66">
        <w:rPr>
          <w:lang w:val="en-GB"/>
        </w:rPr>
        <w:t>prijema</w:t>
      </w:r>
      <w:proofErr w:type="spellEnd"/>
      <w:r w:rsidRPr="006C6A66">
        <w:rPr>
          <w:lang w:val="en-GB"/>
        </w:rPr>
        <w:t xml:space="preserve"> (kg); </w:t>
      </w:r>
    </w:p>
    <w:p w14:paraId="3E47AD32" w14:textId="01DAA5C3" w:rsidR="00666C9A" w:rsidRPr="006C6A66" w:rsidRDefault="00666C9A" w:rsidP="006C6A66">
      <w:pPr>
        <w:pStyle w:val="ListParagraph"/>
        <w:numPr>
          <w:ilvl w:val="0"/>
          <w:numId w:val="12"/>
        </w:numPr>
        <w:spacing w:line="240" w:lineRule="auto"/>
        <w:jc w:val="both"/>
        <w:rPr>
          <w:lang w:val="en-GB"/>
        </w:rPr>
      </w:pPr>
      <w:r w:rsidRPr="006C6A66">
        <w:rPr>
          <w:lang w:val="en-GB"/>
        </w:rPr>
        <w:t xml:space="preserve">datum </w:t>
      </w:r>
      <w:proofErr w:type="spellStart"/>
      <w:r w:rsidRPr="006C6A66">
        <w:rPr>
          <w:lang w:val="en-GB"/>
        </w:rPr>
        <w:t>izdavanja</w:t>
      </w:r>
      <w:proofErr w:type="spellEnd"/>
      <w:r w:rsidRPr="006C6A66">
        <w:rPr>
          <w:lang w:val="en-GB"/>
        </w:rPr>
        <w:t xml:space="preserve"> </w:t>
      </w:r>
      <w:proofErr w:type="spellStart"/>
      <w:r w:rsidRPr="006C6A66">
        <w:rPr>
          <w:lang w:val="en-GB"/>
        </w:rPr>
        <w:t>markera</w:t>
      </w:r>
      <w:proofErr w:type="spellEnd"/>
      <w:r w:rsidRPr="006C6A66">
        <w:rPr>
          <w:lang w:val="en-GB"/>
        </w:rPr>
        <w:t xml:space="preserve">; </w:t>
      </w:r>
    </w:p>
    <w:p w14:paraId="5ECC1DF8" w14:textId="5788F8EB" w:rsidR="00666C9A" w:rsidRPr="006C6A66" w:rsidRDefault="00666C9A" w:rsidP="006C6A66">
      <w:pPr>
        <w:pStyle w:val="ListParagraph"/>
        <w:numPr>
          <w:ilvl w:val="0"/>
          <w:numId w:val="12"/>
        </w:numPr>
        <w:spacing w:line="240" w:lineRule="auto"/>
        <w:jc w:val="both"/>
        <w:rPr>
          <w:lang w:val="en-GB"/>
        </w:rPr>
      </w:pPr>
      <w:r w:rsidRPr="006C6A66">
        <w:rPr>
          <w:lang w:val="en-GB"/>
        </w:rPr>
        <w:t xml:space="preserve">datum </w:t>
      </w:r>
      <w:proofErr w:type="spellStart"/>
      <w:r w:rsidRPr="006C6A66">
        <w:rPr>
          <w:lang w:val="en-GB"/>
        </w:rPr>
        <w:t>prijema</w:t>
      </w:r>
      <w:proofErr w:type="spellEnd"/>
      <w:r w:rsidRPr="006C6A66">
        <w:rPr>
          <w:lang w:val="en-GB"/>
        </w:rPr>
        <w:t xml:space="preserve"> </w:t>
      </w:r>
      <w:proofErr w:type="spellStart"/>
      <w:r w:rsidRPr="006C6A66">
        <w:rPr>
          <w:lang w:val="en-GB"/>
        </w:rPr>
        <w:t>markera</w:t>
      </w:r>
      <w:proofErr w:type="spellEnd"/>
      <w:r w:rsidRPr="006C6A66">
        <w:rPr>
          <w:lang w:val="en-GB"/>
        </w:rPr>
        <w:t xml:space="preserve">; </w:t>
      </w:r>
    </w:p>
    <w:p w14:paraId="57A6A5E2" w14:textId="29CCA5A8" w:rsidR="00666C9A" w:rsidRPr="00A82895" w:rsidRDefault="00666C9A" w:rsidP="006C6A66">
      <w:pPr>
        <w:pStyle w:val="ListParagraph"/>
        <w:numPr>
          <w:ilvl w:val="0"/>
          <w:numId w:val="12"/>
        </w:numPr>
        <w:spacing w:line="240" w:lineRule="auto"/>
        <w:jc w:val="both"/>
        <w:rPr>
          <w:lang w:val="fr-FR"/>
        </w:rPr>
      </w:pPr>
      <w:proofErr w:type="spellStart"/>
      <w:proofErr w:type="gramStart"/>
      <w:r w:rsidRPr="00A82895">
        <w:rPr>
          <w:lang w:val="fr-FR"/>
        </w:rPr>
        <w:t>ime</w:t>
      </w:r>
      <w:proofErr w:type="spellEnd"/>
      <w:proofErr w:type="gramEnd"/>
      <w:r w:rsidRPr="00A82895">
        <w:rPr>
          <w:lang w:val="fr-FR"/>
        </w:rPr>
        <w:t xml:space="preserve">, </w:t>
      </w:r>
      <w:proofErr w:type="spellStart"/>
      <w:r w:rsidRPr="00A82895">
        <w:rPr>
          <w:lang w:val="fr-FR"/>
        </w:rPr>
        <w:t>prezime</w:t>
      </w:r>
      <w:proofErr w:type="spellEnd"/>
      <w:r w:rsidRPr="00A82895">
        <w:rPr>
          <w:lang w:val="fr-FR"/>
        </w:rPr>
        <w:t xml:space="preserve"> i </w:t>
      </w:r>
      <w:proofErr w:type="spellStart"/>
      <w:r w:rsidRPr="00A82895">
        <w:rPr>
          <w:lang w:val="fr-FR"/>
        </w:rPr>
        <w:t>potpis</w:t>
      </w:r>
      <w:proofErr w:type="spellEnd"/>
      <w:r w:rsidRPr="00A82895">
        <w:rPr>
          <w:lang w:val="fr-FR"/>
        </w:rPr>
        <w:t xml:space="preserve"> </w:t>
      </w:r>
      <w:proofErr w:type="spellStart"/>
      <w:r w:rsidRPr="00A82895">
        <w:rPr>
          <w:lang w:val="fr-FR"/>
        </w:rPr>
        <w:t>osobe</w:t>
      </w:r>
      <w:proofErr w:type="spellEnd"/>
      <w:r w:rsidRPr="00A82895">
        <w:rPr>
          <w:lang w:val="fr-FR"/>
        </w:rPr>
        <w:t xml:space="preserve"> </w:t>
      </w:r>
      <w:proofErr w:type="spellStart"/>
      <w:r w:rsidRPr="00A82895">
        <w:rPr>
          <w:lang w:val="fr-FR"/>
        </w:rPr>
        <w:t>koja</w:t>
      </w:r>
      <w:proofErr w:type="spellEnd"/>
      <w:r w:rsidRPr="00A82895">
        <w:rPr>
          <w:lang w:val="fr-FR"/>
        </w:rPr>
        <w:t xml:space="preserve"> je </w:t>
      </w:r>
      <w:proofErr w:type="spellStart"/>
      <w:r w:rsidRPr="00A82895">
        <w:rPr>
          <w:lang w:val="fr-FR"/>
        </w:rPr>
        <w:t>izdala</w:t>
      </w:r>
      <w:proofErr w:type="spellEnd"/>
      <w:r w:rsidRPr="00A82895">
        <w:rPr>
          <w:lang w:val="fr-FR"/>
        </w:rPr>
        <w:t xml:space="preserve"> </w:t>
      </w:r>
      <w:proofErr w:type="gramStart"/>
      <w:r w:rsidRPr="00A82895">
        <w:rPr>
          <w:lang w:val="fr-FR"/>
        </w:rPr>
        <w:t>marker;</w:t>
      </w:r>
      <w:proofErr w:type="gramEnd"/>
      <w:r w:rsidRPr="00A82895">
        <w:rPr>
          <w:lang w:val="fr-FR"/>
        </w:rPr>
        <w:t xml:space="preserve"> </w:t>
      </w:r>
    </w:p>
    <w:p w14:paraId="2F36B36F" w14:textId="6A84B9EC" w:rsidR="00666C9A" w:rsidRPr="00A82895" w:rsidRDefault="00666C9A" w:rsidP="006C6A66">
      <w:pPr>
        <w:pStyle w:val="ListParagraph"/>
        <w:numPr>
          <w:ilvl w:val="0"/>
          <w:numId w:val="12"/>
        </w:numPr>
        <w:spacing w:line="240" w:lineRule="auto"/>
        <w:jc w:val="both"/>
        <w:rPr>
          <w:lang w:val="fr-FR"/>
        </w:rPr>
      </w:pPr>
      <w:proofErr w:type="spellStart"/>
      <w:proofErr w:type="gramStart"/>
      <w:r w:rsidRPr="00A82895">
        <w:rPr>
          <w:lang w:val="fr-FR"/>
        </w:rPr>
        <w:t>ime</w:t>
      </w:r>
      <w:proofErr w:type="spellEnd"/>
      <w:proofErr w:type="gramEnd"/>
      <w:r w:rsidRPr="00A82895">
        <w:rPr>
          <w:lang w:val="fr-FR"/>
        </w:rPr>
        <w:t xml:space="preserve">, </w:t>
      </w:r>
      <w:proofErr w:type="spellStart"/>
      <w:r w:rsidRPr="00A82895">
        <w:rPr>
          <w:lang w:val="fr-FR"/>
        </w:rPr>
        <w:t>prezime</w:t>
      </w:r>
      <w:proofErr w:type="spellEnd"/>
      <w:r w:rsidRPr="00A82895">
        <w:rPr>
          <w:lang w:val="fr-FR"/>
        </w:rPr>
        <w:t xml:space="preserve"> i </w:t>
      </w:r>
      <w:proofErr w:type="spellStart"/>
      <w:r w:rsidRPr="00A82895">
        <w:rPr>
          <w:lang w:val="fr-FR"/>
        </w:rPr>
        <w:t>potpis</w:t>
      </w:r>
      <w:proofErr w:type="spellEnd"/>
      <w:r w:rsidRPr="00A82895">
        <w:rPr>
          <w:lang w:val="fr-FR"/>
        </w:rPr>
        <w:t xml:space="preserve"> </w:t>
      </w:r>
      <w:proofErr w:type="spellStart"/>
      <w:r w:rsidRPr="00A82895">
        <w:rPr>
          <w:lang w:val="fr-FR"/>
        </w:rPr>
        <w:t>osobe</w:t>
      </w:r>
      <w:proofErr w:type="spellEnd"/>
      <w:r w:rsidRPr="00A82895">
        <w:rPr>
          <w:lang w:val="fr-FR"/>
        </w:rPr>
        <w:t xml:space="preserve"> </w:t>
      </w:r>
      <w:proofErr w:type="spellStart"/>
      <w:r w:rsidRPr="00A82895">
        <w:rPr>
          <w:lang w:val="fr-FR"/>
        </w:rPr>
        <w:t>koja</w:t>
      </w:r>
      <w:proofErr w:type="spellEnd"/>
      <w:r w:rsidRPr="00A82895">
        <w:rPr>
          <w:lang w:val="fr-FR"/>
        </w:rPr>
        <w:t xml:space="preserve"> je </w:t>
      </w:r>
      <w:proofErr w:type="spellStart"/>
      <w:r w:rsidRPr="00A82895">
        <w:rPr>
          <w:lang w:val="fr-FR"/>
        </w:rPr>
        <w:t>primila</w:t>
      </w:r>
      <w:proofErr w:type="spellEnd"/>
      <w:r w:rsidRPr="00A82895">
        <w:rPr>
          <w:lang w:val="fr-FR"/>
        </w:rPr>
        <w:t xml:space="preserve"> marker.</w:t>
      </w:r>
    </w:p>
    <w:p w14:paraId="4BA10783" w14:textId="3C7FF5B6" w:rsidR="00FF6DCC" w:rsidRPr="00154A7E" w:rsidRDefault="00994057">
      <w:pPr>
        <w:pStyle w:val="Heading1"/>
        <w:rPr>
          <w:lang w:val="sr-Latn-CS"/>
        </w:rPr>
      </w:pPr>
      <w:bookmarkStart w:id="16" w:name="_Toc239637987"/>
      <w:bookmarkStart w:id="17" w:name="_Toc240964528"/>
      <w:r w:rsidRPr="00154A7E">
        <w:rPr>
          <w:lang w:val="sr-Latn-CS"/>
        </w:rPr>
        <w:t xml:space="preserve">8. </w:t>
      </w:r>
      <w:r w:rsidRPr="00A82895">
        <w:rPr>
          <w:lang w:val="fr-FR"/>
        </w:rPr>
        <w:t>PODNO</w:t>
      </w:r>
      <w:r w:rsidR="00CE201C">
        <w:rPr>
          <w:lang w:val="sr-Latn-ME"/>
        </w:rPr>
        <w:t>Š</w:t>
      </w:r>
      <w:r w:rsidRPr="00A82895">
        <w:rPr>
          <w:lang w:val="fr-FR"/>
        </w:rPr>
        <w:t>ENJE</w:t>
      </w:r>
      <w:r w:rsidRPr="00154A7E">
        <w:rPr>
          <w:lang w:val="sr-Latn-CS"/>
        </w:rPr>
        <w:t xml:space="preserve"> </w:t>
      </w:r>
      <w:r w:rsidRPr="00A82895">
        <w:rPr>
          <w:lang w:val="fr-FR"/>
        </w:rPr>
        <w:t>ZAHTJEVA</w:t>
      </w:r>
      <w:r w:rsidRPr="00154A7E">
        <w:rPr>
          <w:lang w:val="sr-Latn-CS"/>
        </w:rPr>
        <w:t xml:space="preserve"> </w:t>
      </w:r>
      <w:r w:rsidRPr="00A82895">
        <w:rPr>
          <w:lang w:val="fr-FR"/>
        </w:rPr>
        <w:t>ZA</w:t>
      </w:r>
      <w:r w:rsidRPr="00154A7E">
        <w:rPr>
          <w:lang w:val="sr-Latn-CS"/>
        </w:rPr>
        <w:t xml:space="preserve"> </w:t>
      </w:r>
      <w:r w:rsidRPr="00A82895">
        <w:rPr>
          <w:lang w:val="fr-FR"/>
        </w:rPr>
        <w:t>MARKIRANJE</w:t>
      </w:r>
      <w:bookmarkEnd w:id="16"/>
      <w:bookmarkEnd w:id="17"/>
    </w:p>
    <w:p w14:paraId="3F829661" w14:textId="19B08AEB" w:rsidR="00703D77" w:rsidRPr="00703D77" w:rsidRDefault="00703D77" w:rsidP="00703D77">
      <w:pPr>
        <w:jc w:val="both"/>
        <w:rPr>
          <w:lang w:val="en-GB"/>
        </w:rPr>
      </w:pPr>
      <w:r w:rsidRPr="00703D77">
        <w:rPr>
          <w:lang w:val="en-GB"/>
        </w:rPr>
        <w:t xml:space="preserve">U </w:t>
      </w:r>
      <w:proofErr w:type="spellStart"/>
      <w:r w:rsidRPr="00703D77">
        <w:rPr>
          <w:lang w:val="en-GB"/>
        </w:rPr>
        <w:t>skladu</w:t>
      </w:r>
      <w:proofErr w:type="spellEnd"/>
      <w:r w:rsidRPr="00703D77">
        <w:rPr>
          <w:lang w:val="en-GB"/>
        </w:rPr>
        <w:t xml:space="preserve"> </w:t>
      </w:r>
      <w:proofErr w:type="spellStart"/>
      <w:r w:rsidRPr="00703D77">
        <w:rPr>
          <w:lang w:val="en-GB"/>
        </w:rPr>
        <w:t>sa</w:t>
      </w:r>
      <w:proofErr w:type="spellEnd"/>
      <w:r w:rsidRPr="00703D77">
        <w:rPr>
          <w:lang w:val="en-GB"/>
        </w:rPr>
        <w:t xml:space="preserve"> </w:t>
      </w:r>
      <w:proofErr w:type="spellStart"/>
      <w:r w:rsidRPr="00703D77">
        <w:rPr>
          <w:lang w:val="en-GB"/>
        </w:rPr>
        <w:t>članom</w:t>
      </w:r>
      <w:proofErr w:type="spellEnd"/>
      <w:r w:rsidRPr="00703D77">
        <w:rPr>
          <w:lang w:val="en-GB"/>
        </w:rPr>
        <w:t xml:space="preserve"> 210 </w:t>
      </w:r>
      <w:proofErr w:type="spellStart"/>
      <w:r w:rsidRPr="00703D77">
        <w:rPr>
          <w:lang w:val="en-GB"/>
        </w:rPr>
        <w:t>Zakona</w:t>
      </w:r>
      <w:proofErr w:type="spellEnd"/>
      <w:r w:rsidRPr="00703D77">
        <w:rPr>
          <w:lang w:val="en-GB"/>
        </w:rPr>
        <w:t xml:space="preserve"> o </w:t>
      </w:r>
      <w:proofErr w:type="spellStart"/>
      <w:r w:rsidRPr="00703D77">
        <w:rPr>
          <w:lang w:val="en-GB"/>
        </w:rPr>
        <w:t>energetici</w:t>
      </w:r>
      <w:proofErr w:type="spellEnd"/>
      <w:r w:rsidRPr="00703D77">
        <w:rPr>
          <w:lang w:val="en-GB"/>
        </w:rPr>
        <w:t xml:space="preserve">, </w:t>
      </w:r>
      <w:proofErr w:type="spellStart"/>
      <w:r w:rsidRPr="00703D77">
        <w:rPr>
          <w:lang w:val="en-GB"/>
        </w:rPr>
        <w:t>obveznik</w:t>
      </w:r>
      <w:proofErr w:type="spellEnd"/>
      <w:r w:rsidRPr="00703D77">
        <w:rPr>
          <w:lang w:val="en-GB"/>
        </w:rPr>
        <w:t xml:space="preserve"> </w:t>
      </w:r>
      <w:proofErr w:type="spellStart"/>
      <w:r w:rsidRPr="00703D77">
        <w:rPr>
          <w:lang w:val="en-GB"/>
        </w:rPr>
        <w:t>markiranja</w:t>
      </w:r>
      <w:proofErr w:type="spellEnd"/>
      <w:r w:rsidRPr="00703D77">
        <w:rPr>
          <w:lang w:val="en-GB"/>
        </w:rPr>
        <w:t xml:space="preserve"> </w:t>
      </w:r>
      <w:proofErr w:type="spellStart"/>
      <w:r w:rsidRPr="00703D77">
        <w:rPr>
          <w:lang w:val="en-GB"/>
        </w:rPr>
        <w:t>dužan</w:t>
      </w:r>
      <w:proofErr w:type="spellEnd"/>
      <w:r w:rsidRPr="00703D77">
        <w:rPr>
          <w:lang w:val="en-GB"/>
        </w:rPr>
        <w:t xml:space="preserve"> je da, </w:t>
      </w:r>
      <w:proofErr w:type="spellStart"/>
      <w:r w:rsidRPr="00703D77">
        <w:rPr>
          <w:lang w:val="en-GB"/>
        </w:rPr>
        <w:t>prilikom</w:t>
      </w:r>
      <w:proofErr w:type="spellEnd"/>
      <w:r w:rsidRPr="00703D77">
        <w:rPr>
          <w:lang w:val="en-GB"/>
        </w:rPr>
        <w:t xml:space="preserve"> </w:t>
      </w:r>
      <w:proofErr w:type="spellStart"/>
      <w:r w:rsidRPr="00703D77">
        <w:rPr>
          <w:lang w:val="en-GB"/>
        </w:rPr>
        <w:t>unosa</w:t>
      </w:r>
      <w:proofErr w:type="spellEnd"/>
      <w:r w:rsidRPr="00703D77">
        <w:rPr>
          <w:lang w:val="en-GB"/>
        </w:rPr>
        <w:t xml:space="preserve"> </w:t>
      </w:r>
      <w:proofErr w:type="spellStart"/>
      <w:r w:rsidRPr="00703D77">
        <w:rPr>
          <w:lang w:val="en-GB"/>
        </w:rPr>
        <w:t>tečnih</w:t>
      </w:r>
      <w:proofErr w:type="spellEnd"/>
      <w:r w:rsidRPr="00703D77">
        <w:rPr>
          <w:lang w:val="en-GB"/>
        </w:rPr>
        <w:t xml:space="preserve"> </w:t>
      </w:r>
      <w:proofErr w:type="spellStart"/>
      <w:r w:rsidRPr="00703D77">
        <w:rPr>
          <w:lang w:val="en-GB"/>
        </w:rPr>
        <w:t>goriva</w:t>
      </w:r>
      <w:proofErr w:type="spellEnd"/>
      <w:r w:rsidRPr="00703D77">
        <w:rPr>
          <w:lang w:val="en-GB"/>
        </w:rPr>
        <w:t xml:space="preserve"> </w:t>
      </w:r>
      <w:proofErr w:type="spellStart"/>
      <w:r w:rsidRPr="00703D77">
        <w:rPr>
          <w:lang w:val="en-GB"/>
        </w:rPr>
        <w:t>naftnog</w:t>
      </w:r>
      <w:proofErr w:type="spellEnd"/>
      <w:r w:rsidRPr="00703D77">
        <w:rPr>
          <w:lang w:val="en-GB"/>
        </w:rPr>
        <w:t xml:space="preserve"> </w:t>
      </w:r>
      <w:proofErr w:type="spellStart"/>
      <w:r w:rsidRPr="00703D77">
        <w:rPr>
          <w:lang w:val="en-GB"/>
        </w:rPr>
        <w:t>porijekla</w:t>
      </w:r>
      <w:proofErr w:type="spellEnd"/>
      <w:r w:rsidRPr="00703D77">
        <w:rPr>
          <w:lang w:val="en-GB"/>
        </w:rPr>
        <w:t xml:space="preserve"> </w:t>
      </w:r>
      <w:proofErr w:type="spellStart"/>
      <w:r w:rsidRPr="00703D77">
        <w:rPr>
          <w:lang w:val="en-GB"/>
        </w:rPr>
        <w:t>i</w:t>
      </w:r>
      <w:proofErr w:type="spellEnd"/>
      <w:r w:rsidRPr="00703D77">
        <w:rPr>
          <w:lang w:val="en-GB"/>
        </w:rPr>
        <w:t xml:space="preserve"> </w:t>
      </w:r>
      <w:proofErr w:type="spellStart"/>
      <w:r w:rsidRPr="00703D77">
        <w:rPr>
          <w:lang w:val="en-GB"/>
        </w:rPr>
        <w:t>biogoriva</w:t>
      </w:r>
      <w:proofErr w:type="spellEnd"/>
      <w:r w:rsidRPr="00703D77">
        <w:rPr>
          <w:lang w:val="en-GB"/>
        </w:rPr>
        <w:t xml:space="preserve"> </w:t>
      </w:r>
      <w:proofErr w:type="spellStart"/>
      <w:r w:rsidRPr="00703D77">
        <w:rPr>
          <w:lang w:val="en-GB"/>
        </w:rPr>
        <w:t>na</w:t>
      </w:r>
      <w:proofErr w:type="spellEnd"/>
      <w:r w:rsidRPr="00703D77">
        <w:rPr>
          <w:lang w:val="en-GB"/>
        </w:rPr>
        <w:t xml:space="preserve"> </w:t>
      </w:r>
      <w:proofErr w:type="spellStart"/>
      <w:r w:rsidRPr="00703D77">
        <w:rPr>
          <w:lang w:val="en-GB"/>
        </w:rPr>
        <w:t>carinsko</w:t>
      </w:r>
      <w:proofErr w:type="spellEnd"/>
      <w:r w:rsidRPr="00703D77">
        <w:rPr>
          <w:lang w:val="en-GB"/>
        </w:rPr>
        <w:t xml:space="preserve"> </w:t>
      </w:r>
      <w:proofErr w:type="spellStart"/>
      <w:r w:rsidRPr="00703D77">
        <w:rPr>
          <w:lang w:val="en-GB"/>
        </w:rPr>
        <w:t>područje</w:t>
      </w:r>
      <w:proofErr w:type="spellEnd"/>
      <w:r w:rsidRPr="00703D77">
        <w:rPr>
          <w:lang w:val="en-GB"/>
        </w:rPr>
        <w:t xml:space="preserve"> </w:t>
      </w:r>
      <w:proofErr w:type="spellStart"/>
      <w:r w:rsidRPr="00703D77">
        <w:rPr>
          <w:lang w:val="en-GB"/>
        </w:rPr>
        <w:t>Crne</w:t>
      </w:r>
      <w:proofErr w:type="spellEnd"/>
      <w:r w:rsidRPr="00703D77">
        <w:rPr>
          <w:lang w:val="en-GB"/>
        </w:rPr>
        <w:t xml:space="preserve"> Gore, </w:t>
      </w:r>
      <w:proofErr w:type="spellStart"/>
      <w:r w:rsidRPr="00703D77">
        <w:rPr>
          <w:lang w:val="en-GB"/>
        </w:rPr>
        <w:t>podnese</w:t>
      </w:r>
      <w:proofErr w:type="spellEnd"/>
      <w:r w:rsidRPr="00703D77">
        <w:rPr>
          <w:lang w:val="en-GB"/>
        </w:rPr>
        <w:t xml:space="preserve"> </w:t>
      </w:r>
      <w:proofErr w:type="spellStart"/>
      <w:r w:rsidRPr="00703D77">
        <w:rPr>
          <w:lang w:val="en-GB"/>
        </w:rPr>
        <w:t>zahtjev</w:t>
      </w:r>
      <w:proofErr w:type="spellEnd"/>
      <w:r w:rsidRPr="00703D77">
        <w:rPr>
          <w:lang w:val="en-GB"/>
        </w:rPr>
        <w:t xml:space="preserve"> za </w:t>
      </w:r>
      <w:proofErr w:type="spellStart"/>
      <w:r w:rsidRPr="00703D77">
        <w:rPr>
          <w:lang w:val="en-GB"/>
        </w:rPr>
        <w:t>markiranje</w:t>
      </w:r>
      <w:proofErr w:type="spellEnd"/>
      <w:r w:rsidRPr="00703D77">
        <w:rPr>
          <w:lang w:val="en-GB"/>
        </w:rPr>
        <w:t xml:space="preserve"> </w:t>
      </w:r>
      <w:proofErr w:type="spellStart"/>
      <w:r w:rsidRPr="00703D77">
        <w:rPr>
          <w:lang w:val="en-GB"/>
        </w:rPr>
        <w:t>i</w:t>
      </w:r>
      <w:proofErr w:type="spellEnd"/>
      <w:r w:rsidRPr="00703D77">
        <w:rPr>
          <w:lang w:val="en-GB"/>
        </w:rPr>
        <w:t xml:space="preserve"> </w:t>
      </w:r>
      <w:proofErr w:type="spellStart"/>
      <w:r w:rsidRPr="00703D77">
        <w:rPr>
          <w:lang w:val="en-GB"/>
        </w:rPr>
        <w:t>dokaz</w:t>
      </w:r>
      <w:proofErr w:type="spellEnd"/>
      <w:r w:rsidRPr="00703D77">
        <w:rPr>
          <w:lang w:val="en-GB"/>
        </w:rPr>
        <w:t xml:space="preserve"> o </w:t>
      </w:r>
      <w:proofErr w:type="spellStart"/>
      <w:r w:rsidRPr="00703D77">
        <w:rPr>
          <w:lang w:val="en-GB"/>
        </w:rPr>
        <w:t>uplati</w:t>
      </w:r>
      <w:proofErr w:type="spellEnd"/>
      <w:r w:rsidRPr="00703D77">
        <w:rPr>
          <w:lang w:val="en-GB"/>
        </w:rPr>
        <w:t xml:space="preserve"> </w:t>
      </w:r>
      <w:proofErr w:type="spellStart"/>
      <w:r w:rsidRPr="00703D77">
        <w:rPr>
          <w:lang w:val="en-GB"/>
        </w:rPr>
        <w:t>troškova</w:t>
      </w:r>
      <w:proofErr w:type="spellEnd"/>
      <w:r w:rsidRPr="00703D77">
        <w:rPr>
          <w:lang w:val="en-GB"/>
        </w:rPr>
        <w:t xml:space="preserve"> </w:t>
      </w:r>
      <w:proofErr w:type="spellStart"/>
      <w:r w:rsidRPr="00703D77">
        <w:rPr>
          <w:lang w:val="en-GB"/>
        </w:rPr>
        <w:t>markiranja</w:t>
      </w:r>
      <w:proofErr w:type="spellEnd"/>
      <w:r w:rsidRPr="00703D77">
        <w:rPr>
          <w:lang w:val="en-GB"/>
        </w:rPr>
        <w:t>.</w:t>
      </w:r>
    </w:p>
    <w:p w14:paraId="0FCFD70A" w14:textId="66306212" w:rsidR="00703D77" w:rsidRDefault="00703D77" w:rsidP="00703D77">
      <w:pPr>
        <w:jc w:val="both"/>
        <w:rPr>
          <w:lang w:val="en-GB"/>
        </w:rPr>
      </w:pPr>
      <w:proofErr w:type="spellStart"/>
      <w:r w:rsidRPr="00703D77">
        <w:rPr>
          <w:lang w:val="en-GB"/>
        </w:rPr>
        <w:t>Zahtjev</w:t>
      </w:r>
      <w:proofErr w:type="spellEnd"/>
      <w:r w:rsidRPr="00703D77">
        <w:rPr>
          <w:lang w:val="en-GB"/>
        </w:rPr>
        <w:t xml:space="preserve"> za </w:t>
      </w:r>
      <w:proofErr w:type="spellStart"/>
      <w:r w:rsidRPr="00703D77">
        <w:rPr>
          <w:lang w:val="en-GB"/>
        </w:rPr>
        <w:t>markiranje</w:t>
      </w:r>
      <w:proofErr w:type="spellEnd"/>
      <w:r w:rsidRPr="00703D77">
        <w:rPr>
          <w:lang w:val="en-GB"/>
        </w:rPr>
        <w:t xml:space="preserve"> </w:t>
      </w:r>
      <w:proofErr w:type="spellStart"/>
      <w:r w:rsidRPr="00703D77">
        <w:rPr>
          <w:lang w:val="en-GB"/>
        </w:rPr>
        <w:t>podnosi</w:t>
      </w:r>
      <w:proofErr w:type="spellEnd"/>
      <w:r w:rsidRPr="00703D77">
        <w:rPr>
          <w:lang w:val="en-GB"/>
        </w:rPr>
        <w:t xml:space="preserve"> se </w:t>
      </w:r>
      <w:proofErr w:type="spellStart"/>
      <w:r w:rsidRPr="00703D77">
        <w:rPr>
          <w:lang w:val="en-GB"/>
        </w:rPr>
        <w:t>putem</w:t>
      </w:r>
      <w:proofErr w:type="spellEnd"/>
      <w:r w:rsidRPr="00703D77">
        <w:rPr>
          <w:lang w:val="en-GB"/>
        </w:rPr>
        <w:t xml:space="preserve"> </w:t>
      </w:r>
      <w:proofErr w:type="spellStart"/>
      <w:r w:rsidRPr="00703D77">
        <w:rPr>
          <w:lang w:val="en-GB"/>
        </w:rPr>
        <w:t>informacionog</w:t>
      </w:r>
      <w:proofErr w:type="spellEnd"/>
      <w:r w:rsidRPr="00703D77">
        <w:rPr>
          <w:lang w:val="en-GB"/>
        </w:rPr>
        <w:t xml:space="preserve"> </w:t>
      </w:r>
      <w:proofErr w:type="spellStart"/>
      <w:r w:rsidRPr="00703D77">
        <w:rPr>
          <w:lang w:val="en-GB"/>
        </w:rPr>
        <w:t>sistema</w:t>
      </w:r>
      <w:proofErr w:type="spellEnd"/>
      <w:r w:rsidRPr="00703D77">
        <w:rPr>
          <w:lang w:val="en-GB"/>
        </w:rPr>
        <w:t xml:space="preserve"> </w:t>
      </w:r>
      <w:proofErr w:type="spellStart"/>
      <w:r w:rsidRPr="00703D77">
        <w:rPr>
          <w:lang w:val="en-GB"/>
        </w:rPr>
        <w:t>Pružaoca</w:t>
      </w:r>
      <w:proofErr w:type="spellEnd"/>
      <w:r w:rsidRPr="00703D77">
        <w:rPr>
          <w:lang w:val="en-GB"/>
        </w:rPr>
        <w:t xml:space="preserve"> </w:t>
      </w:r>
      <w:proofErr w:type="spellStart"/>
      <w:r w:rsidRPr="00703D77">
        <w:rPr>
          <w:lang w:val="en-GB"/>
        </w:rPr>
        <w:t>usluge</w:t>
      </w:r>
      <w:proofErr w:type="spellEnd"/>
      <w:r w:rsidRPr="00703D77">
        <w:rPr>
          <w:lang w:val="en-GB"/>
        </w:rPr>
        <w:t xml:space="preserve"> </w:t>
      </w:r>
      <w:proofErr w:type="spellStart"/>
      <w:r w:rsidR="00EB7CEA">
        <w:rPr>
          <w:lang w:val="en-GB"/>
        </w:rPr>
        <w:t>markiranja</w:t>
      </w:r>
      <w:proofErr w:type="spellEnd"/>
      <w:r w:rsidR="00EB7CEA">
        <w:rPr>
          <w:lang w:val="en-GB"/>
        </w:rPr>
        <w:t xml:space="preserve">, </w:t>
      </w:r>
      <w:proofErr w:type="spellStart"/>
      <w:r w:rsidR="00EB7CEA">
        <w:rPr>
          <w:lang w:val="en-GB"/>
        </w:rPr>
        <w:t>pri</w:t>
      </w:r>
      <w:proofErr w:type="spellEnd"/>
      <w:r w:rsidR="00EB7CEA">
        <w:rPr>
          <w:lang w:val="en-GB"/>
        </w:rPr>
        <w:t xml:space="preserve"> </w:t>
      </w:r>
      <w:proofErr w:type="spellStart"/>
      <w:r w:rsidR="00EB7CEA">
        <w:rPr>
          <w:lang w:val="en-GB"/>
        </w:rPr>
        <w:t>čemu</w:t>
      </w:r>
      <w:proofErr w:type="spellEnd"/>
      <w:r w:rsidR="00EB7CEA">
        <w:rPr>
          <w:lang w:val="en-GB"/>
        </w:rPr>
        <w:t xml:space="preserve"> </w:t>
      </w:r>
      <w:proofErr w:type="spellStart"/>
      <w:r w:rsidR="00EB7CEA">
        <w:rPr>
          <w:lang w:val="en-GB"/>
        </w:rPr>
        <w:t>sistem</w:t>
      </w:r>
      <w:proofErr w:type="spellEnd"/>
      <w:r w:rsidR="00EB7CEA">
        <w:rPr>
          <w:lang w:val="en-GB"/>
        </w:rPr>
        <w:t xml:space="preserve"> </w:t>
      </w:r>
      <w:proofErr w:type="spellStart"/>
      <w:r w:rsidR="00EB7CEA">
        <w:rPr>
          <w:lang w:val="en-GB"/>
        </w:rPr>
        <w:t>automatski</w:t>
      </w:r>
      <w:proofErr w:type="spellEnd"/>
      <w:r w:rsidR="00EB7CEA">
        <w:rPr>
          <w:lang w:val="en-GB"/>
        </w:rPr>
        <w:t xml:space="preserve"> </w:t>
      </w:r>
      <w:proofErr w:type="spellStart"/>
      <w:r w:rsidR="00EB7CEA">
        <w:rPr>
          <w:lang w:val="en-GB"/>
        </w:rPr>
        <w:t>evidentira</w:t>
      </w:r>
      <w:proofErr w:type="spellEnd"/>
      <w:r w:rsidR="00EB7CEA">
        <w:rPr>
          <w:lang w:val="en-GB"/>
        </w:rPr>
        <w:t xml:space="preserve"> datum </w:t>
      </w:r>
      <w:proofErr w:type="spellStart"/>
      <w:r w:rsidR="00EB7CEA">
        <w:rPr>
          <w:lang w:val="en-GB"/>
        </w:rPr>
        <w:t>i</w:t>
      </w:r>
      <w:proofErr w:type="spellEnd"/>
      <w:r w:rsidR="00EB7CEA">
        <w:rPr>
          <w:lang w:val="en-GB"/>
        </w:rPr>
        <w:t xml:space="preserve"> </w:t>
      </w:r>
      <w:proofErr w:type="spellStart"/>
      <w:r w:rsidR="00EB7CEA">
        <w:rPr>
          <w:lang w:val="en-GB"/>
        </w:rPr>
        <w:t>vrijeme</w:t>
      </w:r>
      <w:proofErr w:type="spellEnd"/>
      <w:r w:rsidR="00EB7CEA">
        <w:rPr>
          <w:lang w:val="en-GB"/>
        </w:rPr>
        <w:t xml:space="preserve"> </w:t>
      </w:r>
      <w:proofErr w:type="spellStart"/>
      <w:r w:rsidR="00EB7CEA">
        <w:rPr>
          <w:lang w:val="en-GB"/>
        </w:rPr>
        <w:t>njegovog</w:t>
      </w:r>
      <w:proofErr w:type="spellEnd"/>
      <w:r w:rsidR="00EB7CEA">
        <w:rPr>
          <w:lang w:val="en-GB"/>
        </w:rPr>
        <w:t xml:space="preserve"> </w:t>
      </w:r>
      <w:proofErr w:type="spellStart"/>
      <w:r w:rsidR="00EB7CEA">
        <w:rPr>
          <w:lang w:val="en-GB"/>
        </w:rPr>
        <w:t>prijema</w:t>
      </w:r>
      <w:proofErr w:type="spellEnd"/>
      <w:r w:rsidR="00EB7CEA">
        <w:rPr>
          <w:lang w:val="en-GB"/>
        </w:rPr>
        <w:t>.</w:t>
      </w:r>
    </w:p>
    <w:p w14:paraId="001BD729" w14:textId="5A601EFA" w:rsidR="007A19F8" w:rsidRPr="00627C43" w:rsidRDefault="007A19F8" w:rsidP="007A19F8">
      <w:pPr>
        <w:jc w:val="both"/>
        <w:rPr>
          <w:lang w:val="en-GB"/>
        </w:rPr>
      </w:pPr>
      <w:proofErr w:type="spellStart"/>
      <w:r w:rsidRPr="00627C43">
        <w:rPr>
          <w:lang w:val="en-GB"/>
        </w:rPr>
        <w:t>Izuzetno</w:t>
      </w:r>
      <w:proofErr w:type="spellEnd"/>
      <w:r w:rsidRPr="00627C43">
        <w:rPr>
          <w:lang w:val="en-GB"/>
        </w:rPr>
        <w:t xml:space="preserve">, u </w:t>
      </w:r>
      <w:proofErr w:type="spellStart"/>
      <w:r w:rsidRPr="00627C43">
        <w:rPr>
          <w:lang w:val="en-GB"/>
        </w:rPr>
        <w:t>slučaju</w:t>
      </w:r>
      <w:proofErr w:type="spellEnd"/>
      <w:r w:rsidRPr="00627C43">
        <w:rPr>
          <w:lang w:val="en-GB"/>
        </w:rPr>
        <w:t xml:space="preserve"> </w:t>
      </w:r>
      <w:proofErr w:type="spellStart"/>
      <w:r w:rsidRPr="00627C43">
        <w:rPr>
          <w:lang w:val="en-GB"/>
        </w:rPr>
        <w:t>nedostupnosti</w:t>
      </w:r>
      <w:proofErr w:type="spellEnd"/>
      <w:r w:rsidRPr="00627C43">
        <w:rPr>
          <w:lang w:val="en-GB"/>
        </w:rPr>
        <w:t xml:space="preserve"> </w:t>
      </w:r>
      <w:proofErr w:type="spellStart"/>
      <w:r w:rsidRPr="00627C43">
        <w:rPr>
          <w:lang w:val="en-GB"/>
        </w:rPr>
        <w:t>informacionog</w:t>
      </w:r>
      <w:proofErr w:type="spellEnd"/>
      <w:r w:rsidRPr="00627C43">
        <w:rPr>
          <w:lang w:val="en-GB"/>
        </w:rPr>
        <w:t xml:space="preserve"> </w:t>
      </w:r>
      <w:proofErr w:type="spellStart"/>
      <w:r w:rsidRPr="00627C43">
        <w:rPr>
          <w:lang w:val="en-GB"/>
        </w:rPr>
        <w:t>sistema</w:t>
      </w:r>
      <w:proofErr w:type="spellEnd"/>
      <w:r w:rsidRPr="00627C43">
        <w:rPr>
          <w:lang w:val="en-GB"/>
        </w:rPr>
        <w:t xml:space="preserve"> </w:t>
      </w:r>
      <w:proofErr w:type="spellStart"/>
      <w:r w:rsidRPr="00627C43">
        <w:rPr>
          <w:lang w:val="en-GB"/>
        </w:rPr>
        <w:t>usljed</w:t>
      </w:r>
      <w:proofErr w:type="spellEnd"/>
      <w:r w:rsidRPr="00627C43">
        <w:rPr>
          <w:lang w:val="en-GB"/>
        </w:rPr>
        <w:t xml:space="preserve"> </w:t>
      </w:r>
      <w:proofErr w:type="spellStart"/>
      <w:r w:rsidRPr="00627C43">
        <w:rPr>
          <w:lang w:val="en-GB"/>
        </w:rPr>
        <w:t>više</w:t>
      </w:r>
      <w:proofErr w:type="spellEnd"/>
      <w:r w:rsidRPr="00627C43">
        <w:rPr>
          <w:lang w:val="en-GB"/>
        </w:rPr>
        <w:t xml:space="preserve"> sile, </w:t>
      </w:r>
      <w:proofErr w:type="spellStart"/>
      <w:r w:rsidRPr="00627C43">
        <w:rPr>
          <w:lang w:val="en-GB"/>
        </w:rPr>
        <w:t>tehničkih</w:t>
      </w:r>
      <w:proofErr w:type="spellEnd"/>
      <w:r w:rsidRPr="00627C43">
        <w:rPr>
          <w:lang w:val="en-GB"/>
        </w:rPr>
        <w:t xml:space="preserve"> </w:t>
      </w:r>
      <w:proofErr w:type="spellStart"/>
      <w:r w:rsidRPr="00627C43">
        <w:rPr>
          <w:lang w:val="en-GB"/>
        </w:rPr>
        <w:t>poteškoća</w:t>
      </w:r>
      <w:proofErr w:type="spellEnd"/>
      <w:r w:rsidRPr="00627C43">
        <w:rPr>
          <w:lang w:val="en-GB"/>
        </w:rPr>
        <w:t xml:space="preserve"> </w:t>
      </w:r>
      <w:proofErr w:type="spellStart"/>
      <w:r w:rsidRPr="00627C43">
        <w:rPr>
          <w:lang w:val="en-GB"/>
        </w:rPr>
        <w:t>ili</w:t>
      </w:r>
      <w:proofErr w:type="spellEnd"/>
      <w:r w:rsidRPr="00627C43">
        <w:rPr>
          <w:lang w:val="en-GB"/>
        </w:rPr>
        <w:t xml:space="preserve"> </w:t>
      </w:r>
      <w:proofErr w:type="spellStart"/>
      <w:r w:rsidRPr="00627C43">
        <w:rPr>
          <w:lang w:val="en-GB"/>
        </w:rPr>
        <w:t>drugih</w:t>
      </w:r>
      <w:proofErr w:type="spellEnd"/>
      <w:r w:rsidRPr="00627C43">
        <w:rPr>
          <w:lang w:val="en-GB"/>
        </w:rPr>
        <w:t xml:space="preserve"> </w:t>
      </w:r>
      <w:proofErr w:type="spellStart"/>
      <w:r w:rsidRPr="00627C43">
        <w:rPr>
          <w:lang w:val="en-GB"/>
        </w:rPr>
        <w:t>okolnosti</w:t>
      </w:r>
      <w:proofErr w:type="spellEnd"/>
      <w:r w:rsidRPr="00627C43">
        <w:rPr>
          <w:lang w:val="en-GB"/>
        </w:rPr>
        <w:t xml:space="preserve"> </w:t>
      </w:r>
      <w:proofErr w:type="spellStart"/>
      <w:r w:rsidRPr="00627C43">
        <w:rPr>
          <w:lang w:val="en-GB"/>
        </w:rPr>
        <w:t>koje</w:t>
      </w:r>
      <w:proofErr w:type="spellEnd"/>
      <w:r w:rsidRPr="00627C43">
        <w:rPr>
          <w:lang w:val="en-GB"/>
        </w:rPr>
        <w:t xml:space="preserve"> </w:t>
      </w:r>
      <w:proofErr w:type="spellStart"/>
      <w:r w:rsidRPr="00627C43">
        <w:rPr>
          <w:lang w:val="en-GB"/>
        </w:rPr>
        <w:t>onemogućavaju</w:t>
      </w:r>
      <w:proofErr w:type="spellEnd"/>
      <w:r w:rsidRPr="00627C43">
        <w:rPr>
          <w:lang w:val="en-GB"/>
        </w:rPr>
        <w:t xml:space="preserve"> </w:t>
      </w:r>
      <w:proofErr w:type="spellStart"/>
      <w:r w:rsidRPr="00627C43">
        <w:rPr>
          <w:lang w:val="en-GB"/>
        </w:rPr>
        <w:t>njegov</w:t>
      </w:r>
      <w:proofErr w:type="spellEnd"/>
      <w:r w:rsidRPr="00627C43">
        <w:rPr>
          <w:lang w:val="en-GB"/>
        </w:rPr>
        <w:t xml:space="preserve"> rad, </w:t>
      </w:r>
      <w:proofErr w:type="spellStart"/>
      <w:r w:rsidRPr="00627C43">
        <w:rPr>
          <w:lang w:val="en-GB"/>
        </w:rPr>
        <w:t>zahtjev</w:t>
      </w:r>
      <w:proofErr w:type="spellEnd"/>
      <w:r w:rsidRPr="00627C43">
        <w:rPr>
          <w:lang w:val="en-GB"/>
        </w:rPr>
        <w:t xml:space="preserve"> za </w:t>
      </w:r>
      <w:proofErr w:type="spellStart"/>
      <w:r w:rsidRPr="00627C43">
        <w:rPr>
          <w:lang w:val="en-GB"/>
        </w:rPr>
        <w:t>markiranje</w:t>
      </w:r>
      <w:proofErr w:type="spellEnd"/>
      <w:r w:rsidRPr="00627C43">
        <w:rPr>
          <w:lang w:val="en-GB"/>
        </w:rPr>
        <w:t xml:space="preserve"> </w:t>
      </w:r>
      <w:proofErr w:type="spellStart"/>
      <w:r w:rsidRPr="00627C43">
        <w:rPr>
          <w:lang w:val="en-GB"/>
        </w:rPr>
        <w:t>podnosi</w:t>
      </w:r>
      <w:proofErr w:type="spellEnd"/>
      <w:r w:rsidRPr="00627C43">
        <w:rPr>
          <w:lang w:val="en-GB"/>
        </w:rPr>
        <w:t xml:space="preserve"> se </w:t>
      </w:r>
      <w:proofErr w:type="spellStart"/>
      <w:r w:rsidRPr="00627C43">
        <w:rPr>
          <w:lang w:val="en-GB"/>
        </w:rPr>
        <w:t>na</w:t>
      </w:r>
      <w:proofErr w:type="spellEnd"/>
      <w:r w:rsidRPr="00627C43">
        <w:rPr>
          <w:lang w:val="en-GB"/>
        </w:rPr>
        <w:t xml:space="preserve"> </w:t>
      </w:r>
      <w:proofErr w:type="spellStart"/>
      <w:r w:rsidRPr="00627C43">
        <w:rPr>
          <w:lang w:val="en-GB"/>
        </w:rPr>
        <w:t>drugi</w:t>
      </w:r>
      <w:proofErr w:type="spellEnd"/>
      <w:r w:rsidRPr="00627C43">
        <w:rPr>
          <w:lang w:val="en-GB"/>
        </w:rPr>
        <w:t xml:space="preserve"> </w:t>
      </w:r>
      <w:proofErr w:type="spellStart"/>
      <w:r w:rsidRPr="00627C43">
        <w:rPr>
          <w:lang w:val="en-GB"/>
        </w:rPr>
        <w:t>način</w:t>
      </w:r>
      <w:proofErr w:type="spellEnd"/>
      <w:r w:rsidRPr="00627C43">
        <w:rPr>
          <w:lang w:val="en-GB"/>
        </w:rPr>
        <w:t xml:space="preserve"> koji </w:t>
      </w:r>
      <w:proofErr w:type="spellStart"/>
      <w:r w:rsidRPr="00627C43">
        <w:rPr>
          <w:lang w:val="en-GB"/>
        </w:rPr>
        <w:t>odredi</w:t>
      </w:r>
      <w:proofErr w:type="spellEnd"/>
      <w:r w:rsidRPr="00627C43">
        <w:rPr>
          <w:lang w:val="en-GB"/>
        </w:rPr>
        <w:t xml:space="preserve"> </w:t>
      </w:r>
      <w:proofErr w:type="spellStart"/>
      <w:r w:rsidRPr="00627C43">
        <w:rPr>
          <w:lang w:val="en-GB"/>
        </w:rPr>
        <w:t>Pružalac</w:t>
      </w:r>
      <w:proofErr w:type="spellEnd"/>
      <w:r w:rsidRPr="00627C43">
        <w:rPr>
          <w:lang w:val="en-GB"/>
        </w:rPr>
        <w:t xml:space="preserve"> </w:t>
      </w:r>
      <w:proofErr w:type="spellStart"/>
      <w:r w:rsidRPr="00627C43">
        <w:rPr>
          <w:lang w:val="en-GB"/>
        </w:rPr>
        <w:t>usluge</w:t>
      </w:r>
      <w:proofErr w:type="spellEnd"/>
      <w:r w:rsidRPr="00627C43">
        <w:rPr>
          <w:lang w:val="en-GB"/>
        </w:rPr>
        <w:t xml:space="preserve">, </w:t>
      </w:r>
      <w:proofErr w:type="spellStart"/>
      <w:r w:rsidRPr="00627C43">
        <w:rPr>
          <w:lang w:val="en-GB"/>
        </w:rPr>
        <w:t>uz</w:t>
      </w:r>
      <w:proofErr w:type="spellEnd"/>
      <w:r w:rsidRPr="00627C43">
        <w:rPr>
          <w:lang w:val="en-GB"/>
        </w:rPr>
        <w:t xml:space="preserve"> </w:t>
      </w:r>
      <w:proofErr w:type="spellStart"/>
      <w:r w:rsidRPr="00627C43">
        <w:rPr>
          <w:lang w:val="en-GB"/>
        </w:rPr>
        <w:t>obavezu</w:t>
      </w:r>
      <w:proofErr w:type="spellEnd"/>
      <w:r w:rsidRPr="00627C43">
        <w:rPr>
          <w:lang w:val="en-GB"/>
        </w:rPr>
        <w:t xml:space="preserve"> </w:t>
      </w:r>
      <w:proofErr w:type="spellStart"/>
      <w:r w:rsidRPr="00627C43">
        <w:rPr>
          <w:lang w:val="en-GB"/>
        </w:rPr>
        <w:t>Pružaoca</w:t>
      </w:r>
      <w:proofErr w:type="spellEnd"/>
      <w:r w:rsidRPr="00627C43">
        <w:rPr>
          <w:lang w:val="en-GB"/>
        </w:rPr>
        <w:t xml:space="preserve"> </w:t>
      </w:r>
      <w:proofErr w:type="spellStart"/>
      <w:r w:rsidRPr="00627C43">
        <w:rPr>
          <w:lang w:val="en-GB"/>
        </w:rPr>
        <w:t>usluge</w:t>
      </w:r>
      <w:proofErr w:type="spellEnd"/>
      <w:r w:rsidRPr="00627C43">
        <w:rPr>
          <w:lang w:val="en-GB"/>
        </w:rPr>
        <w:t xml:space="preserve"> da </w:t>
      </w:r>
      <w:proofErr w:type="spellStart"/>
      <w:r w:rsidRPr="00627C43">
        <w:rPr>
          <w:lang w:val="en-GB"/>
        </w:rPr>
        <w:t>naknadno</w:t>
      </w:r>
      <w:proofErr w:type="spellEnd"/>
      <w:r w:rsidRPr="00627C43">
        <w:rPr>
          <w:lang w:val="en-GB"/>
        </w:rPr>
        <w:t xml:space="preserve"> </w:t>
      </w:r>
      <w:proofErr w:type="spellStart"/>
      <w:r w:rsidRPr="00627C43">
        <w:rPr>
          <w:lang w:val="en-GB"/>
        </w:rPr>
        <w:t>evidentira</w:t>
      </w:r>
      <w:proofErr w:type="spellEnd"/>
      <w:r w:rsidRPr="00627C43">
        <w:rPr>
          <w:lang w:val="en-GB"/>
        </w:rPr>
        <w:t xml:space="preserve"> </w:t>
      </w:r>
      <w:proofErr w:type="spellStart"/>
      <w:r w:rsidRPr="00627C43">
        <w:rPr>
          <w:lang w:val="en-GB"/>
        </w:rPr>
        <w:t>zahtjeve</w:t>
      </w:r>
      <w:proofErr w:type="spellEnd"/>
      <w:r w:rsidRPr="00627C43">
        <w:rPr>
          <w:lang w:val="en-GB"/>
        </w:rPr>
        <w:t xml:space="preserve"> u </w:t>
      </w:r>
      <w:proofErr w:type="spellStart"/>
      <w:r w:rsidRPr="00627C43">
        <w:rPr>
          <w:lang w:val="en-GB"/>
        </w:rPr>
        <w:t>informacionom</w:t>
      </w:r>
      <w:proofErr w:type="spellEnd"/>
      <w:r w:rsidRPr="00627C43">
        <w:rPr>
          <w:lang w:val="en-GB"/>
        </w:rPr>
        <w:t xml:space="preserve"> </w:t>
      </w:r>
      <w:proofErr w:type="spellStart"/>
      <w:r w:rsidRPr="00627C43">
        <w:rPr>
          <w:lang w:val="en-GB"/>
        </w:rPr>
        <w:t>sistemu</w:t>
      </w:r>
      <w:proofErr w:type="spellEnd"/>
      <w:r w:rsidRPr="00627C43">
        <w:rPr>
          <w:lang w:val="en-GB"/>
        </w:rPr>
        <w:t xml:space="preserve"> po </w:t>
      </w:r>
      <w:proofErr w:type="spellStart"/>
      <w:r w:rsidRPr="00627C43">
        <w:rPr>
          <w:lang w:val="en-GB"/>
        </w:rPr>
        <w:t>uspostavljanju</w:t>
      </w:r>
      <w:proofErr w:type="spellEnd"/>
      <w:r w:rsidRPr="00627C43">
        <w:rPr>
          <w:lang w:val="en-GB"/>
        </w:rPr>
        <w:t xml:space="preserve"> </w:t>
      </w:r>
      <w:proofErr w:type="spellStart"/>
      <w:r w:rsidRPr="00627C43">
        <w:rPr>
          <w:lang w:val="en-GB"/>
        </w:rPr>
        <w:t>njegovog</w:t>
      </w:r>
      <w:proofErr w:type="spellEnd"/>
      <w:r w:rsidRPr="00627C43">
        <w:rPr>
          <w:lang w:val="en-GB"/>
        </w:rPr>
        <w:t xml:space="preserve"> </w:t>
      </w:r>
      <w:proofErr w:type="spellStart"/>
      <w:r w:rsidRPr="00627C43">
        <w:rPr>
          <w:lang w:val="en-GB"/>
        </w:rPr>
        <w:t>redovnog</w:t>
      </w:r>
      <w:proofErr w:type="spellEnd"/>
      <w:r w:rsidRPr="00627C43">
        <w:rPr>
          <w:lang w:val="en-GB"/>
        </w:rPr>
        <w:t xml:space="preserve"> rada. U tom </w:t>
      </w:r>
      <w:proofErr w:type="spellStart"/>
      <w:r w:rsidRPr="00627C43">
        <w:rPr>
          <w:lang w:val="en-GB"/>
        </w:rPr>
        <w:t>slučaju</w:t>
      </w:r>
      <w:proofErr w:type="spellEnd"/>
      <w:r w:rsidRPr="00627C43">
        <w:rPr>
          <w:lang w:val="en-GB"/>
        </w:rPr>
        <w:t xml:space="preserve">, </w:t>
      </w:r>
      <w:proofErr w:type="spellStart"/>
      <w:r w:rsidRPr="00627C43">
        <w:rPr>
          <w:lang w:val="en-GB"/>
        </w:rPr>
        <w:t>datumom</w:t>
      </w:r>
      <w:proofErr w:type="spellEnd"/>
      <w:r w:rsidRPr="00627C43">
        <w:rPr>
          <w:lang w:val="en-GB"/>
        </w:rPr>
        <w:t xml:space="preserve"> </w:t>
      </w:r>
      <w:proofErr w:type="spellStart"/>
      <w:r w:rsidRPr="00627C43">
        <w:rPr>
          <w:lang w:val="en-GB"/>
        </w:rPr>
        <w:t>i</w:t>
      </w:r>
      <w:proofErr w:type="spellEnd"/>
      <w:r w:rsidRPr="00627C43">
        <w:rPr>
          <w:lang w:val="en-GB"/>
        </w:rPr>
        <w:t xml:space="preserve"> </w:t>
      </w:r>
      <w:proofErr w:type="spellStart"/>
      <w:r w:rsidRPr="00627C43">
        <w:rPr>
          <w:lang w:val="en-GB"/>
        </w:rPr>
        <w:t>vremenom</w:t>
      </w:r>
      <w:proofErr w:type="spellEnd"/>
      <w:r w:rsidRPr="00627C43">
        <w:rPr>
          <w:lang w:val="en-GB"/>
        </w:rPr>
        <w:t xml:space="preserve"> </w:t>
      </w:r>
      <w:proofErr w:type="spellStart"/>
      <w:r w:rsidRPr="00627C43">
        <w:rPr>
          <w:lang w:val="en-GB"/>
        </w:rPr>
        <w:t>podnošenja</w:t>
      </w:r>
      <w:proofErr w:type="spellEnd"/>
      <w:r w:rsidRPr="00627C43">
        <w:rPr>
          <w:lang w:val="en-GB"/>
        </w:rPr>
        <w:t xml:space="preserve"> </w:t>
      </w:r>
      <w:proofErr w:type="spellStart"/>
      <w:r w:rsidRPr="00627C43">
        <w:rPr>
          <w:lang w:val="en-GB"/>
        </w:rPr>
        <w:t>zahtjeva</w:t>
      </w:r>
      <w:proofErr w:type="spellEnd"/>
      <w:r w:rsidRPr="00627C43">
        <w:rPr>
          <w:lang w:val="en-GB"/>
        </w:rPr>
        <w:t xml:space="preserve"> </w:t>
      </w:r>
      <w:proofErr w:type="spellStart"/>
      <w:r w:rsidRPr="00627C43">
        <w:rPr>
          <w:lang w:val="en-GB"/>
        </w:rPr>
        <w:t>smatraju</w:t>
      </w:r>
      <w:proofErr w:type="spellEnd"/>
      <w:r w:rsidRPr="00627C43">
        <w:rPr>
          <w:lang w:val="en-GB"/>
        </w:rPr>
        <w:t xml:space="preserve"> se datum </w:t>
      </w:r>
      <w:proofErr w:type="spellStart"/>
      <w:r w:rsidRPr="00627C43">
        <w:rPr>
          <w:lang w:val="en-GB"/>
        </w:rPr>
        <w:t>i</w:t>
      </w:r>
      <w:proofErr w:type="spellEnd"/>
      <w:r w:rsidRPr="00627C43">
        <w:rPr>
          <w:lang w:val="en-GB"/>
        </w:rPr>
        <w:t xml:space="preserve"> </w:t>
      </w:r>
      <w:proofErr w:type="spellStart"/>
      <w:r w:rsidRPr="00627C43">
        <w:rPr>
          <w:lang w:val="en-GB"/>
        </w:rPr>
        <w:t>vrijeme</w:t>
      </w:r>
      <w:proofErr w:type="spellEnd"/>
      <w:r w:rsidRPr="00627C43">
        <w:rPr>
          <w:lang w:val="en-GB"/>
        </w:rPr>
        <w:t xml:space="preserve"> </w:t>
      </w:r>
      <w:proofErr w:type="spellStart"/>
      <w:r w:rsidRPr="00627C43">
        <w:rPr>
          <w:lang w:val="en-GB"/>
        </w:rPr>
        <w:t>njegovog</w:t>
      </w:r>
      <w:proofErr w:type="spellEnd"/>
      <w:r w:rsidRPr="00627C43">
        <w:rPr>
          <w:lang w:val="en-GB"/>
        </w:rPr>
        <w:t xml:space="preserve"> </w:t>
      </w:r>
      <w:proofErr w:type="spellStart"/>
      <w:r w:rsidRPr="00627C43">
        <w:rPr>
          <w:lang w:val="en-GB"/>
        </w:rPr>
        <w:t>prijema</w:t>
      </w:r>
      <w:proofErr w:type="spellEnd"/>
      <w:r w:rsidRPr="00627C43">
        <w:rPr>
          <w:lang w:val="en-GB"/>
        </w:rPr>
        <w:t xml:space="preserve"> </w:t>
      </w:r>
      <w:proofErr w:type="spellStart"/>
      <w:r w:rsidRPr="00627C43">
        <w:rPr>
          <w:lang w:val="en-GB"/>
        </w:rPr>
        <w:t>od</w:t>
      </w:r>
      <w:proofErr w:type="spellEnd"/>
      <w:r w:rsidRPr="00627C43">
        <w:rPr>
          <w:lang w:val="en-GB"/>
        </w:rPr>
        <w:t xml:space="preserve"> </w:t>
      </w:r>
      <w:proofErr w:type="spellStart"/>
      <w:r w:rsidRPr="00627C43">
        <w:rPr>
          <w:lang w:val="en-GB"/>
        </w:rPr>
        <w:t>strane</w:t>
      </w:r>
      <w:proofErr w:type="spellEnd"/>
      <w:r w:rsidRPr="00627C43">
        <w:rPr>
          <w:lang w:val="en-GB"/>
        </w:rPr>
        <w:t xml:space="preserve"> </w:t>
      </w:r>
      <w:proofErr w:type="spellStart"/>
      <w:r w:rsidRPr="00627C43">
        <w:rPr>
          <w:lang w:val="en-GB"/>
        </w:rPr>
        <w:t>Pružaoca</w:t>
      </w:r>
      <w:proofErr w:type="spellEnd"/>
      <w:r w:rsidRPr="00627C43">
        <w:rPr>
          <w:lang w:val="en-GB"/>
        </w:rPr>
        <w:t xml:space="preserve"> </w:t>
      </w:r>
      <w:proofErr w:type="spellStart"/>
      <w:r w:rsidRPr="00627C43">
        <w:rPr>
          <w:lang w:val="en-GB"/>
        </w:rPr>
        <w:t>usluge</w:t>
      </w:r>
      <w:proofErr w:type="spellEnd"/>
      <w:r w:rsidRPr="00627C43">
        <w:rPr>
          <w:lang w:val="en-GB"/>
        </w:rPr>
        <w:t>.</w:t>
      </w:r>
    </w:p>
    <w:p w14:paraId="33795F45" w14:textId="3BC7F06A" w:rsidR="00703D77" w:rsidRPr="00703D77" w:rsidRDefault="00703D77" w:rsidP="00703D77">
      <w:pPr>
        <w:jc w:val="both"/>
        <w:rPr>
          <w:lang w:val="en-GB"/>
        </w:rPr>
      </w:pPr>
      <w:proofErr w:type="spellStart"/>
      <w:r w:rsidRPr="00703D77">
        <w:rPr>
          <w:lang w:val="en-GB"/>
        </w:rPr>
        <w:t>Zahtjev</w:t>
      </w:r>
      <w:proofErr w:type="spellEnd"/>
      <w:r w:rsidRPr="00703D77">
        <w:rPr>
          <w:lang w:val="en-GB"/>
        </w:rPr>
        <w:t xml:space="preserve"> </w:t>
      </w:r>
      <w:r w:rsidR="007A19F8">
        <w:rPr>
          <w:lang w:val="en-GB"/>
        </w:rPr>
        <w:t xml:space="preserve">za </w:t>
      </w:r>
      <w:proofErr w:type="spellStart"/>
      <w:r w:rsidR="007A19F8">
        <w:rPr>
          <w:lang w:val="en-GB"/>
        </w:rPr>
        <w:t>markiranje</w:t>
      </w:r>
      <w:proofErr w:type="spellEnd"/>
      <w:r w:rsidR="007A19F8">
        <w:rPr>
          <w:lang w:val="en-GB"/>
        </w:rPr>
        <w:t xml:space="preserve"> </w:t>
      </w:r>
      <w:proofErr w:type="spellStart"/>
      <w:r w:rsidRPr="00703D77">
        <w:rPr>
          <w:lang w:val="en-GB"/>
        </w:rPr>
        <w:t>sadrži</w:t>
      </w:r>
      <w:proofErr w:type="spellEnd"/>
      <w:r w:rsidRPr="00703D77">
        <w:rPr>
          <w:lang w:val="en-GB"/>
        </w:rPr>
        <w:t xml:space="preserve"> </w:t>
      </w:r>
      <w:proofErr w:type="spellStart"/>
      <w:r w:rsidRPr="00703D77">
        <w:rPr>
          <w:lang w:val="en-GB"/>
        </w:rPr>
        <w:t>podatke</w:t>
      </w:r>
      <w:proofErr w:type="spellEnd"/>
      <w:r w:rsidRPr="00703D77">
        <w:rPr>
          <w:lang w:val="en-GB"/>
        </w:rPr>
        <w:t xml:space="preserve"> </w:t>
      </w:r>
      <w:proofErr w:type="spellStart"/>
      <w:r w:rsidRPr="00703D77">
        <w:rPr>
          <w:lang w:val="en-GB"/>
        </w:rPr>
        <w:t>iz</w:t>
      </w:r>
      <w:proofErr w:type="spellEnd"/>
      <w:r w:rsidRPr="00703D77">
        <w:rPr>
          <w:lang w:val="en-GB"/>
        </w:rPr>
        <w:t xml:space="preserve"> Priloga 1 </w:t>
      </w:r>
      <w:proofErr w:type="spellStart"/>
      <w:r w:rsidRPr="00703D77">
        <w:rPr>
          <w:lang w:val="en-GB"/>
        </w:rPr>
        <w:t>ovog</w:t>
      </w:r>
      <w:proofErr w:type="spellEnd"/>
      <w:r w:rsidRPr="00703D77">
        <w:rPr>
          <w:lang w:val="en-GB"/>
        </w:rPr>
        <w:t xml:space="preserve"> </w:t>
      </w:r>
      <w:proofErr w:type="spellStart"/>
      <w:r w:rsidRPr="00703D77">
        <w:rPr>
          <w:lang w:val="en-GB"/>
        </w:rPr>
        <w:t>Uputstva</w:t>
      </w:r>
      <w:proofErr w:type="spellEnd"/>
      <w:r w:rsidRPr="00703D77">
        <w:rPr>
          <w:lang w:val="en-GB"/>
        </w:rPr>
        <w:t xml:space="preserve">. </w:t>
      </w:r>
      <w:proofErr w:type="spellStart"/>
      <w:r w:rsidRPr="00703D77">
        <w:rPr>
          <w:lang w:val="en-GB"/>
        </w:rPr>
        <w:t>Obveznik</w:t>
      </w:r>
      <w:proofErr w:type="spellEnd"/>
      <w:r w:rsidRPr="00703D77">
        <w:rPr>
          <w:lang w:val="en-GB"/>
        </w:rPr>
        <w:t xml:space="preserve"> </w:t>
      </w:r>
      <w:proofErr w:type="spellStart"/>
      <w:r w:rsidRPr="00703D77">
        <w:rPr>
          <w:lang w:val="en-GB"/>
        </w:rPr>
        <w:t>markiranja</w:t>
      </w:r>
      <w:proofErr w:type="spellEnd"/>
      <w:r w:rsidRPr="00703D77">
        <w:rPr>
          <w:lang w:val="en-GB"/>
        </w:rPr>
        <w:t xml:space="preserve"> </w:t>
      </w:r>
      <w:proofErr w:type="spellStart"/>
      <w:r w:rsidRPr="00703D77">
        <w:rPr>
          <w:lang w:val="en-GB"/>
        </w:rPr>
        <w:t>dužan</w:t>
      </w:r>
      <w:proofErr w:type="spellEnd"/>
      <w:r w:rsidRPr="00703D77">
        <w:rPr>
          <w:lang w:val="en-GB"/>
        </w:rPr>
        <w:t xml:space="preserve"> je </w:t>
      </w:r>
      <w:proofErr w:type="spellStart"/>
      <w:r w:rsidRPr="00703D77">
        <w:rPr>
          <w:lang w:val="en-GB"/>
        </w:rPr>
        <w:t>dostaviti</w:t>
      </w:r>
      <w:proofErr w:type="spellEnd"/>
      <w:r w:rsidRPr="00703D77">
        <w:rPr>
          <w:lang w:val="en-GB"/>
        </w:rPr>
        <w:t xml:space="preserve"> </w:t>
      </w:r>
      <w:proofErr w:type="spellStart"/>
      <w:r w:rsidRPr="00703D77">
        <w:rPr>
          <w:lang w:val="en-GB"/>
        </w:rPr>
        <w:t>potpune</w:t>
      </w:r>
      <w:proofErr w:type="spellEnd"/>
      <w:r w:rsidRPr="00703D77">
        <w:rPr>
          <w:lang w:val="en-GB"/>
        </w:rPr>
        <w:t xml:space="preserve"> </w:t>
      </w:r>
      <w:proofErr w:type="spellStart"/>
      <w:r w:rsidRPr="00703D77">
        <w:rPr>
          <w:lang w:val="en-GB"/>
        </w:rPr>
        <w:t>i</w:t>
      </w:r>
      <w:proofErr w:type="spellEnd"/>
      <w:r w:rsidRPr="00703D77">
        <w:rPr>
          <w:lang w:val="en-GB"/>
        </w:rPr>
        <w:t xml:space="preserve"> </w:t>
      </w:r>
      <w:proofErr w:type="spellStart"/>
      <w:r w:rsidRPr="00703D77">
        <w:rPr>
          <w:lang w:val="en-GB"/>
        </w:rPr>
        <w:t>tačne</w:t>
      </w:r>
      <w:proofErr w:type="spellEnd"/>
      <w:r w:rsidRPr="00703D77">
        <w:rPr>
          <w:lang w:val="en-GB"/>
        </w:rPr>
        <w:t xml:space="preserve"> </w:t>
      </w:r>
      <w:proofErr w:type="spellStart"/>
      <w:r w:rsidRPr="00703D77">
        <w:rPr>
          <w:lang w:val="en-GB"/>
        </w:rPr>
        <w:t>podatke</w:t>
      </w:r>
      <w:proofErr w:type="spellEnd"/>
      <w:r w:rsidRPr="00703D77">
        <w:rPr>
          <w:lang w:val="en-GB"/>
        </w:rPr>
        <w:t xml:space="preserve">. </w:t>
      </w:r>
      <w:proofErr w:type="spellStart"/>
      <w:r w:rsidRPr="00703D77">
        <w:rPr>
          <w:lang w:val="en-GB"/>
        </w:rPr>
        <w:t>Nepotpuni</w:t>
      </w:r>
      <w:proofErr w:type="spellEnd"/>
      <w:r w:rsidRPr="00703D77">
        <w:rPr>
          <w:lang w:val="en-GB"/>
        </w:rPr>
        <w:t xml:space="preserve"> </w:t>
      </w:r>
      <w:proofErr w:type="spellStart"/>
      <w:r w:rsidRPr="00703D77">
        <w:rPr>
          <w:lang w:val="en-GB"/>
        </w:rPr>
        <w:t>ili</w:t>
      </w:r>
      <w:proofErr w:type="spellEnd"/>
      <w:r w:rsidRPr="00703D77">
        <w:rPr>
          <w:lang w:val="en-GB"/>
        </w:rPr>
        <w:t xml:space="preserve"> </w:t>
      </w:r>
      <w:proofErr w:type="spellStart"/>
      <w:r w:rsidRPr="00703D77">
        <w:rPr>
          <w:lang w:val="en-GB"/>
        </w:rPr>
        <w:t>netačni</w:t>
      </w:r>
      <w:proofErr w:type="spellEnd"/>
      <w:r w:rsidRPr="00703D77">
        <w:rPr>
          <w:lang w:val="en-GB"/>
        </w:rPr>
        <w:t xml:space="preserve"> </w:t>
      </w:r>
      <w:proofErr w:type="spellStart"/>
      <w:r w:rsidRPr="00703D77">
        <w:rPr>
          <w:lang w:val="en-GB"/>
        </w:rPr>
        <w:t>podaci</w:t>
      </w:r>
      <w:proofErr w:type="spellEnd"/>
      <w:r w:rsidRPr="00703D77">
        <w:rPr>
          <w:lang w:val="en-GB"/>
        </w:rPr>
        <w:t xml:space="preserve"> </w:t>
      </w:r>
      <w:proofErr w:type="spellStart"/>
      <w:r w:rsidRPr="00703D77">
        <w:rPr>
          <w:lang w:val="en-GB"/>
        </w:rPr>
        <w:t>mogu</w:t>
      </w:r>
      <w:proofErr w:type="spellEnd"/>
      <w:r w:rsidRPr="00703D77">
        <w:rPr>
          <w:lang w:val="en-GB"/>
        </w:rPr>
        <w:t xml:space="preserve"> </w:t>
      </w:r>
      <w:proofErr w:type="spellStart"/>
      <w:r w:rsidRPr="00703D77">
        <w:rPr>
          <w:lang w:val="en-GB"/>
        </w:rPr>
        <w:t>uzrokovati</w:t>
      </w:r>
      <w:proofErr w:type="spellEnd"/>
      <w:r w:rsidRPr="00703D77">
        <w:rPr>
          <w:lang w:val="en-GB"/>
        </w:rPr>
        <w:t xml:space="preserve"> </w:t>
      </w:r>
      <w:proofErr w:type="spellStart"/>
      <w:r w:rsidRPr="00703D77">
        <w:rPr>
          <w:lang w:val="en-GB"/>
        </w:rPr>
        <w:t>kašnjenje</w:t>
      </w:r>
      <w:proofErr w:type="spellEnd"/>
      <w:r w:rsidRPr="00703D77">
        <w:rPr>
          <w:lang w:val="en-GB"/>
        </w:rPr>
        <w:t xml:space="preserve"> u </w:t>
      </w:r>
      <w:proofErr w:type="spellStart"/>
      <w:r w:rsidRPr="00703D77">
        <w:rPr>
          <w:lang w:val="en-GB"/>
        </w:rPr>
        <w:t>izvršenju</w:t>
      </w:r>
      <w:proofErr w:type="spellEnd"/>
      <w:r w:rsidRPr="00703D77">
        <w:rPr>
          <w:lang w:val="en-GB"/>
        </w:rPr>
        <w:t xml:space="preserve"> </w:t>
      </w:r>
      <w:proofErr w:type="spellStart"/>
      <w:r w:rsidRPr="00703D77">
        <w:rPr>
          <w:lang w:val="en-GB"/>
        </w:rPr>
        <w:t>markiranja</w:t>
      </w:r>
      <w:proofErr w:type="spellEnd"/>
      <w:r w:rsidRPr="00703D77">
        <w:rPr>
          <w:lang w:val="en-GB"/>
        </w:rPr>
        <w:t>.</w:t>
      </w:r>
    </w:p>
    <w:p w14:paraId="7691C10E" w14:textId="7673F72F" w:rsidR="00896B2C" w:rsidRPr="00896B2C" w:rsidRDefault="00896B2C" w:rsidP="00896B2C">
      <w:pPr>
        <w:jc w:val="both"/>
        <w:rPr>
          <w:lang w:val="en-GB"/>
        </w:rPr>
      </w:pPr>
      <w:proofErr w:type="spellStart"/>
      <w:r w:rsidRPr="00896B2C">
        <w:rPr>
          <w:lang w:val="en-GB"/>
        </w:rPr>
        <w:t>Pružalac</w:t>
      </w:r>
      <w:proofErr w:type="spellEnd"/>
      <w:r w:rsidRPr="00896B2C">
        <w:rPr>
          <w:lang w:val="en-GB"/>
        </w:rPr>
        <w:t xml:space="preserve"> </w:t>
      </w:r>
      <w:proofErr w:type="spellStart"/>
      <w:r w:rsidRPr="00896B2C">
        <w:rPr>
          <w:lang w:val="en-GB"/>
        </w:rPr>
        <w:t>usluge</w:t>
      </w:r>
      <w:proofErr w:type="spellEnd"/>
      <w:r w:rsidRPr="00896B2C">
        <w:rPr>
          <w:lang w:val="en-GB"/>
        </w:rPr>
        <w:t xml:space="preserve"> </w:t>
      </w:r>
      <w:proofErr w:type="spellStart"/>
      <w:r w:rsidRPr="00896B2C">
        <w:rPr>
          <w:lang w:val="en-GB"/>
        </w:rPr>
        <w:t>markiranja</w:t>
      </w:r>
      <w:proofErr w:type="spellEnd"/>
      <w:r w:rsidRPr="00896B2C">
        <w:rPr>
          <w:lang w:val="en-GB"/>
        </w:rPr>
        <w:t xml:space="preserve"> </w:t>
      </w:r>
      <w:proofErr w:type="spellStart"/>
      <w:r w:rsidRPr="00896B2C">
        <w:rPr>
          <w:lang w:val="en-GB"/>
        </w:rPr>
        <w:t>dužan</w:t>
      </w:r>
      <w:proofErr w:type="spellEnd"/>
      <w:r w:rsidRPr="00896B2C">
        <w:rPr>
          <w:lang w:val="en-GB"/>
        </w:rPr>
        <w:t xml:space="preserve"> je da </w:t>
      </w:r>
      <w:proofErr w:type="spellStart"/>
      <w:r w:rsidRPr="00896B2C">
        <w:rPr>
          <w:lang w:val="en-GB"/>
        </w:rPr>
        <w:t>izvrši</w:t>
      </w:r>
      <w:proofErr w:type="spellEnd"/>
      <w:r w:rsidRPr="00896B2C">
        <w:rPr>
          <w:lang w:val="en-GB"/>
        </w:rPr>
        <w:t xml:space="preserve"> </w:t>
      </w:r>
      <w:proofErr w:type="spellStart"/>
      <w:r w:rsidRPr="00896B2C">
        <w:rPr>
          <w:lang w:val="en-GB"/>
        </w:rPr>
        <w:t>markiranje</w:t>
      </w:r>
      <w:proofErr w:type="spellEnd"/>
      <w:r w:rsidRPr="00896B2C">
        <w:rPr>
          <w:lang w:val="en-GB"/>
        </w:rPr>
        <w:t xml:space="preserve"> </w:t>
      </w:r>
      <w:proofErr w:type="spellStart"/>
      <w:r w:rsidRPr="00896B2C">
        <w:rPr>
          <w:lang w:val="en-GB"/>
        </w:rPr>
        <w:t>tečnih</w:t>
      </w:r>
      <w:proofErr w:type="spellEnd"/>
      <w:r w:rsidRPr="00896B2C">
        <w:rPr>
          <w:lang w:val="en-GB"/>
        </w:rPr>
        <w:t xml:space="preserve"> </w:t>
      </w:r>
      <w:proofErr w:type="spellStart"/>
      <w:r w:rsidRPr="00896B2C">
        <w:rPr>
          <w:lang w:val="en-GB"/>
        </w:rPr>
        <w:t>goriva</w:t>
      </w:r>
      <w:proofErr w:type="spellEnd"/>
      <w:r w:rsidRPr="00896B2C">
        <w:rPr>
          <w:lang w:val="en-GB"/>
        </w:rPr>
        <w:t xml:space="preserve"> </w:t>
      </w:r>
      <w:proofErr w:type="spellStart"/>
      <w:r w:rsidRPr="00896B2C">
        <w:rPr>
          <w:lang w:val="en-GB"/>
        </w:rPr>
        <w:t>naftnog</w:t>
      </w:r>
      <w:proofErr w:type="spellEnd"/>
      <w:r w:rsidRPr="00896B2C">
        <w:rPr>
          <w:lang w:val="en-GB"/>
        </w:rPr>
        <w:t xml:space="preserve"> </w:t>
      </w:r>
      <w:proofErr w:type="spellStart"/>
      <w:r w:rsidRPr="00896B2C">
        <w:rPr>
          <w:lang w:val="en-GB"/>
        </w:rPr>
        <w:t>porijekla</w:t>
      </w:r>
      <w:proofErr w:type="spellEnd"/>
      <w:r w:rsidRPr="00896B2C">
        <w:rPr>
          <w:lang w:val="en-GB"/>
        </w:rPr>
        <w:t xml:space="preserve"> </w:t>
      </w:r>
      <w:proofErr w:type="spellStart"/>
      <w:r w:rsidRPr="00896B2C">
        <w:rPr>
          <w:lang w:val="en-GB"/>
        </w:rPr>
        <w:t>i</w:t>
      </w:r>
      <w:proofErr w:type="spellEnd"/>
      <w:r w:rsidRPr="00896B2C">
        <w:rPr>
          <w:lang w:val="en-GB"/>
        </w:rPr>
        <w:t xml:space="preserve"> </w:t>
      </w:r>
      <w:proofErr w:type="spellStart"/>
      <w:r w:rsidRPr="00896B2C">
        <w:rPr>
          <w:lang w:val="en-GB"/>
        </w:rPr>
        <w:t>biogoriva</w:t>
      </w:r>
      <w:proofErr w:type="spellEnd"/>
      <w:r w:rsidRPr="00896B2C">
        <w:rPr>
          <w:lang w:val="en-GB"/>
        </w:rPr>
        <w:t xml:space="preserve"> </w:t>
      </w:r>
      <w:proofErr w:type="spellStart"/>
      <w:r w:rsidRPr="00896B2C">
        <w:rPr>
          <w:lang w:val="en-GB"/>
        </w:rPr>
        <w:t>najkasnije</w:t>
      </w:r>
      <w:proofErr w:type="spellEnd"/>
      <w:r w:rsidRPr="00896B2C">
        <w:rPr>
          <w:lang w:val="en-GB"/>
        </w:rPr>
        <w:t xml:space="preserve"> u </w:t>
      </w:r>
      <w:proofErr w:type="spellStart"/>
      <w:r w:rsidRPr="00896B2C">
        <w:rPr>
          <w:lang w:val="en-GB"/>
        </w:rPr>
        <w:t>roku</w:t>
      </w:r>
      <w:proofErr w:type="spellEnd"/>
      <w:r w:rsidRPr="00896B2C">
        <w:rPr>
          <w:lang w:val="en-GB"/>
        </w:rPr>
        <w:t xml:space="preserve"> od 24 </w:t>
      </w:r>
      <w:proofErr w:type="spellStart"/>
      <w:r w:rsidRPr="00896B2C">
        <w:rPr>
          <w:lang w:val="en-GB"/>
        </w:rPr>
        <w:t>sata</w:t>
      </w:r>
      <w:proofErr w:type="spellEnd"/>
      <w:r w:rsidRPr="00896B2C">
        <w:rPr>
          <w:lang w:val="en-GB"/>
        </w:rPr>
        <w:t xml:space="preserve"> od </w:t>
      </w:r>
      <w:proofErr w:type="spellStart"/>
      <w:r w:rsidRPr="00896B2C">
        <w:rPr>
          <w:lang w:val="en-GB"/>
        </w:rPr>
        <w:t>prijema</w:t>
      </w:r>
      <w:proofErr w:type="spellEnd"/>
      <w:r w:rsidRPr="00896B2C">
        <w:rPr>
          <w:lang w:val="en-GB"/>
        </w:rPr>
        <w:t xml:space="preserve"> </w:t>
      </w:r>
      <w:proofErr w:type="spellStart"/>
      <w:r w:rsidRPr="00896B2C">
        <w:rPr>
          <w:lang w:val="en-GB"/>
        </w:rPr>
        <w:t>zahtjeva</w:t>
      </w:r>
      <w:proofErr w:type="spellEnd"/>
      <w:r w:rsidRPr="00896B2C">
        <w:rPr>
          <w:lang w:val="en-GB"/>
        </w:rPr>
        <w:t xml:space="preserve">, pod </w:t>
      </w:r>
      <w:proofErr w:type="spellStart"/>
      <w:r w:rsidRPr="00896B2C">
        <w:rPr>
          <w:lang w:val="en-GB"/>
        </w:rPr>
        <w:t>uslovom</w:t>
      </w:r>
      <w:proofErr w:type="spellEnd"/>
      <w:r w:rsidRPr="00896B2C">
        <w:rPr>
          <w:lang w:val="en-GB"/>
        </w:rPr>
        <w:t xml:space="preserve"> da je </w:t>
      </w:r>
      <w:proofErr w:type="spellStart"/>
      <w:r w:rsidRPr="00896B2C">
        <w:rPr>
          <w:lang w:val="en-GB"/>
        </w:rPr>
        <w:t>evidentirana</w:t>
      </w:r>
      <w:proofErr w:type="spellEnd"/>
      <w:r w:rsidRPr="00896B2C">
        <w:rPr>
          <w:lang w:val="en-GB"/>
        </w:rPr>
        <w:t xml:space="preserve"> </w:t>
      </w:r>
      <w:proofErr w:type="spellStart"/>
      <w:r w:rsidRPr="00896B2C">
        <w:rPr>
          <w:lang w:val="en-GB"/>
        </w:rPr>
        <w:t>uplata</w:t>
      </w:r>
      <w:proofErr w:type="spellEnd"/>
      <w:r w:rsidRPr="00896B2C">
        <w:rPr>
          <w:lang w:val="en-GB"/>
        </w:rPr>
        <w:t xml:space="preserve"> </w:t>
      </w:r>
      <w:proofErr w:type="spellStart"/>
      <w:r w:rsidRPr="00896B2C">
        <w:rPr>
          <w:lang w:val="en-GB"/>
        </w:rPr>
        <w:t>troškova</w:t>
      </w:r>
      <w:proofErr w:type="spellEnd"/>
      <w:r w:rsidRPr="00896B2C">
        <w:rPr>
          <w:lang w:val="en-GB"/>
        </w:rPr>
        <w:t xml:space="preserve"> </w:t>
      </w:r>
      <w:proofErr w:type="spellStart"/>
      <w:r w:rsidRPr="00896B2C">
        <w:rPr>
          <w:lang w:val="en-GB"/>
        </w:rPr>
        <w:t>markiranja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i</w:t>
      </w:r>
      <w:proofErr w:type="spellEnd"/>
      <w:r>
        <w:rPr>
          <w:lang w:val="en-GB"/>
        </w:rPr>
        <w:t xml:space="preserve"> da je </w:t>
      </w:r>
      <w:proofErr w:type="spellStart"/>
      <w:r>
        <w:rPr>
          <w:lang w:val="en-GB"/>
        </w:rPr>
        <w:t>gorivo</w:t>
      </w:r>
      <w:proofErr w:type="spellEnd"/>
      <w:r>
        <w:rPr>
          <w:lang w:val="en-GB"/>
        </w:rPr>
        <w:t xml:space="preserve"> u tom </w:t>
      </w:r>
      <w:proofErr w:type="spellStart"/>
      <w:r>
        <w:rPr>
          <w:lang w:val="en-GB"/>
        </w:rPr>
        <w:t>periodu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dostupno</w:t>
      </w:r>
      <w:proofErr w:type="spellEnd"/>
      <w:r>
        <w:rPr>
          <w:lang w:val="en-GB"/>
        </w:rPr>
        <w:t xml:space="preserve"> za </w:t>
      </w:r>
      <w:proofErr w:type="spellStart"/>
      <w:r>
        <w:rPr>
          <w:lang w:val="en-GB"/>
        </w:rPr>
        <w:t>markiranje</w:t>
      </w:r>
      <w:proofErr w:type="spellEnd"/>
      <w:r w:rsidRPr="00896B2C">
        <w:rPr>
          <w:lang w:val="en-GB"/>
        </w:rPr>
        <w:t xml:space="preserve">. U </w:t>
      </w:r>
      <w:proofErr w:type="spellStart"/>
      <w:r w:rsidRPr="00896B2C">
        <w:rPr>
          <w:lang w:val="en-GB"/>
        </w:rPr>
        <w:t>slučaju</w:t>
      </w:r>
      <w:proofErr w:type="spellEnd"/>
      <w:r w:rsidRPr="00896B2C">
        <w:rPr>
          <w:lang w:val="en-GB"/>
        </w:rPr>
        <w:t xml:space="preserve"> </w:t>
      </w:r>
      <w:proofErr w:type="spellStart"/>
      <w:r w:rsidRPr="00896B2C">
        <w:rPr>
          <w:lang w:val="en-GB"/>
        </w:rPr>
        <w:t>više</w:t>
      </w:r>
      <w:proofErr w:type="spellEnd"/>
      <w:r w:rsidRPr="00896B2C">
        <w:rPr>
          <w:lang w:val="en-GB"/>
        </w:rPr>
        <w:t xml:space="preserve"> sile, </w:t>
      </w:r>
      <w:proofErr w:type="spellStart"/>
      <w:r w:rsidRPr="00896B2C">
        <w:rPr>
          <w:lang w:val="en-GB"/>
        </w:rPr>
        <w:t>Pružalac</w:t>
      </w:r>
      <w:proofErr w:type="spellEnd"/>
      <w:r w:rsidRPr="00896B2C">
        <w:rPr>
          <w:lang w:val="en-GB"/>
        </w:rPr>
        <w:t xml:space="preserve"> </w:t>
      </w:r>
      <w:proofErr w:type="spellStart"/>
      <w:r w:rsidRPr="00896B2C">
        <w:rPr>
          <w:lang w:val="en-GB"/>
        </w:rPr>
        <w:t>usluge</w:t>
      </w:r>
      <w:proofErr w:type="spellEnd"/>
      <w:r w:rsidRPr="00896B2C">
        <w:rPr>
          <w:lang w:val="en-GB"/>
        </w:rPr>
        <w:t xml:space="preserve"> </w:t>
      </w:r>
      <w:proofErr w:type="spellStart"/>
      <w:r w:rsidRPr="00896B2C">
        <w:rPr>
          <w:lang w:val="en-GB"/>
        </w:rPr>
        <w:t>dužan</w:t>
      </w:r>
      <w:proofErr w:type="spellEnd"/>
      <w:r w:rsidRPr="00896B2C">
        <w:rPr>
          <w:lang w:val="en-GB"/>
        </w:rPr>
        <w:t xml:space="preserve"> je da </w:t>
      </w:r>
      <w:proofErr w:type="spellStart"/>
      <w:r w:rsidRPr="00896B2C">
        <w:rPr>
          <w:lang w:val="en-GB"/>
        </w:rPr>
        <w:t>postupi</w:t>
      </w:r>
      <w:proofErr w:type="spellEnd"/>
      <w:r w:rsidRPr="00896B2C">
        <w:rPr>
          <w:lang w:val="en-GB"/>
        </w:rPr>
        <w:t xml:space="preserve"> u </w:t>
      </w:r>
      <w:proofErr w:type="spellStart"/>
      <w:r w:rsidRPr="00896B2C">
        <w:rPr>
          <w:lang w:val="en-GB"/>
        </w:rPr>
        <w:t>razumnom</w:t>
      </w:r>
      <w:proofErr w:type="spellEnd"/>
      <w:r w:rsidRPr="00896B2C">
        <w:rPr>
          <w:lang w:val="en-GB"/>
        </w:rPr>
        <w:t xml:space="preserve"> </w:t>
      </w:r>
      <w:proofErr w:type="spellStart"/>
      <w:r w:rsidRPr="00896B2C">
        <w:rPr>
          <w:lang w:val="en-GB"/>
        </w:rPr>
        <w:t>roku</w:t>
      </w:r>
      <w:proofErr w:type="spellEnd"/>
      <w:r w:rsidRPr="00896B2C">
        <w:rPr>
          <w:lang w:val="en-GB"/>
        </w:rPr>
        <w:t>.</w:t>
      </w:r>
    </w:p>
    <w:p w14:paraId="039CBBE1" w14:textId="7D19A21C" w:rsidR="00C47975" w:rsidRPr="00154A7E" w:rsidRDefault="00994057" w:rsidP="00627C43">
      <w:pPr>
        <w:pStyle w:val="Heading1"/>
        <w:rPr>
          <w:lang w:val="sr-Latn-CS"/>
        </w:rPr>
      </w:pPr>
      <w:bookmarkStart w:id="18" w:name="_Toc239637988"/>
      <w:bookmarkStart w:id="19" w:name="_Toc240964529"/>
      <w:r w:rsidRPr="00154A7E">
        <w:rPr>
          <w:lang w:val="sr-Latn-CS"/>
        </w:rPr>
        <w:t xml:space="preserve">9. </w:t>
      </w:r>
      <w:r w:rsidR="000700BF">
        <w:t>M</w:t>
      </w:r>
      <w:r w:rsidR="00712F52">
        <w:t>J</w:t>
      </w:r>
      <w:r w:rsidR="000700BF">
        <w:t>ESTA</w:t>
      </w:r>
      <w:r w:rsidR="000700BF" w:rsidRPr="00154A7E">
        <w:rPr>
          <w:lang w:val="sr-Latn-CS"/>
        </w:rPr>
        <w:t xml:space="preserve"> </w:t>
      </w:r>
      <w:r w:rsidR="000700BF">
        <w:t>MARKIRANJA</w:t>
      </w:r>
      <w:r w:rsidR="000700BF" w:rsidRPr="00154A7E">
        <w:rPr>
          <w:lang w:val="sr-Latn-CS"/>
        </w:rPr>
        <w:t xml:space="preserve"> </w:t>
      </w:r>
      <w:r w:rsidR="000700BF">
        <w:t>DERIVATA</w:t>
      </w:r>
      <w:r w:rsidR="000700BF" w:rsidRPr="00154A7E">
        <w:rPr>
          <w:lang w:val="sr-Latn-CS"/>
        </w:rPr>
        <w:t xml:space="preserve"> </w:t>
      </w:r>
      <w:r w:rsidR="000700BF">
        <w:t>NAFTE</w:t>
      </w:r>
      <w:bookmarkEnd w:id="18"/>
      <w:bookmarkEnd w:id="19"/>
    </w:p>
    <w:p w14:paraId="2FE6DCD2" w14:textId="0CB6179C" w:rsidR="00906421" w:rsidRPr="00906421" w:rsidRDefault="00906421" w:rsidP="00627C43">
      <w:pPr>
        <w:jc w:val="both"/>
        <w:rPr>
          <w:lang w:val="en-GB"/>
        </w:rPr>
      </w:pPr>
      <w:r w:rsidRPr="00906421">
        <w:rPr>
          <w:lang w:val="en-GB"/>
        </w:rPr>
        <w:t xml:space="preserve">U </w:t>
      </w:r>
      <w:proofErr w:type="spellStart"/>
      <w:r w:rsidRPr="00906421">
        <w:rPr>
          <w:lang w:val="en-GB"/>
        </w:rPr>
        <w:t>skladu</w:t>
      </w:r>
      <w:proofErr w:type="spellEnd"/>
      <w:r w:rsidRPr="00906421">
        <w:rPr>
          <w:lang w:val="en-GB"/>
        </w:rPr>
        <w:t xml:space="preserve"> </w:t>
      </w:r>
      <w:proofErr w:type="spellStart"/>
      <w:r w:rsidRPr="00906421">
        <w:rPr>
          <w:lang w:val="en-GB"/>
        </w:rPr>
        <w:t>sa</w:t>
      </w:r>
      <w:proofErr w:type="spellEnd"/>
      <w:r w:rsidRPr="00906421">
        <w:rPr>
          <w:lang w:val="en-GB"/>
        </w:rPr>
        <w:t xml:space="preserve"> </w:t>
      </w:r>
      <w:proofErr w:type="spellStart"/>
      <w:r w:rsidRPr="00906421">
        <w:rPr>
          <w:lang w:val="en-GB"/>
        </w:rPr>
        <w:t>članom</w:t>
      </w:r>
      <w:proofErr w:type="spellEnd"/>
      <w:r w:rsidRPr="00906421">
        <w:rPr>
          <w:lang w:val="en-GB"/>
        </w:rPr>
        <w:t xml:space="preserve"> 208, </w:t>
      </w:r>
      <w:proofErr w:type="spellStart"/>
      <w:r w:rsidRPr="00906421">
        <w:rPr>
          <w:lang w:val="en-GB"/>
        </w:rPr>
        <w:t>članom</w:t>
      </w:r>
      <w:proofErr w:type="spellEnd"/>
      <w:r w:rsidRPr="00906421">
        <w:rPr>
          <w:lang w:val="en-GB"/>
        </w:rPr>
        <w:t xml:space="preserve"> 210 </w:t>
      </w:r>
      <w:proofErr w:type="spellStart"/>
      <w:r w:rsidRPr="00906421">
        <w:rPr>
          <w:lang w:val="en-GB"/>
        </w:rPr>
        <w:t>i</w:t>
      </w:r>
      <w:proofErr w:type="spellEnd"/>
      <w:r w:rsidRPr="00906421">
        <w:rPr>
          <w:lang w:val="en-GB"/>
        </w:rPr>
        <w:t xml:space="preserve"> </w:t>
      </w:r>
      <w:proofErr w:type="spellStart"/>
      <w:r w:rsidRPr="00906421">
        <w:rPr>
          <w:lang w:val="en-GB"/>
        </w:rPr>
        <w:t>članom</w:t>
      </w:r>
      <w:proofErr w:type="spellEnd"/>
      <w:r w:rsidRPr="00906421">
        <w:rPr>
          <w:lang w:val="en-GB"/>
        </w:rPr>
        <w:t xml:space="preserve"> 211 </w:t>
      </w:r>
      <w:proofErr w:type="spellStart"/>
      <w:r w:rsidRPr="00906421">
        <w:rPr>
          <w:lang w:val="en-GB"/>
        </w:rPr>
        <w:t>Zakona</w:t>
      </w:r>
      <w:proofErr w:type="spellEnd"/>
      <w:r w:rsidRPr="00906421">
        <w:rPr>
          <w:lang w:val="en-GB"/>
        </w:rPr>
        <w:t xml:space="preserve"> o </w:t>
      </w:r>
      <w:proofErr w:type="spellStart"/>
      <w:r w:rsidRPr="00906421">
        <w:rPr>
          <w:lang w:val="en-GB"/>
        </w:rPr>
        <w:t>energetici</w:t>
      </w:r>
      <w:proofErr w:type="spellEnd"/>
      <w:r w:rsidRPr="00906421">
        <w:rPr>
          <w:lang w:val="en-GB"/>
        </w:rPr>
        <w:t xml:space="preserve">, </w:t>
      </w:r>
      <w:proofErr w:type="spellStart"/>
      <w:r w:rsidRPr="00906421">
        <w:rPr>
          <w:lang w:val="en-GB"/>
        </w:rPr>
        <w:t>tečna</w:t>
      </w:r>
      <w:proofErr w:type="spellEnd"/>
      <w:r w:rsidRPr="00906421">
        <w:rPr>
          <w:lang w:val="en-GB"/>
        </w:rPr>
        <w:t xml:space="preserve"> </w:t>
      </w:r>
      <w:proofErr w:type="spellStart"/>
      <w:r w:rsidRPr="00906421">
        <w:rPr>
          <w:lang w:val="en-GB"/>
        </w:rPr>
        <w:t>goriva</w:t>
      </w:r>
      <w:proofErr w:type="spellEnd"/>
      <w:r w:rsidRPr="00906421">
        <w:rPr>
          <w:lang w:val="en-GB"/>
        </w:rPr>
        <w:t xml:space="preserve"> </w:t>
      </w:r>
      <w:proofErr w:type="spellStart"/>
      <w:r w:rsidRPr="00906421">
        <w:rPr>
          <w:lang w:val="en-GB"/>
        </w:rPr>
        <w:t>naftnog</w:t>
      </w:r>
      <w:proofErr w:type="spellEnd"/>
      <w:r w:rsidRPr="00906421">
        <w:rPr>
          <w:lang w:val="en-GB"/>
        </w:rPr>
        <w:t xml:space="preserve"> </w:t>
      </w:r>
      <w:proofErr w:type="spellStart"/>
      <w:r w:rsidRPr="00906421">
        <w:rPr>
          <w:lang w:val="en-GB"/>
        </w:rPr>
        <w:t>porijekla</w:t>
      </w:r>
      <w:proofErr w:type="spellEnd"/>
      <w:r w:rsidRPr="00906421">
        <w:rPr>
          <w:lang w:val="en-GB"/>
        </w:rPr>
        <w:t xml:space="preserve"> </w:t>
      </w:r>
      <w:proofErr w:type="spellStart"/>
      <w:r w:rsidRPr="00906421">
        <w:rPr>
          <w:lang w:val="en-GB"/>
        </w:rPr>
        <w:t>i</w:t>
      </w:r>
      <w:proofErr w:type="spellEnd"/>
      <w:r w:rsidRPr="00906421">
        <w:rPr>
          <w:lang w:val="en-GB"/>
        </w:rPr>
        <w:t xml:space="preserve"> </w:t>
      </w:r>
      <w:proofErr w:type="spellStart"/>
      <w:r w:rsidRPr="00906421">
        <w:rPr>
          <w:lang w:val="en-GB"/>
        </w:rPr>
        <w:t>biogoriva</w:t>
      </w:r>
      <w:proofErr w:type="spellEnd"/>
      <w:r w:rsidRPr="00906421">
        <w:rPr>
          <w:lang w:val="en-GB"/>
        </w:rPr>
        <w:t xml:space="preserve"> </w:t>
      </w:r>
      <w:proofErr w:type="spellStart"/>
      <w:r w:rsidRPr="00906421">
        <w:rPr>
          <w:lang w:val="en-GB"/>
        </w:rPr>
        <w:t>koja</w:t>
      </w:r>
      <w:proofErr w:type="spellEnd"/>
      <w:r w:rsidRPr="00906421">
        <w:rPr>
          <w:lang w:val="en-GB"/>
        </w:rPr>
        <w:t xml:space="preserve"> se </w:t>
      </w:r>
      <w:proofErr w:type="spellStart"/>
      <w:r w:rsidRPr="00906421">
        <w:rPr>
          <w:lang w:val="en-GB"/>
        </w:rPr>
        <w:t>stavljaju</w:t>
      </w:r>
      <w:proofErr w:type="spellEnd"/>
      <w:r w:rsidRPr="00906421">
        <w:rPr>
          <w:lang w:val="en-GB"/>
        </w:rPr>
        <w:t xml:space="preserve"> </w:t>
      </w:r>
      <w:proofErr w:type="spellStart"/>
      <w:r w:rsidRPr="00906421">
        <w:rPr>
          <w:lang w:val="en-GB"/>
        </w:rPr>
        <w:t>na</w:t>
      </w:r>
      <w:proofErr w:type="spellEnd"/>
      <w:r w:rsidRPr="00906421">
        <w:rPr>
          <w:lang w:val="en-GB"/>
        </w:rPr>
        <w:t xml:space="preserve"> </w:t>
      </w:r>
      <w:proofErr w:type="spellStart"/>
      <w:r w:rsidRPr="00906421">
        <w:rPr>
          <w:lang w:val="en-GB"/>
        </w:rPr>
        <w:t>tržište</w:t>
      </w:r>
      <w:proofErr w:type="spellEnd"/>
      <w:r w:rsidRPr="00906421">
        <w:rPr>
          <w:lang w:val="en-GB"/>
        </w:rPr>
        <w:t xml:space="preserve"> </w:t>
      </w:r>
      <w:proofErr w:type="spellStart"/>
      <w:r w:rsidRPr="00906421">
        <w:rPr>
          <w:lang w:val="en-GB"/>
        </w:rPr>
        <w:t>Crne</w:t>
      </w:r>
      <w:proofErr w:type="spellEnd"/>
      <w:r w:rsidRPr="00906421">
        <w:rPr>
          <w:lang w:val="en-GB"/>
        </w:rPr>
        <w:t xml:space="preserve"> Gore </w:t>
      </w:r>
      <w:proofErr w:type="spellStart"/>
      <w:r w:rsidRPr="00906421">
        <w:rPr>
          <w:lang w:val="en-GB"/>
        </w:rPr>
        <w:t>markiraju</w:t>
      </w:r>
      <w:proofErr w:type="spellEnd"/>
      <w:r w:rsidRPr="00906421">
        <w:rPr>
          <w:lang w:val="en-GB"/>
        </w:rPr>
        <w:t xml:space="preserve"> se </w:t>
      </w:r>
      <w:proofErr w:type="spellStart"/>
      <w:r w:rsidRPr="00906421">
        <w:rPr>
          <w:lang w:val="en-GB"/>
        </w:rPr>
        <w:t>prilikom</w:t>
      </w:r>
      <w:proofErr w:type="spellEnd"/>
      <w:r w:rsidRPr="00906421">
        <w:rPr>
          <w:lang w:val="en-GB"/>
        </w:rPr>
        <w:t xml:space="preserve"> </w:t>
      </w:r>
      <w:proofErr w:type="spellStart"/>
      <w:r w:rsidRPr="00906421">
        <w:rPr>
          <w:lang w:val="en-GB"/>
        </w:rPr>
        <w:t>njihovog</w:t>
      </w:r>
      <w:proofErr w:type="spellEnd"/>
      <w:r w:rsidRPr="00906421">
        <w:rPr>
          <w:lang w:val="en-GB"/>
        </w:rPr>
        <w:t xml:space="preserve"> </w:t>
      </w:r>
      <w:proofErr w:type="spellStart"/>
      <w:r w:rsidRPr="00906421">
        <w:rPr>
          <w:lang w:val="en-GB"/>
        </w:rPr>
        <w:t>unosa</w:t>
      </w:r>
      <w:proofErr w:type="spellEnd"/>
      <w:r w:rsidRPr="00906421">
        <w:rPr>
          <w:lang w:val="en-GB"/>
        </w:rPr>
        <w:t xml:space="preserve"> </w:t>
      </w:r>
      <w:proofErr w:type="spellStart"/>
      <w:r w:rsidRPr="00906421">
        <w:rPr>
          <w:lang w:val="en-GB"/>
        </w:rPr>
        <w:t>na</w:t>
      </w:r>
      <w:proofErr w:type="spellEnd"/>
      <w:r w:rsidRPr="00906421">
        <w:rPr>
          <w:lang w:val="en-GB"/>
        </w:rPr>
        <w:t xml:space="preserve"> </w:t>
      </w:r>
      <w:proofErr w:type="spellStart"/>
      <w:r w:rsidRPr="00906421">
        <w:rPr>
          <w:lang w:val="en-GB"/>
        </w:rPr>
        <w:t>carinsko</w:t>
      </w:r>
      <w:proofErr w:type="spellEnd"/>
      <w:r w:rsidRPr="00906421">
        <w:rPr>
          <w:lang w:val="en-GB"/>
        </w:rPr>
        <w:t xml:space="preserve"> </w:t>
      </w:r>
      <w:proofErr w:type="spellStart"/>
      <w:r w:rsidRPr="00906421">
        <w:rPr>
          <w:lang w:val="en-GB"/>
        </w:rPr>
        <w:t>područje</w:t>
      </w:r>
      <w:proofErr w:type="spellEnd"/>
      <w:r w:rsidRPr="00906421">
        <w:rPr>
          <w:lang w:val="en-GB"/>
        </w:rPr>
        <w:t xml:space="preserve"> </w:t>
      </w:r>
      <w:proofErr w:type="spellStart"/>
      <w:r w:rsidRPr="00906421">
        <w:rPr>
          <w:lang w:val="en-GB"/>
        </w:rPr>
        <w:t>Crne</w:t>
      </w:r>
      <w:proofErr w:type="spellEnd"/>
      <w:r w:rsidRPr="00906421">
        <w:rPr>
          <w:lang w:val="en-GB"/>
        </w:rPr>
        <w:t xml:space="preserve"> Gore, </w:t>
      </w:r>
      <w:proofErr w:type="spellStart"/>
      <w:r w:rsidRPr="00906421">
        <w:rPr>
          <w:lang w:val="en-GB"/>
        </w:rPr>
        <w:t>nakon</w:t>
      </w:r>
      <w:proofErr w:type="spellEnd"/>
      <w:r w:rsidRPr="00906421">
        <w:rPr>
          <w:lang w:val="en-GB"/>
        </w:rPr>
        <w:t xml:space="preserve"> </w:t>
      </w:r>
      <w:proofErr w:type="spellStart"/>
      <w:r w:rsidRPr="00906421">
        <w:rPr>
          <w:lang w:val="en-GB"/>
        </w:rPr>
        <w:t>podnošenja</w:t>
      </w:r>
      <w:proofErr w:type="spellEnd"/>
      <w:r w:rsidRPr="00906421">
        <w:rPr>
          <w:lang w:val="en-GB"/>
        </w:rPr>
        <w:t xml:space="preserve"> </w:t>
      </w:r>
      <w:proofErr w:type="spellStart"/>
      <w:r w:rsidRPr="00906421">
        <w:rPr>
          <w:lang w:val="en-GB"/>
        </w:rPr>
        <w:t>zahtjeva</w:t>
      </w:r>
      <w:proofErr w:type="spellEnd"/>
      <w:r w:rsidRPr="00906421">
        <w:rPr>
          <w:lang w:val="en-GB"/>
        </w:rPr>
        <w:t xml:space="preserve"> za </w:t>
      </w:r>
      <w:proofErr w:type="spellStart"/>
      <w:r w:rsidRPr="00906421">
        <w:rPr>
          <w:lang w:val="en-GB"/>
        </w:rPr>
        <w:t>markiranje</w:t>
      </w:r>
      <w:proofErr w:type="spellEnd"/>
      <w:r w:rsidRPr="00906421">
        <w:rPr>
          <w:lang w:val="en-GB"/>
        </w:rPr>
        <w:t xml:space="preserve"> </w:t>
      </w:r>
      <w:proofErr w:type="spellStart"/>
      <w:r w:rsidRPr="00906421">
        <w:rPr>
          <w:lang w:val="en-GB"/>
        </w:rPr>
        <w:t>i</w:t>
      </w:r>
      <w:proofErr w:type="spellEnd"/>
      <w:r w:rsidRPr="00906421">
        <w:rPr>
          <w:lang w:val="en-GB"/>
        </w:rPr>
        <w:t xml:space="preserve"> </w:t>
      </w:r>
      <w:proofErr w:type="spellStart"/>
      <w:r w:rsidRPr="00906421">
        <w:rPr>
          <w:lang w:val="en-GB"/>
        </w:rPr>
        <w:t>prijema</w:t>
      </w:r>
      <w:proofErr w:type="spellEnd"/>
      <w:r w:rsidRPr="00906421">
        <w:rPr>
          <w:lang w:val="en-GB"/>
        </w:rPr>
        <w:t xml:space="preserve"> </w:t>
      </w:r>
      <w:proofErr w:type="spellStart"/>
      <w:r w:rsidRPr="00906421">
        <w:rPr>
          <w:lang w:val="en-GB"/>
        </w:rPr>
        <w:t>troškova</w:t>
      </w:r>
      <w:proofErr w:type="spellEnd"/>
      <w:r w:rsidRPr="00906421">
        <w:rPr>
          <w:lang w:val="en-GB"/>
        </w:rPr>
        <w:t xml:space="preserve"> </w:t>
      </w:r>
      <w:proofErr w:type="spellStart"/>
      <w:r w:rsidRPr="00906421">
        <w:rPr>
          <w:lang w:val="en-GB"/>
        </w:rPr>
        <w:t>markiranja</w:t>
      </w:r>
      <w:proofErr w:type="spellEnd"/>
      <w:r w:rsidRPr="00906421">
        <w:rPr>
          <w:lang w:val="en-GB"/>
        </w:rPr>
        <w:t xml:space="preserve">. </w:t>
      </w:r>
    </w:p>
    <w:p w14:paraId="46B227F3" w14:textId="77777777" w:rsidR="00906421" w:rsidRPr="00906421" w:rsidRDefault="00906421" w:rsidP="00627C43">
      <w:pPr>
        <w:jc w:val="both"/>
        <w:rPr>
          <w:lang w:val="en-GB"/>
        </w:rPr>
      </w:pPr>
      <w:proofErr w:type="spellStart"/>
      <w:r w:rsidRPr="00906421">
        <w:rPr>
          <w:lang w:val="en-GB"/>
        </w:rPr>
        <w:t>Markiranje</w:t>
      </w:r>
      <w:proofErr w:type="spellEnd"/>
      <w:r w:rsidRPr="00906421">
        <w:rPr>
          <w:lang w:val="en-GB"/>
        </w:rPr>
        <w:t xml:space="preserve"> se </w:t>
      </w:r>
      <w:proofErr w:type="spellStart"/>
      <w:r w:rsidRPr="00906421">
        <w:rPr>
          <w:lang w:val="en-GB"/>
        </w:rPr>
        <w:t>vrši</w:t>
      </w:r>
      <w:proofErr w:type="spellEnd"/>
      <w:r w:rsidRPr="00906421">
        <w:rPr>
          <w:lang w:val="en-GB"/>
        </w:rPr>
        <w:t xml:space="preserve"> </w:t>
      </w:r>
      <w:proofErr w:type="spellStart"/>
      <w:r w:rsidRPr="00906421">
        <w:rPr>
          <w:lang w:val="en-GB"/>
        </w:rPr>
        <w:t>na</w:t>
      </w:r>
      <w:proofErr w:type="spellEnd"/>
      <w:r w:rsidRPr="00906421">
        <w:rPr>
          <w:lang w:val="en-GB"/>
        </w:rPr>
        <w:t xml:space="preserve"> </w:t>
      </w:r>
      <w:proofErr w:type="spellStart"/>
      <w:r w:rsidRPr="00906421">
        <w:rPr>
          <w:lang w:val="en-GB"/>
        </w:rPr>
        <w:t>lokacijama</w:t>
      </w:r>
      <w:proofErr w:type="spellEnd"/>
      <w:r w:rsidRPr="00906421">
        <w:rPr>
          <w:lang w:val="en-GB"/>
        </w:rPr>
        <w:t xml:space="preserve"> </w:t>
      </w:r>
      <w:proofErr w:type="spellStart"/>
      <w:r w:rsidRPr="00906421">
        <w:rPr>
          <w:lang w:val="en-GB"/>
        </w:rPr>
        <w:t>na</w:t>
      </w:r>
      <w:proofErr w:type="spellEnd"/>
      <w:r w:rsidRPr="00906421">
        <w:rPr>
          <w:lang w:val="en-GB"/>
        </w:rPr>
        <w:t xml:space="preserve"> </w:t>
      </w:r>
      <w:proofErr w:type="spellStart"/>
      <w:r w:rsidRPr="00906421">
        <w:rPr>
          <w:lang w:val="en-GB"/>
        </w:rPr>
        <w:t>kojima</w:t>
      </w:r>
      <w:proofErr w:type="spellEnd"/>
      <w:r w:rsidRPr="00906421">
        <w:rPr>
          <w:lang w:val="en-GB"/>
        </w:rPr>
        <w:t xml:space="preserve"> je </w:t>
      </w:r>
      <w:proofErr w:type="spellStart"/>
      <w:r w:rsidRPr="00906421">
        <w:rPr>
          <w:lang w:val="en-GB"/>
        </w:rPr>
        <w:t>omogućeno</w:t>
      </w:r>
      <w:proofErr w:type="spellEnd"/>
      <w:r w:rsidRPr="00906421">
        <w:rPr>
          <w:lang w:val="en-GB"/>
        </w:rPr>
        <w:t xml:space="preserve"> </w:t>
      </w:r>
      <w:proofErr w:type="spellStart"/>
      <w:r w:rsidRPr="00906421">
        <w:rPr>
          <w:lang w:val="en-GB"/>
        </w:rPr>
        <w:t>sprovođenje</w:t>
      </w:r>
      <w:proofErr w:type="spellEnd"/>
      <w:r w:rsidRPr="00906421">
        <w:rPr>
          <w:lang w:val="en-GB"/>
        </w:rPr>
        <w:t xml:space="preserve"> </w:t>
      </w:r>
      <w:proofErr w:type="spellStart"/>
      <w:r w:rsidRPr="00906421">
        <w:rPr>
          <w:lang w:val="en-GB"/>
        </w:rPr>
        <w:t>carinske</w:t>
      </w:r>
      <w:proofErr w:type="spellEnd"/>
      <w:r w:rsidRPr="00906421">
        <w:rPr>
          <w:lang w:val="en-GB"/>
        </w:rPr>
        <w:t xml:space="preserve"> </w:t>
      </w:r>
      <w:proofErr w:type="spellStart"/>
      <w:r w:rsidRPr="00906421">
        <w:rPr>
          <w:lang w:val="en-GB"/>
        </w:rPr>
        <w:t>kontrole</w:t>
      </w:r>
      <w:proofErr w:type="spellEnd"/>
      <w:r w:rsidRPr="00906421">
        <w:rPr>
          <w:lang w:val="en-GB"/>
        </w:rPr>
        <w:t xml:space="preserve"> </w:t>
      </w:r>
      <w:proofErr w:type="spellStart"/>
      <w:r w:rsidRPr="00906421">
        <w:rPr>
          <w:lang w:val="en-GB"/>
        </w:rPr>
        <w:t>i</w:t>
      </w:r>
      <w:proofErr w:type="spellEnd"/>
      <w:r w:rsidRPr="00906421">
        <w:rPr>
          <w:lang w:val="en-GB"/>
        </w:rPr>
        <w:t xml:space="preserve"> </w:t>
      </w:r>
      <w:proofErr w:type="spellStart"/>
      <w:r w:rsidRPr="00906421">
        <w:rPr>
          <w:lang w:val="en-GB"/>
        </w:rPr>
        <w:t>uvoza</w:t>
      </w:r>
      <w:proofErr w:type="spellEnd"/>
      <w:r w:rsidRPr="00906421">
        <w:rPr>
          <w:lang w:val="en-GB"/>
        </w:rPr>
        <w:t xml:space="preserve"> </w:t>
      </w:r>
      <w:proofErr w:type="spellStart"/>
      <w:r w:rsidRPr="00906421">
        <w:rPr>
          <w:lang w:val="en-GB"/>
        </w:rPr>
        <w:t>tečnih</w:t>
      </w:r>
      <w:proofErr w:type="spellEnd"/>
      <w:r w:rsidRPr="00906421">
        <w:rPr>
          <w:lang w:val="en-GB"/>
        </w:rPr>
        <w:t xml:space="preserve"> </w:t>
      </w:r>
      <w:proofErr w:type="spellStart"/>
      <w:r w:rsidRPr="00906421">
        <w:rPr>
          <w:lang w:val="en-GB"/>
        </w:rPr>
        <w:t>goriva</w:t>
      </w:r>
      <w:proofErr w:type="spellEnd"/>
      <w:r w:rsidRPr="00906421">
        <w:rPr>
          <w:lang w:val="en-GB"/>
        </w:rPr>
        <w:t xml:space="preserve"> </w:t>
      </w:r>
      <w:proofErr w:type="spellStart"/>
      <w:r w:rsidRPr="00906421">
        <w:rPr>
          <w:lang w:val="en-GB"/>
        </w:rPr>
        <w:t>naftnog</w:t>
      </w:r>
      <w:proofErr w:type="spellEnd"/>
      <w:r w:rsidRPr="00906421">
        <w:rPr>
          <w:lang w:val="en-GB"/>
        </w:rPr>
        <w:t xml:space="preserve"> </w:t>
      </w:r>
      <w:proofErr w:type="spellStart"/>
      <w:r w:rsidRPr="00906421">
        <w:rPr>
          <w:lang w:val="en-GB"/>
        </w:rPr>
        <w:t>porijekla</w:t>
      </w:r>
      <w:proofErr w:type="spellEnd"/>
      <w:r w:rsidRPr="00906421">
        <w:rPr>
          <w:lang w:val="en-GB"/>
        </w:rPr>
        <w:t xml:space="preserve"> </w:t>
      </w:r>
      <w:proofErr w:type="spellStart"/>
      <w:r w:rsidRPr="00906421">
        <w:rPr>
          <w:lang w:val="en-GB"/>
        </w:rPr>
        <w:t>i</w:t>
      </w:r>
      <w:proofErr w:type="spellEnd"/>
      <w:r w:rsidRPr="00906421">
        <w:rPr>
          <w:lang w:val="en-GB"/>
        </w:rPr>
        <w:t xml:space="preserve"> </w:t>
      </w:r>
      <w:proofErr w:type="spellStart"/>
      <w:r w:rsidRPr="00906421">
        <w:rPr>
          <w:lang w:val="en-GB"/>
        </w:rPr>
        <w:t>biogoriva</w:t>
      </w:r>
      <w:proofErr w:type="spellEnd"/>
      <w:r w:rsidRPr="00906421">
        <w:rPr>
          <w:lang w:val="en-GB"/>
        </w:rPr>
        <w:t xml:space="preserve">, </w:t>
      </w:r>
      <w:proofErr w:type="spellStart"/>
      <w:r w:rsidRPr="00906421">
        <w:rPr>
          <w:lang w:val="en-GB"/>
        </w:rPr>
        <w:t>odnosno</w:t>
      </w:r>
      <w:proofErr w:type="spellEnd"/>
      <w:r w:rsidRPr="00906421">
        <w:rPr>
          <w:lang w:val="en-GB"/>
        </w:rPr>
        <w:t xml:space="preserve"> </w:t>
      </w:r>
      <w:proofErr w:type="spellStart"/>
      <w:r w:rsidRPr="00906421">
        <w:rPr>
          <w:lang w:val="en-GB"/>
        </w:rPr>
        <w:t>na</w:t>
      </w:r>
      <w:proofErr w:type="spellEnd"/>
      <w:r w:rsidRPr="00906421">
        <w:rPr>
          <w:lang w:val="en-GB"/>
        </w:rPr>
        <w:t xml:space="preserve"> </w:t>
      </w:r>
      <w:proofErr w:type="spellStart"/>
      <w:r w:rsidRPr="00906421">
        <w:rPr>
          <w:lang w:val="en-GB"/>
        </w:rPr>
        <w:t>mjestima</w:t>
      </w:r>
      <w:proofErr w:type="spellEnd"/>
      <w:r w:rsidRPr="00906421">
        <w:rPr>
          <w:lang w:val="en-GB"/>
        </w:rPr>
        <w:t xml:space="preserve"> </w:t>
      </w:r>
      <w:proofErr w:type="spellStart"/>
      <w:r w:rsidRPr="00906421">
        <w:rPr>
          <w:lang w:val="en-GB"/>
        </w:rPr>
        <w:t>određenim</w:t>
      </w:r>
      <w:proofErr w:type="spellEnd"/>
      <w:r w:rsidRPr="00906421">
        <w:rPr>
          <w:lang w:val="en-GB"/>
        </w:rPr>
        <w:t xml:space="preserve"> za </w:t>
      </w:r>
      <w:proofErr w:type="spellStart"/>
      <w:r w:rsidRPr="00906421">
        <w:rPr>
          <w:lang w:val="en-GB"/>
        </w:rPr>
        <w:t>obavljanje</w:t>
      </w:r>
      <w:proofErr w:type="spellEnd"/>
      <w:r w:rsidRPr="00906421">
        <w:rPr>
          <w:lang w:val="en-GB"/>
        </w:rPr>
        <w:t xml:space="preserve"> </w:t>
      </w:r>
      <w:proofErr w:type="spellStart"/>
      <w:r w:rsidRPr="00906421">
        <w:rPr>
          <w:lang w:val="en-GB"/>
        </w:rPr>
        <w:t>poslova</w:t>
      </w:r>
      <w:proofErr w:type="spellEnd"/>
      <w:r w:rsidRPr="00906421">
        <w:rPr>
          <w:lang w:val="en-GB"/>
        </w:rPr>
        <w:t xml:space="preserve"> </w:t>
      </w:r>
      <w:proofErr w:type="spellStart"/>
      <w:r w:rsidRPr="00906421">
        <w:rPr>
          <w:lang w:val="en-GB"/>
        </w:rPr>
        <w:t>markiranja</w:t>
      </w:r>
      <w:proofErr w:type="spellEnd"/>
      <w:r w:rsidRPr="00906421">
        <w:rPr>
          <w:lang w:val="en-GB"/>
        </w:rPr>
        <w:t>.</w:t>
      </w:r>
    </w:p>
    <w:p w14:paraId="3BB36FF1" w14:textId="77777777" w:rsidR="00906421" w:rsidRPr="00906421" w:rsidRDefault="00906421" w:rsidP="00627C43">
      <w:pPr>
        <w:pStyle w:val="Heading2"/>
        <w:rPr>
          <w:lang w:val="en-GB"/>
        </w:rPr>
      </w:pPr>
      <w:bookmarkStart w:id="20" w:name="_Toc240964530"/>
      <w:r w:rsidRPr="00906421">
        <w:rPr>
          <w:lang w:val="en-GB"/>
        </w:rPr>
        <w:lastRenderedPageBreak/>
        <w:t xml:space="preserve">9.1 </w:t>
      </w:r>
      <w:proofErr w:type="spellStart"/>
      <w:r w:rsidRPr="00906421">
        <w:rPr>
          <w:lang w:val="en-GB"/>
        </w:rPr>
        <w:t>Uvoz</w:t>
      </w:r>
      <w:proofErr w:type="spellEnd"/>
      <w:r w:rsidRPr="00906421">
        <w:rPr>
          <w:lang w:val="en-GB"/>
        </w:rPr>
        <w:t xml:space="preserve"> </w:t>
      </w:r>
      <w:proofErr w:type="spellStart"/>
      <w:r w:rsidRPr="00906421">
        <w:rPr>
          <w:lang w:val="en-GB"/>
        </w:rPr>
        <w:t>goriva</w:t>
      </w:r>
      <w:proofErr w:type="spellEnd"/>
      <w:r w:rsidRPr="00906421">
        <w:rPr>
          <w:lang w:val="en-GB"/>
        </w:rPr>
        <w:t xml:space="preserve"> </w:t>
      </w:r>
      <w:proofErr w:type="spellStart"/>
      <w:r w:rsidRPr="00906421">
        <w:rPr>
          <w:lang w:val="en-GB"/>
        </w:rPr>
        <w:t>drumskim</w:t>
      </w:r>
      <w:proofErr w:type="spellEnd"/>
      <w:r w:rsidRPr="00906421">
        <w:rPr>
          <w:lang w:val="en-GB"/>
        </w:rPr>
        <w:t xml:space="preserve"> </w:t>
      </w:r>
      <w:proofErr w:type="spellStart"/>
      <w:r w:rsidRPr="00906421">
        <w:rPr>
          <w:lang w:val="en-GB"/>
        </w:rPr>
        <w:t>putem</w:t>
      </w:r>
      <w:bookmarkEnd w:id="20"/>
      <w:proofErr w:type="spellEnd"/>
    </w:p>
    <w:p w14:paraId="6DDA4225" w14:textId="2257DBF7" w:rsidR="00906421" w:rsidRPr="00906421" w:rsidRDefault="00906421" w:rsidP="00627C43">
      <w:pPr>
        <w:jc w:val="both"/>
        <w:rPr>
          <w:lang w:val="en-GB"/>
        </w:rPr>
      </w:pPr>
      <w:r w:rsidRPr="00906421">
        <w:rPr>
          <w:lang w:val="en-GB"/>
        </w:rPr>
        <w:t xml:space="preserve">Kada se </w:t>
      </w:r>
      <w:proofErr w:type="spellStart"/>
      <w:r w:rsidRPr="00906421">
        <w:rPr>
          <w:lang w:val="en-GB"/>
        </w:rPr>
        <w:t>tečna</w:t>
      </w:r>
      <w:proofErr w:type="spellEnd"/>
      <w:r w:rsidRPr="00906421">
        <w:rPr>
          <w:lang w:val="en-GB"/>
        </w:rPr>
        <w:t xml:space="preserve"> </w:t>
      </w:r>
      <w:proofErr w:type="spellStart"/>
      <w:r w:rsidRPr="00906421">
        <w:rPr>
          <w:lang w:val="en-GB"/>
        </w:rPr>
        <w:t>goriva</w:t>
      </w:r>
      <w:proofErr w:type="spellEnd"/>
      <w:r w:rsidRPr="00906421">
        <w:rPr>
          <w:lang w:val="en-GB"/>
        </w:rPr>
        <w:t xml:space="preserve"> </w:t>
      </w:r>
      <w:proofErr w:type="spellStart"/>
      <w:r w:rsidRPr="00906421">
        <w:rPr>
          <w:lang w:val="en-GB"/>
        </w:rPr>
        <w:t>naftnog</w:t>
      </w:r>
      <w:proofErr w:type="spellEnd"/>
      <w:r w:rsidRPr="00906421">
        <w:rPr>
          <w:lang w:val="en-GB"/>
        </w:rPr>
        <w:t xml:space="preserve"> </w:t>
      </w:r>
      <w:proofErr w:type="spellStart"/>
      <w:r w:rsidRPr="00906421">
        <w:rPr>
          <w:lang w:val="en-GB"/>
        </w:rPr>
        <w:t>porijekla</w:t>
      </w:r>
      <w:proofErr w:type="spellEnd"/>
      <w:r w:rsidRPr="00906421">
        <w:rPr>
          <w:lang w:val="en-GB"/>
        </w:rPr>
        <w:t xml:space="preserve"> </w:t>
      </w:r>
      <w:proofErr w:type="spellStart"/>
      <w:r w:rsidRPr="00906421">
        <w:rPr>
          <w:lang w:val="en-GB"/>
        </w:rPr>
        <w:t>i</w:t>
      </w:r>
      <w:proofErr w:type="spellEnd"/>
      <w:r w:rsidRPr="00906421">
        <w:rPr>
          <w:lang w:val="en-GB"/>
        </w:rPr>
        <w:t xml:space="preserve"> </w:t>
      </w:r>
      <w:proofErr w:type="spellStart"/>
      <w:r w:rsidRPr="00906421">
        <w:rPr>
          <w:lang w:val="en-GB"/>
        </w:rPr>
        <w:t>biogoriva</w:t>
      </w:r>
      <w:proofErr w:type="spellEnd"/>
      <w:r w:rsidRPr="00906421">
        <w:rPr>
          <w:lang w:val="en-GB"/>
        </w:rPr>
        <w:t xml:space="preserve"> </w:t>
      </w:r>
      <w:proofErr w:type="spellStart"/>
      <w:r w:rsidRPr="00906421">
        <w:rPr>
          <w:lang w:val="en-GB"/>
        </w:rPr>
        <w:t>uvoze</w:t>
      </w:r>
      <w:proofErr w:type="spellEnd"/>
      <w:r w:rsidRPr="00906421">
        <w:rPr>
          <w:lang w:val="en-GB"/>
        </w:rPr>
        <w:t xml:space="preserve"> </w:t>
      </w:r>
      <w:proofErr w:type="spellStart"/>
      <w:r w:rsidRPr="00906421">
        <w:rPr>
          <w:lang w:val="en-GB"/>
        </w:rPr>
        <w:t>drumskim</w:t>
      </w:r>
      <w:proofErr w:type="spellEnd"/>
      <w:r w:rsidRPr="00906421">
        <w:rPr>
          <w:lang w:val="en-GB"/>
        </w:rPr>
        <w:t xml:space="preserve"> </w:t>
      </w:r>
      <w:proofErr w:type="spellStart"/>
      <w:r w:rsidRPr="00906421">
        <w:rPr>
          <w:lang w:val="en-GB"/>
        </w:rPr>
        <w:t>putem</w:t>
      </w:r>
      <w:proofErr w:type="spellEnd"/>
      <w:r w:rsidRPr="00906421">
        <w:rPr>
          <w:lang w:val="en-GB"/>
        </w:rPr>
        <w:t xml:space="preserve">, </w:t>
      </w:r>
      <w:proofErr w:type="spellStart"/>
      <w:r w:rsidRPr="00906421">
        <w:rPr>
          <w:lang w:val="en-GB"/>
        </w:rPr>
        <w:t>markiranje</w:t>
      </w:r>
      <w:proofErr w:type="spellEnd"/>
      <w:r w:rsidRPr="00906421">
        <w:rPr>
          <w:lang w:val="en-GB"/>
        </w:rPr>
        <w:t xml:space="preserve"> se </w:t>
      </w:r>
      <w:proofErr w:type="spellStart"/>
      <w:r w:rsidRPr="00906421">
        <w:rPr>
          <w:lang w:val="en-GB"/>
        </w:rPr>
        <w:t>vrši</w:t>
      </w:r>
      <w:proofErr w:type="spellEnd"/>
      <w:r w:rsidRPr="00906421">
        <w:rPr>
          <w:lang w:val="en-GB"/>
        </w:rPr>
        <w:t xml:space="preserve"> </w:t>
      </w:r>
      <w:proofErr w:type="spellStart"/>
      <w:r w:rsidRPr="00906421">
        <w:rPr>
          <w:lang w:val="en-GB"/>
        </w:rPr>
        <w:t>na</w:t>
      </w:r>
      <w:proofErr w:type="spellEnd"/>
      <w:r w:rsidRPr="00906421">
        <w:rPr>
          <w:lang w:val="en-GB"/>
        </w:rPr>
        <w:t xml:space="preserve"> </w:t>
      </w:r>
      <w:proofErr w:type="spellStart"/>
      <w:r w:rsidRPr="00906421">
        <w:rPr>
          <w:lang w:val="en-GB"/>
        </w:rPr>
        <w:t>graničnim</w:t>
      </w:r>
      <w:proofErr w:type="spellEnd"/>
      <w:r w:rsidRPr="00906421">
        <w:rPr>
          <w:lang w:val="en-GB"/>
        </w:rPr>
        <w:t xml:space="preserve"> </w:t>
      </w:r>
      <w:proofErr w:type="spellStart"/>
      <w:r w:rsidRPr="00906421">
        <w:rPr>
          <w:lang w:val="en-GB"/>
        </w:rPr>
        <w:t>pr</w:t>
      </w:r>
      <w:r>
        <w:rPr>
          <w:lang w:val="en-GB"/>
        </w:rPr>
        <w:t>ij</w:t>
      </w:r>
      <w:r w:rsidRPr="00906421">
        <w:rPr>
          <w:lang w:val="en-GB"/>
        </w:rPr>
        <w:t>elazima</w:t>
      </w:r>
      <w:proofErr w:type="spellEnd"/>
      <w:r w:rsidRPr="00906421">
        <w:rPr>
          <w:lang w:val="en-GB"/>
        </w:rPr>
        <w:t xml:space="preserve"> </w:t>
      </w:r>
      <w:proofErr w:type="spellStart"/>
      <w:r w:rsidRPr="00906421">
        <w:rPr>
          <w:lang w:val="en-GB"/>
        </w:rPr>
        <w:t>određenim</w:t>
      </w:r>
      <w:proofErr w:type="spellEnd"/>
      <w:r w:rsidRPr="00906421">
        <w:rPr>
          <w:lang w:val="en-GB"/>
        </w:rPr>
        <w:t xml:space="preserve"> za </w:t>
      </w:r>
      <w:proofErr w:type="spellStart"/>
      <w:r w:rsidRPr="00906421">
        <w:rPr>
          <w:lang w:val="en-GB"/>
        </w:rPr>
        <w:t>uvoz</w:t>
      </w:r>
      <w:proofErr w:type="spellEnd"/>
      <w:r w:rsidRPr="00906421">
        <w:rPr>
          <w:lang w:val="en-GB"/>
        </w:rPr>
        <w:t xml:space="preserve"> </w:t>
      </w:r>
      <w:proofErr w:type="spellStart"/>
      <w:r w:rsidRPr="00906421">
        <w:rPr>
          <w:lang w:val="en-GB"/>
        </w:rPr>
        <w:t>goriva</w:t>
      </w:r>
      <w:proofErr w:type="spellEnd"/>
      <w:r w:rsidRPr="00906421">
        <w:rPr>
          <w:lang w:val="en-GB"/>
        </w:rPr>
        <w:t xml:space="preserve"> </w:t>
      </w:r>
      <w:proofErr w:type="spellStart"/>
      <w:r w:rsidRPr="00906421">
        <w:rPr>
          <w:lang w:val="en-GB"/>
        </w:rPr>
        <w:t>prije</w:t>
      </w:r>
      <w:proofErr w:type="spellEnd"/>
      <w:r w:rsidRPr="00906421">
        <w:rPr>
          <w:lang w:val="en-GB"/>
        </w:rPr>
        <w:t xml:space="preserve"> </w:t>
      </w:r>
      <w:proofErr w:type="spellStart"/>
      <w:r w:rsidRPr="00906421">
        <w:rPr>
          <w:lang w:val="en-GB"/>
        </w:rPr>
        <w:t>njihovog</w:t>
      </w:r>
      <w:proofErr w:type="spellEnd"/>
      <w:r w:rsidRPr="00906421">
        <w:rPr>
          <w:lang w:val="en-GB"/>
        </w:rPr>
        <w:t xml:space="preserve"> </w:t>
      </w:r>
      <w:proofErr w:type="spellStart"/>
      <w:r w:rsidRPr="00906421">
        <w:rPr>
          <w:lang w:val="en-GB"/>
        </w:rPr>
        <w:t>stavljanja</w:t>
      </w:r>
      <w:proofErr w:type="spellEnd"/>
      <w:r w:rsidRPr="00906421">
        <w:rPr>
          <w:lang w:val="en-GB"/>
        </w:rPr>
        <w:t xml:space="preserve"> </w:t>
      </w:r>
      <w:proofErr w:type="spellStart"/>
      <w:r w:rsidRPr="00906421">
        <w:rPr>
          <w:lang w:val="en-GB"/>
        </w:rPr>
        <w:t>na</w:t>
      </w:r>
      <w:proofErr w:type="spellEnd"/>
      <w:r w:rsidRPr="00906421">
        <w:rPr>
          <w:lang w:val="en-GB"/>
        </w:rPr>
        <w:t xml:space="preserve"> </w:t>
      </w:r>
      <w:proofErr w:type="spellStart"/>
      <w:r w:rsidRPr="00906421">
        <w:rPr>
          <w:lang w:val="en-GB"/>
        </w:rPr>
        <w:t>tržište</w:t>
      </w:r>
      <w:proofErr w:type="spellEnd"/>
      <w:r w:rsidRPr="00906421">
        <w:rPr>
          <w:lang w:val="en-GB"/>
        </w:rPr>
        <w:t xml:space="preserve"> </w:t>
      </w:r>
      <w:proofErr w:type="spellStart"/>
      <w:r w:rsidRPr="00906421">
        <w:rPr>
          <w:lang w:val="en-GB"/>
        </w:rPr>
        <w:t>Crne</w:t>
      </w:r>
      <w:proofErr w:type="spellEnd"/>
      <w:r w:rsidRPr="00906421">
        <w:rPr>
          <w:lang w:val="en-GB"/>
        </w:rPr>
        <w:t xml:space="preserve"> Gore.</w:t>
      </w:r>
    </w:p>
    <w:p w14:paraId="69287E39" w14:textId="66961CC3" w:rsidR="00906421" w:rsidRPr="00906421" w:rsidRDefault="00906421" w:rsidP="00627C43">
      <w:pPr>
        <w:jc w:val="both"/>
        <w:rPr>
          <w:lang w:val="en-GB"/>
        </w:rPr>
      </w:pPr>
      <w:proofErr w:type="spellStart"/>
      <w:r w:rsidRPr="00906421">
        <w:rPr>
          <w:lang w:val="en-GB"/>
        </w:rPr>
        <w:t>Mjesta</w:t>
      </w:r>
      <w:proofErr w:type="spellEnd"/>
      <w:r w:rsidRPr="00906421">
        <w:rPr>
          <w:lang w:val="en-GB"/>
        </w:rPr>
        <w:t xml:space="preserve"> </w:t>
      </w:r>
      <w:proofErr w:type="spellStart"/>
      <w:r w:rsidRPr="00906421">
        <w:rPr>
          <w:lang w:val="en-GB"/>
        </w:rPr>
        <w:t>markiranja</w:t>
      </w:r>
      <w:proofErr w:type="spellEnd"/>
      <w:r w:rsidRPr="00906421">
        <w:rPr>
          <w:lang w:val="en-GB"/>
        </w:rPr>
        <w:t xml:space="preserve"> </w:t>
      </w:r>
      <w:proofErr w:type="spellStart"/>
      <w:r w:rsidRPr="00906421">
        <w:rPr>
          <w:lang w:val="en-GB"/>
        </w:rPr>
        <w:t>goriva</w:t>
      </w:r>
      <w:proofErr w:type="spellEnd"/>
      <w:r w:rsidRPr="00906421">
        <w:rPr>
          <w:lang w:val="en-GB"/>
        </w:rPr>
        <w:t xml:space="preserve"> </w:t>
      </w:r>
      <w:proofErr w:type="spellStart"/>
      <w:r w:rsidRPr="00906421">
        <w:rPr>
          <w:lang w:val="en-GB"/>
        </w:rPr>
        <w:t>dopremljenih</w:t>
      </w:r>
      <w:proofErr w:type="spellEnd"/>
      <w:r w:rsidRPr="00906421">
        <w:rPr>
          <w:lang w:val="en-GB"/>
        </w:rPr>
        <w:t xml:space="preserve"> </w:t>
      </w:r>
      <w:proofErr w:type="spellStart"/>
      <w:r w:rsidRPr="00906421">
        <w:rPr>
          <w:lang w:val="en-GB"/>
        </w:rPr>
        <w:t>drumskim</w:t>
      </w:r>
      <w:proofErr w:type="spellEnd"/>
      <w:r w:rsidRPr="00906421">
        <w:rPr>
          <w:lang w:val="en-GB"/>
        </w:rPr>
        <w:t xml:space="preserve"> </w:t>
      </w:r>
      <w:proofErr w:type="spellStart"/>
      <w:r w:rsidRPr="00906421">
        <w:rPr>
          <w:lang w:val="en-GB"/>
        </w:rPr>
        <w:t>putem</w:t>
      </w:r>
      <w:proofErr w:type="spellEnd"/>
      <w:r w:rsidRPr="00906421">
        <w:rPr>
          <w:lang w:val="en-GB"/>
        </w:rPr>
        <w:t xml:space="preserve"> </w:t>
      </w:r>
      <w:proofErr w:type="spellStart"/>
      <w:r w:rsidRPr="00906421">
        <w:rPr>
          <w:lang w:val="en-GB"/>
        </w:rPr>
        <w:t>obuhvataju</w:t>
      </w:r>
      <w:proofErr w:type="spellEnd"/>
      <w:r w:rsidRPr="00906421">
        <w:rPr>
          <w:lang w:val="en-GB"/>
        </w:rPr>
        <w:t xml:space="preserve"> </w:t>
      </w:r>
      <w:proofErr w:type="spellStart"/>
      <w:r w:rsidRPr="00906421">
        <w:rPr>
          <w:lang w:val="en-GB"/>
        </w:rPr>
        <w:t>sljedeće</w:t>
      </w:r>
      <w:proofErr w:type="spellEnd"/>
      <w:r w:rsidRPr="00906421">
        <w:rPr>
          <w:lang w:val="en-GB"/>
        </w:rPr>
        <w:t xml:space="preserve"> </w:t>
      </w:r>
      <w:proofErr w:type="spellStart"/>
      <w:r w:rsidRPr="00906421">
        <w:rPr>
          <w:lang w:val="en-GB"/>
        </w:rPr>
        <w:t>granične</w:t>
      </w:r>
      <w:proofErr w:type="spellEnd"/>
      <w:r w:rsidRPr="00906421">
        <w:rPr>
          <w:lang w:val="en-GB"/>
        </w:rPr>
        <w:t xml:space="preserve"> </w:t>
      </w:r>
      <w:proofErr w:type="spellStart"/>
      <w:r w:rsidRPr="00906421">
        <w:rPr>
          <w:lang w:val="en-GB"/>
        </w:rPr>
        <w:t>pr</w:t>
      </w:r>
      <w:r>
        <w:rPr>
          <w:lang w:val="en-GB"/>
        </w:rPr>
        <w:t>ij</w:t>
      </w:r>
      <w:r w:rsidRPr="00906421">
        <w:rPr>
          <w:lang w:val="en-GB"/>
        </w:rPr>
        <w:t>elaze</w:t>
      </w:r>
      <w:proofErr w:type="spellEnd"/>
      <w:r w:rsidRPr="00906421">
        <w:rPr>
          <w:lang w:val="en-GB"/>
        </w:rPr>
        <w:t>:</w:t>
      </w:r>
    </w:p>
    <w:p w14:paraId="517F496A" w14:textId="77777777" w:rsidR="00906421" w:rsidRPr="00906421" w:rsidRDefault="00906421" w:rsidP="00627C43">
      <w:pPr>
        <w:numPr>
          <w:ilvl w:val="0"/>
          <w:numId w:val="51"/>
        </w:numPr>
        <w:jc w:val="both"/>
        <w:rPr>
          <w:lang w:val="en-GB"/>
        </w:rPr>
      </w:pPr>
      <w:r w:rsidRPr="00906421">
        <w:rPr>
          <w:lang w:val="en-GB"/>
        </w:rPr>
        <w:t xml:space="preserve">GP </w:t>
      </w:r>
      <w:proofErr w:type="spellStart"/>
      <w:r w:rsidRPr="00906421">
        <w:rPr>
          <w:lang w:val="en-GB"/>
        </w:rPr>
        <w:t>Debeli</w:t>
      </w:r>
      <w:proofErr w:type="spellEnd"/>
      <w:r w:rsidRPr="00906421">
        <w:rPr>
          <w:lang w:val="en-GB"/>
        </w:rPr>
        <w:t xml:space="preserve"> </w:t>
      </w:r>
      <w:proofErr w:type="spellStart"/>
      <w:r w:rsidRPr="00906421">
        <w:rPr>
          <w:lang w:val="en-GB"/>
        </w:rPr>
        <w:t>Brijeg</w:t>
      </w:r>
      <w:proofErr w:type="spellEnd"/>
    </w:p>
    <w:p w14:paraId="1B305940" w14:textId="77777777" w:rsidR="00906421" w:rsidRPr="00906421" w:rsidRDefault="00906421" w:rsidP="00627C43">
      <w:pPr>
        <w:numPr>
          <w:ilvl w:val="0"/>
          <w:numId w:val="51"/>
        </w:numPr>
        <w:jc w:val="both"/>
        <w:rPr>
          <w:lang w:val="en-GB"/>
        </w:rPr>
      </w:pPr>
      <w:r w:rsidRPr="00906421">
        <w:rPr>
          <w:lang w:val="en-GB"/>
        </w:rPr>
        <w:t xml:space="preserve">GP </w:t>
      </w:r>
      <w:proofErr w:type="spellStart"/>
      <w:r w:rsidRPr="00906421">
        <w:rPr>
          <w:lang w:val="en-GB"/>
        </w:rPr>
        <w:t>Božaj</w:t>
      </w:r>
      <w:proofErr w:type="spellEnd"/>
    </w:p>
    <w:p w14:paraId="28DCBBC0" w14:textId="77777777" w:rsidR="00906421" w:rsidRPr="00906421" w:rsidRDefault="00906421" w:rsidP="00627C43">
      <w:pPr>
        <w:numPr>
          <w:ilvl w:val="0"/>
          <w:numId w:val="51"/>
        </w:numPr>
        <w:jc w:val="both"/>
        <w:rPr>
          <w:lang w:val="en-GB"/>
        </w:rPr>
      </w:pPr>
      <w:r w:rsidRPr="00906421">
        <w:rPr>
          <w:lang w:val="en-GB"/>
        </w:rPr>
        <w:t xml:space="preserve">GP </w:t>
      </w:r>
      <w:proofErr w:type="spellStart"/>
      <w:r w:rsidRPr="00906421">
        <w:rPr>
          <w:lang w:val="en-GB"/>
        </w:rPr>
        <w:t>Dobrakovo</w:t>
      </w:r>
      <w:proofErr w:type="spellEnd"/>
    </w:p>
    <w:p w14:paraId="371B83E0" w14:textId="77777777" w:rsidR="00906421" w:rsidRPr="00906421" w:rsidRDefault="00906421" w:rsidP="00627C43">
      <w:pPr>
        <w:numPr>
          <w:ilvl w:val="0"/>
          <w:numId w:val="51"/>
        </w:numPr>
        <w:jc w:val="both"/>
        <w:rPr>
          <w:lang w:val="en-GB"/>
        </w:rPr>
      </w:pPr>
      <w:r w:rsidRPr="00906421">
        <w:rPr>
          <w:lang w:val="en-GB"/>
        </w:rPr>
        <w:t xml:space="preserve">GP </w:t>
      </w:r>
      <w:proofErr w:type="spellStart"/>
      <w:r w:rsidRPr="00906421">
        <w:rPr>
          <w:lang w:val="en-GB"/>
        </w:rPr>
        <w:t>Ilino</w:t>
      </w:r>
      <w:proofErr w:type="spellEnd"/>
      <w:r w:rsidRPr="00906421">
        <w:rPr>
          <w:lang w:val="en-GB"/>
        </w:rPr>
        <w:t xml:space="preserve"> </w:t>
      </w:r>
      <w:proofErr w:type="spellStart"/>
      <w:r w:rsidRPr="00906421">
        <w:rPr>
          <w:lang w:val="en-GB"/>
        </w:rPr>
        <w:t>Brdo</w:t>
      </w:r>
      <w:proofErr w:type="spellEnd"/>
    </w:p>
    <w:p w14:paraId="359EFB06" w14:textId="0642C36B" w:rsidR="00906421" w:rsidRPr="00906421" w:rsidRDefault="00906421" w:rsidP="00627C43">
      <w:pPr>
        <w:jc w:val="both"/>
        <w:rPr>
          <w:lang w:val="en-GB"/>
        </w:rPr>
      </w:pPr>
      <w:proofErr w:type="spellStart"/>
      <w:r w:rsidRPr="00906421">
        <w:rPr>
          <w:lang w:val="en-GB"/>
        </w:rPr>
        <w:t>Markiranje</w:t>
      </w:r>
      <w:proofErr w:type="spellEnd"/>
      <w:r w:rsidRPr="00906421">
        <w:rPr>
          <w:lang w:val="en-GB"/>
        </w:rPr>
        <w:t xml:space="preserve"> se </w:t>
      </w:r>
      <w:proofErr w:type="spellStart"/>
      <w:r w:rsidRPr="00906421">
        <w:rPr>
          <w:lang w:val="en-GB"/>
        </w:rPr>
        <w:t>vrši</w:t>
      </w:r>
      <w:proofErr w:type="spellEnd"/>
      <w:r w:rsidRPr="00906421">
        <w:rPr>
          <w:lang w:val="en-GB"/>
        </w:rPr>
        <w:t xml:space="preserve"> u </w:t>
      </w:r>
      <w:proofErr w:type="spellStart"/>
      <w:r w:rsidRPr="00906421">
        <w:rPr>
          <w:lang w:val="en-GB"/>
        </w:rPr>
        <w:t>transportnom</w:t>
      </w:r>
      <w:proofErr w:type="spellEnd"/>
      <w:r w:rsidRPr="00906421">
        <w:rPr>
          <w:lang w:val="en-GB"/>
        </w:rPr>
        <w:t xml:space="preserve"> </w:t>
      </w:r>
      <w:proofErr w:type="spellStart"/>
      <w:r w:rsidRPr="00906421">
        <w:rPr>
          <w:lang w:val="en-GB"/>
        </w:rPr>
        <w:t>sredstvu</w:t>
      </w:r>
      <w:proofErr w:type="spellEnd"/>
      <w:r w:rsidRPr="00906421">
        <w:rPr>
          <w:lang w:val="en-GB"/>
        </w:rPr>
        <w:t xml:space="preserve"> </w:t>
      </w:r>
      <w:proofErr w:type="spellStart"/>
      <w:r w:rsidRPr="00906421">
        <w:rPr>
          <w:lang w:val="en-GB"/>
        </w:rPr>
        <w:t>kojim</w:t>
      </w:r>
      <w:proofErr w:type="spellEnd"/>
      <w:r w:rsidRPr="00906421">
        <w:rPr>
          <w:lang w:val="en-GB"/>
        </w:rPr>
        <w:t xml:space="preserve"> se </w:t>
      </w:r>
      <w:proofErr w:type="spellStart"/>
      <w:r w:rsidRPr="00906421">
        <w:rPr>
          <w:lang w:val="en-GB"/>
        </w:rPr>
        <w:t>gorivo</w:t>
      </w:r>
      <w:proofErr w:type="spellEnd"/>
      <w:r w:rsidRPr="00906421">
        <w:rPr>
          <w:lang w:val="en-GB"/>
        </w:rPr>
        <w:t xml:space="preserve"> </w:t>
      </w:r>
      <w:proofErr w:type="spellStart"/>
      <w:r w:rsidRPr="00906421">
        <w:rPr>
          <w:lang w:val="en-GB"/>
        </w:rPr>
        <w:t>uvozi</w:t>
      </w:r>
      <w:proofErr w:type="spellEnd"/>
      <w:r>
        <w:rPr>
          <w:lang w:val="en-GB"/>
        </w:rPr>
        <w:t>.</w:t>
      </w:r>
    </w:p>
    <w:p w14:paraId="2F10D612" w14:textId="77777777" w:rsidR="00906421" w:rsidRPr="00906421" w:rsidRDefault="00906421" w:rsidP="00627C43">
      <w:pPr>
        <w:pStyle w:val="Heading2"/>
        <w:rPr>
          <w:lang w:val="en-GB"/>
        </w:rPr>
      </w:pPr>
      <w:bookmarkStart w:id="21" w:name="_Toc240964531"/>
      <w:r w:rsidRPr="00906421">
        <w:rPr>
          <w:lang w:val="en-GB"/>
        </w:rPr>
        <w:t xml:space="preserve">9.2 </w:t>
      </w:r>
      <w:proofErr w:type="spellStart"/>
      <w:r w:rsidRPr="00906421">
        <w:rPr>
          <w:lang w:val="en-GB"/>
        </w:rPr>
        <w:t>Uvoz</w:t>
      </w:r>
      <w:proofErr w:type="spellEnd"/>
      <w:r w:rsidRPr="00906421">
        <w:rPr>
          <w:lang w:val="en-GB"/>
        </w:rPr>
        <w:t xml:space="preserve"> </w:t>
      </w:r>
      <w:proofErr w:type="spellStart"/>
      <w:r w:rsidRPr="00906421">
        <w:rPr>
          <w:lang w:val="en-GB"/>
        </w:rPr>
        <w:t>goriva</w:t>
      </w:r>
      <w:proofErr w:type="spellEnd"/>
      <w:r w:rsidRPr="00906421">
        <w:rPr>
          <w:lang w:val="en-GB"/>
        </w:rPr>
        <w:t xml:space="preserve"> </w:t>
      </w:r>
      <w:proofErr w:type="spellStart"/>
      <w:r w:rsidRPr="00906421">
        <w:rPr>
          <w:lang w:val="en-GB"/>
        </w:rPr>
        <w:t>morskim</w:t>
      </w:r>
      <w:proofErr w:type="spellEnd"/>
      <w:r w:rsidRPr="00906421">
        <w:rPr>
          <w:lang w:val="en-GB"/>
        </w:rPr>
        <w:t xml:space="preserve"> </w:t>
      </w:r>
      <w:proofErr w:type="spellStart"/>
      <w:r w:rsidRPr="00906421">
        <w:rPr>
          <w:lang w:val="en-GB"/>
        </w:rPr>
        <w:t>putem</w:t>
      </w:r>
      <w:bookmarkEnd w:id="21"/>
      <w:proofErr w:type="spellEnd"/>
    </w:p>
    <w:p w14:paraId="73EAE569" w14:textId="0003756E" w:rsidR="002E592D" w:rsidRPr="00154A7E" w:rsidRDefault="00906421" w:rsidP="00906421">
      <w:pPr>
        <w:jc w:val="both"/>
        <w:rPr>
          <w:lang w:val="sr-Latn-CS"/>
        </w:rPr>
      </w:pPr>
      <w:r w:rsidRPr="00906421">
        <w:rPr>
          <w:lang w:val="en-GB"/>
        </w:rPr>
        <w:t xml:space="preserve">Kada se </w:t>
      </w:r>
      <w:proofErr w:type="spellStart"/>
      <w:r w:rsidRPr="00906421">
        <w:rPr>
          <w:lang w:val="en-GB"/>
        </w:rPr>
        <w:t>tečna</w:t>
      </w:r>
      <w:proofErr w:type="spellEnd"/>
      <w:r w:rsidRPr="00906421">
        <w:rPr>
          <w:lang w:val="en-GB"/>
        </w:rPr>
        <w:t xml:space="preserve"> </w:t>
      </w:r>
      <w:proofErr w:type="spellStart"/>
      <w:r w:rsidRPr="00906421">
        <w:rPr>
          <w:lang w:val="en-GB"/>
        </w:rPr>
        <w:t>goriva</w:t>
      </w:r>
      <w:proofErr w:type="spellEnd"/>
      <w:r w:rsidRPr="00906421">
        <w:rPr>
          <w:lang w:val="en-GB"/>
        </w:rPr>
        <w:t xml:space="preserve"> </w:t>
      </w:r>
      <w:proofErr w:type="spellStart"/>
      <w:r w:rsidRPr="00906421">
        <w:rPr>
          <w:lang w:val="en-GB"/>
        </w:rPr>
        <w:t>naftnog</w:t>
      </w:r>
      <w:proofErr w:type="spellEnd"/>
      <w:r w:rsidRPr="00906421">
        <w:rPr>
          <w:lang w:val="en-GB"/>
        </w:rPr>
        <w:t xml:space="preserve"> </w:t>
      </w:r>
      <w:proofErr w:type="spellStart"/>
      <w:r w:rsidRPr="00906421">
        <w:rPr>
          <w:lang w:val="en-GB"/>
        </w:rPr>
        <w:t>porijekla</w:t>
      </w:r>
      <w:proofErr w:type="spellEnd"/>
      <w:r w:rsidRPr="00906421">
        <w:rPr>
          <w:lang w:val="en-GB"/>
        </w:rPr>
        <w:t xml:space="preserve"> </w:t>
      </w:r>
      <w:proofErr w:type="spellStart"/>
      <w:r w:rsidRPr="00906421">
        <w:rPr>
          <w:lang w:val="en-GB"/>
        </w:rPr>
        <w:t>i</w:t>
      </w:r>
      <w:proofErr w:type="spellEnd"/>
      <w:r w:rsidRPr="00906421">
        <w:rPr>
          <w:lang w:val="en-GB"/>
        </w:rPr>
        <w:t xml:space="preserve"> </w:t>
      </w:r>
      <w:proofErr w:type="spellStart"/>
      <w:r w:rsidRPr="00906421">
        <w:rPr>
          <w:lang w:val="en-GB"/>
        </w:rPr>
        <w:t>biogoriva</w:t>
      </w:r>
      <w:proofErr w:type="spellEnd"/>
      <w:r w:rsidRPr="00906421">
        <w:rPr>
          <w:lang w:val="en-GB"/>
        </w:rPr>
        <w:t xml:space="preserve"> </w:t>
      </w:r>
      <w:proofErr w:type="spellStart"/>
      <w:r w:rsidRPr="00906421">
        <w:rPr>
          <w:lang w:val="en-GB"/>
        </w:rPr>
        <w:t>uvoze</w:t>
      </w:r>
      <w:proofErr w:type="spellEnd"/>
      <w:r w:rsidRPr="00906421">
        <w:rPr>
          <w:lang w:val="en-GB"/>
        </w:rPr>
        <w:t xml:space="preserve"> </w:t>
      </w:r>
      <w:proofErr w:type="spellStart"/>
      <w:r w:rsidRPr="00906421">
        <w:rPr>
          <w:lang w:val="en-GB"/>
        </w:rPr>
        <w:t>morskim</w:t>
      </w:r>
      <w:proofErr w:type="spellEnd"/>
      <w:r w:rsidRPr="00906421">
        <w:rPr>
          <w:lang w:val="en-GB"/>
        </w:rPr>
        <w:t xml:space="preserve"> </w:t>
      </w:r>
      <w:proofErr w:type="spellStart"/>
      <w:r w:rsidRPr="00906421">
        <w:rPr>
          <w:lang w:val="en-GB"/>
        </w:rPr>
        <w:t>putem</w:t>
      </w:r>
      <w:proofErr w:type="spellEnd"/>
      <w:r w:rsidRPr="00906421">
        <w:rPr>
          <w:lang w:val="en-GB"/>
        </w:rPr>
        <w:t xml:space="preserve"> </w:t>
      </w:r>
      <w:proofErr w:type="spellStart"/>
      <w:r w:rsidRPr="00906421">
        <w:rPr>
          <w:lang w:val="en-GB"/>
        </w:rPr>
        <w:t>preko</w:t>
      </w:r>
      <w:proofErr w:type="spellEnd"/>
      <w:r w:rsidRPr="00906421">
        <w:rPr>
          <w:lang w:val="en-GB"/>
        </w:rPr>
        <w:t xml:space="preserve"> Luke Bar, </w:t>
      </w:r>
      <w:proofErr w:type="spellStart"/>
      <w:r w:rsidRPr="00906421">
        <w:rPr>
          <w:lang w:val="en-GB"/>
        </w:rPr>
        <w:t>markiranje</w:t>
      </w:r>
      <w:proofErr w:type="spellEnd"/>
      <w:r w:rsidRPr="00906421">
        <w:rPr>
          <w:lang w:val="en-GB"/>
        </w:rPr>
        <w:t xml:space="preserve"> se </w:t>
      </w:r>
      <w:proofErr w:type="spellStart"/>
      <w:r w:rsidRPr="00906421">
        <w:rPr>
          <w:lang w:val="en-GB"/>
        </w:rPr>
        <w:t>vrši</w:t>
      </w:r>
      <w:proofErr w:type="spellEnd"/>
      <w:r w:rsidRPr="00906421">
        <w:rPr>
          <w:lang w:val="en-GB"/>
        </w:rPr>
        <w:t xml:space="preserve"> u Luci Bar, </w:t>
      </w:r>
      <w:proofErr w:type="spellStart"/>
      <w:r w:rsidRPr="00906421">
        <w:rPr>
          <w:lang w:val="en-GB"/>
        </w:rPr>
        <w:t>prilikom</w:t>
      </w:r>
      <w:proofErr w:type="spellEnd"/>
      <w:r w:rsidRPr="00906421">
        <w:rPr>
          <w:lang w:val="en-GB"/>
        </w:rPr>
        <w:t xml:space="preserve"> </w:t>
      </w:r>
      <w:proofErr w:type="spellStart"/>
      <w:r w:rsidRPr="00906421">
        <w:rPr>
          <w:lang w:val="en-GB"/>
        </w:rPr>
        <w:t>prijema</w:t>
      </w:r>
      <w:proofErr w:type="spellEnd"/>
      <w:r w:rsidRPr="00906421">
        <w:rPr>
          <w:lang w:val="en-GB"/>
        </w:rPr>
        <w:t xml:space="preserve">, </w:t>
      </w:r>
      <w:proofErr w:type="spellStart"/>
      <w:r w:rsidRPr="00906421">
        <w:rPr>
          <w:lang w:val="en-GB"/>
        </w:rPr>
        <w:t>skladištenja</w:t>
      </w:r>
      <w:proofErr w:type="spellEnd"/>
      <w:r w:rsidRPr="00906421">
        <w:rPr>
          <w:lang w:val="en-GB"/>
        </w:rPr>
        <w:t xml:space="preserve">, </w:t>
      </w:r>
      <w:proofErr w:type="spellStart"/>
      <w:r w:rsidRPr="00906421">
        <w:rPr>
          <w:lang w:val="en-GB"/>
        </w:rPr>
        <w:t>pretakanja</w:t>
      </w:r>
      <w:proofErr w:type="spellEnd"/>
      <w:r w:rsidR="00D422E8">
        <w:rPr>
          <w:lang w:val="en-GB"/>
        </w:rPr>
        <w:t xml:space="preserve"> </w:t>
      </w:r>
      <w:proofErr w:type="spellStart"/>
      <w:r w:rsidR="00D422E8">
        <w:rPr>
          <w:lang w:val="en-GB"/>
        </w:rPr>
        <w:t>ili</w:t>
      </w:r>
      <w:proofErr w:type="spellEnd"/>
      <w:r w:rsidR="00D422E8">
        <w:rPr>
          <w:lang w:val="en-GB"/>
        </w:rPr>
        <w:t xml:space="preserve"> </w:t>
      </w:r>
      <w:proofErr w:type="spellStart"/>
      <w:r w:rsidRPr="00906421">
        <w:rPr>
          <w:lang w:val="en-GB"/>
        </w:rPr>
        <w:t>utovara</w:t>
      </w:r>
      <w:proofErr w:type="spellEnd"/>
      <w:r w:rsidRPr="00906421">
        <w:rPr>
          <w:lang w:val="en-GB"/>
        </w:rPr>
        <w:t xml:space="preserve"> </w:t>
      </w:r>
      <w:proofErr w:type="spellStart"/>
      <w:r w:rsidRPr="00906421">
        <w:rPr>
          <w:lang w:val="en-GB"/>
        </w:rPr>
        <w:t>goriva</w:t>
      </w:r>
      <w:proofErr w:type="spellEnd"/>
      <w:r w:rsidR="00D422E8">
        <w:rPr>
          <w:lang w:val="en-GB"/>
        </w:rPr>
        <w:t xml:space="preserve"> </w:t>
      </w:r>
      <w:r w:rsidRPr="00906421">
        <w:rPr>
          <w:lang w:val="en-GB"/>
        </w:rPr>
        <w:t>u auto-</w:t>
      </w:r>
      <w:proofErr w:type="spellStart"/>
      <w:r w:rsidRPr="00906421">
        <w:rPr>
          <w:lang w:val="en-GB"/>
        </w:rPr>
        <w:t>cisterne</w:t>
      </w:r>
      <w:proofErr w:type="spellEnd"/>
      <w:r w:rsidRPr="00906421">
        <w:rPr>
          <w:lang w:val="en-GB"/>
        </w:rPr>
        <w:t xml:space="preserve">, </w:t>
      </w:r>
      <w:proofErr w:type="spellStart"/>
      <w:r w:rsidRPr="00906421">
        <w:rPr>
          <w:lang w:val="en-GB"/>
        </w:rPr>
        <w:t>plovila</w:t>
      </w:r>
      <w:proofErr w:type="spellEnd"/>
      <w:r w:rsidRPr="00906421">
        <w:rPr>
          <w:lang w:val="en-GB"/>
        </w:rPr>
        <w:t xml:space="preserve"> </w:t>
      </w:r>
      <w:proofErr w:type="spellStart"/>
      <w:r w:rsidRPr="00906421">
        <w:rPr>
          <w:lang w:val="en-GB"/>
        </w:rPr>
        <w:t>ili</w:t>
      </w:r>
      <w:proofErr w:type="spellEnd"/>
      <w:r w:rsidRPr="00906421">
        <w:rPr>
          <w:lang w:val="en-GB"/>
        </w:rPr>
        <w:t xml:space="preserve"> </w:t>
      </w:r>
      <w:proofErr w:type="spellStart"/>
      <w:r w:rsidRPr="00906421">
        <w:rPr>
          <w:lang w:val="en-GB"/>
        </w:rPr>
        <w:t>druga</w:t>
      </w:r>
      <w:proofErr w:type="spellEnd"/>
      <w:r w:rsidRPr="00906421">
        <w:rPr>
          <w:lang w:val="en-GB"/>
        </w:rPr>
        <w:t xml:space="preserve"> </w:t>
      </w:r>
      <w:proofErr w:type="spellStart"/>
      <w:r w:rsidRPr="00906421">
        <w:rPr>
          <w:lang w:val="en-GB"/>
        </w:rPr>
        <w:t>sredstva</w:t>
      </w:r>
      <w:proofErr w:type="spellEnd"/>
      <w:r w:rsidRPr="00906421">
        <w:rPr>
          <w:lang w:val="en-GB"/>
        </w:rPr>
        <w:t xml:space="preserve"> </w:t>
      </w:r>
      <w:proofErr w:type="spellStart"/>
      <w:r w:rsidRPr="00906421">
        <w:rPr>
          <w:lang w:val="en-GB"/>
        </w:rPr>
        <w:t>transporta</w:t>
      </w:r>
      <w:proofErr w:type="spellEnd"/>
      <w:r w:rsidRPr="00906421">
        <w:rPr>
          <w:lang w:val="en-GB"/>
        </w:rPr>
        <w:t>.</w:t>
      </w:r>
    </w:p>
    <w:p w14:paraId="6A422E9B" w14:textId="6D031B71" w:rsidR="00BB0BF4" w:rsidRPr="00154A7E" w:rsidRDefault="00994057">
      <w:pPr>
        <w:pStyle w:val="Heading1"/>
        <w:rPr>
          <w:lang w:val="sr-Latn-CS"/>
        </w:rPr>
      </w:pPr>
      <w:bookmarkStart w:id="22" w:name="_Toc239637994"/>
      <w:bookmarkStart w:id="23" w:name="_Toc240964532"/>
      <w:r w:rsidRPr="00154A7E">
        <w:rPr>
          <w:lang w:val="sr-Latn-CS"/>
        </w:rPr>
        <w:t xml:space="preserve">10. </w:t>
      </w:r>
      <w:r w:rsidR="00BB0BF4">
        <w:t>POSTUPAK</w:t>
      </w:r>
      <w:r w:rsidR="00BB0BF4" w:rsidRPr="00154A7E">
        <w:rPr>
          <w:lang w:val="sr-Latn-CS"/>
        </w:rPr>
        <w:t xml:space="preserve"> </w:t>
      </w:r>
      <w:r w:rsidR="00BB0BF4">
        <w:t>MARKIRANJA</w:t>
      </w:r>
      <w:r w:rsidR="00BB0BF4" w:rsidRPr="00154A7E">
        <w:rPr>
          <w:lang w:val="sr-Latn-CS"/>
        </w:rPr>
        <w:t xml:space="preserve"> </w:t>
      </w:r>
      <w:r w:rsidR="00BB0BF4">
        <w:t>DERIVATA</w:t>
      </w:r>
      <w:r w:rsidR="00BB0BF4" w:rsidRPr="00154A7E">
        <w:rPr>
          <w:lang w:val="sr-Latn-CS"/>
        </w:rPr>
        <w:t xml:space="preserve"> </w:t>
      </w:r>
      <w:r w:rsidR="00BB0BF4">
        <w:t>NAFTE</w:t>
      </w:r>
      <w:bookmarkEnd w:id="22"/>
      <w:bookmarkEnd w:id="23"/>
    </w:p>
    <w:p w14:paraId="48B1BE7A" w14:textId="4578B4AE" w:rsidR="00BC0794" w:rsidRPr="00154A7E" w:rsidRDefault="00BC0794" w:rsidP="001512C8">
      <w:pPr>
        <w:pStyle w:val="Heading2"/>
        <w:rPr>
          <w:lang w:val="sr-Latn-CS"/>
        </w:rPr>
      </w:pPr>
      <w:bookmarkStart w:id="24" w:name="_Toc239637995"/>
      <w:bookmarkStart w:id="25" w:name="_Toc240964533"/>
      <w:r w:rsidRPr="00154A7E">
        <w:rPr>
          <w:lang w:val="sr-Latn-CS"/>
        </w:rPr>
        <w:t xml:space="preserve">10.1 </w:t>
      </w:r>
      <w:proofErr w:type="spellStart"/>
      <w:r w:rsidRPr="001512C8">
        <w:rPr>
          <w:lang w:val="en-GB"/>
        </w:rPr>
        <w:t>Nivo</w:t>
      </w:r>
      <w:proofErr w:type="spellEnd"/>
      <w:r w:rsidRPr="00154A7E">
        <w:rPr>
          <w:lang w:val="sr-Latn-CS"/>
        </w:rPr>
        <w:t xml:space="preserve"> </w:t>
      </w:r>
      <w:proofErr w:type="spellStart"/>
      <w:r w:rsidRPr="001512C8">
        <w:rPr>
          <w:lang w:val="en-GB"/>
        </w:rPr>
        <w:t>doziranja</w:t>
      </w:r>
      <w:proofErr w:type="spellEnd"/>
      <w:r w:rsidR="003124B8" w:rsidRPr="00154A7E">
        <w:rPr>
          <w:lang w:val="sr-Latn-CS"/>
        </w:rPr>
        <w:t xml:space="preserve"> </w:t>
      </w:r>
      <w:proofErr w:type="spellStart"/>
      <w:r w:rsidR="003124B8" w:rsidRPr="001512C8">
        <w:rPr>
          <w:lang w:val="en-GB"/>
        </w:rPr>
        <w:t>markera</w:t>
      </w:r>
      <w:bookmarkEnd w:id="24"/>
      <w:bookmarkEnd w:id="25"/>
      <w:proofErr w:type="spellEnd"/>
    </w:p>
    <w:p w14:paraId="03207A94" w14:textId="378DDB66" w:rsidR="00BD7ECB" w:rsidRPr="00BD7ECB" w:rsidRDefault="00B225F0" w:rsidP="00BD7ECB">
      <w:pPr>
        <w:jc w:val="both"/>
        <w:rPr>
          <w:lang w:val="en-GB"/>
        </w:rPr>
      </w:pPr>
      <w:r w:rsidRPr="00B225F0">
        <w:rPr>
          <w:lang w:val="en-GB"/>
        </w:rPr>
        <w:t>Marker</w:t>
      </w:r>
      <w:r w:rsidRPr="00154A7E">
        <w:rPr>
          <w:lang w:val="sr-Latn-CS"/>
        </w:rPr>
        <w:t xml:space="preserve"> </w:t>
      </w:r>
      <w:r w:rsidRPr="00B225F0">
        <w:rPr>
          <w:lang w:val="en-GB"/>
        </w:rPr>
        <w:t>za</w:t>
      </w:r>
      <w:r w:rsidRPr="00154A7E">
        <w:rPr>
          <w:lang w:val="sr-Latn-CS"/>
        </w:rPr>
        <w:t xml:space="preserve"> </w:t>
      </w:r>
      <w:proofErr w:type="spellStart"/>
      <w:r w:rsidRPr="00B225F0">
        <w:rPr>
          <w:lang w:val="en-GB"/>
        </w:rPr>
        <w:t>markiranje</w:t>
      </w:r>
      <w:proofErr w:type="spellEnd"/>
      <w:r w:rsidRPr="00154A7E">
        <w:rPr>
          <w:lang w:val="sr-Latn-CS"/>
        </w:rPr>
        <w:t xml:space="preserve"> </w:t>
      </w:r>
      <w:proofErr w:type="spellStart"/>
      <w:r w:rsidRPr="00B225F0">
        <w:rPr>
          <w:lang w:val="en-GB"/>
        </w:rPr>
        <w:t>te</w:t>
      </w:r>
      <w:proofErr w:type="spellEnd"/>
      <w:r w:rsidRPr="00154A7E">
        <w:rPr>
          <w:lang w:val="sr-Latn-CS"/>
        </w:rPr>
        <w:t>č</w:t>
      </w:r>
      <w:proofErr w:type="spellStart"/>
      <w:r w:rsidRPr="00B225F0">
        <w:rPr>
          <w:lang w:val="en-GB"/>
        </w:rPr>
        <w:t>nih</w:t>
      </w:r>
      <w:proofErr w:type="spellEnd"/>
      <w:r w:rsidRPr="00154A7E">
        <w:rPr>
          <w:lang w:val="sr-Latn-CS"/>
        </w:rPr>
        <w:t xml:space="preserve"> </w:t>
      </w:r>
      <w:proofErr w:type="spellStart"/>
      <w:r w:rsidRPr="00B225F0">
        <w:rPr>
          <w:lang w:val="en-GB"/>
        </w:rPr>
        <w:t>naftnih</w:t>
      </w:r>
      <w:proofErr w:type="spellEnd"/>
      <w:r w:rsidRPr="00154A7E">
        <w:rPr>
          <w:lang w:val="sr-Latn-CS"/>
        </w:rPr>
        <w:t xml:space="preserve"> </w:t>
      </w:r>
      <w:proofErr w:type="spellStart"/>
      <w:r w:rsidRPr="00B225F0">
        <w:rPr>
          <w:lang w:val="en-GB"/>
        </w:rPr>
        <w:t>goriva</w:t>
      </w:r>
      <w:proofErr w:type="spellEnd"/>
      <w:r w:rsidRPr="00154A7E">
        <w:rPr>
          <w:lang w:val="sr-Latn-CS"/>
        </w:rPr>
        <w:t xml:space="preserve"> </w:t>
      </w:r>
      <w:proofErr w:type="spellStart"/>
      <w:r w:rsidRPr="00B225F0">
        <w:rPr>
          <w:lang w:val="en-GB"/>
        </w:rPr>
        <w:t>dodaje</w:t>
      </w:r>
      <w:proofErr w:type="spellEnd"/>
      <w:r w:rsidRPr="00154A7E">
        <w:rPr>
          <w:lang w:val="sr-Latn-CS"/>
        </w:rPr>
        <w:t xml:space="preserve"> </w:t>
      </w:r>
      <w:r w:rsidRPr="00B225F0">
        <w:rPr>
          <w:lang w:val="en-GB"/>
        </w:rPr>
        <w:t>se</w:t>
      </w:r>
      <w:r w:rsidRPr="00154A7E">
        <w:rPr>
          <w:lang w:val="sr-Latn-CS"/>
        </w:rPr>
        <w:t xml:space="preserve"> </w:t>
      </w:r>
      <w:r w:rsidRPr="00B225F0">
        <w:rPr>
          <w:lang w:val="en-GB"/>
        </w:rPr>
        <w:t>u</w:t>
      </w:r>
      <w:r w:rsidRPr="00154A7E">
        <w:rPr>
          <w:lang w:val="sr-Latn-CS"/>
        </w:rPr>
        <w:t xml:space="preserve"> </w:t>
      </w:r>
      <w:proofErr w:type="spellStart"/>
      <w:r w:rsidRPr="00B225F0">
        <w:rPr>
          <w:lang w:val="en-GB"/>
        </w:rPr>
        <w:t>gorivo</w:t>
      </w:r>
      <w:proofErr w:type="spellEnd"/>
      <w:r w:rsidRPr="00154A7E">
        <w:rPr>
          <w:lang w:val="sr-Latn-CS"/>
        </w:rPr>
        <w:t xml:space="preserve"> </w:t>
      </w:r>
      <w:r w:rsidR="00BD7ECB" w:rsidRPr="00BD7ECB">
        <w:rPr>
          <w:lang w:val="en-GB"/>
        </w:rPr>
        <w:t xml:space="preserve">u </w:t>
      </w:r>
      <w:proofErr w:type="spellStart"/>
      <w:r w:rsidR="00BD7ECB" w:rsidRPr="00BD7ECB">
        <w:rPr>
          <w:lang w:val="en-GB"/>
        </w:rPr>
        <w:t>količini</w:t>
      </w:r>
      <w:proofErr w:type="spellEnd"/>
      <w:r w:rsidR="00BD7ECB" w:rsidRPr="00BD7ECB">
        <w:rPr>
          <w:lang w:val="en-GB"/>
        </w:rPr>
        <w:t xml:space="preserve"> od 10 g </w:t>
      </w:r>
      <w:proofErr w:type="spellStart"/>
      <w:r w:rsidR="00BD7ECB" w:rsidRPr="00BD7ECB">
        <w:rPr>
          <w:lang w:val="en-GB"/>
        </w:rPr>
        <w:t>markera</w:t>
      </w:r>
      <w:proofErr w:type="spellEnd"/>
      <w:r w:rsidR="00BD7ECB" w:rsidRPr="00BD7ECB">
        <w:rPr>
          <w:lang w:val="en-GB"/>
        </w:rPr>
        <w:t xml:space="preserve"> </w:t>
      </w:r>
      <w:proofErr w:type="spellStart"/>
      <w:r w:rsidR="00BD7ECB" w:rsidRPr="00BD7ECB">
        <w:rPr>
          <w:lang w:val="en-GB"/>
        </w:rPr>
        <w:t>na</w:t>
      </w:r>
      <w:proofErr w:type="spellEnd"/>
      <w:r w:rsidR="00BD7ECB" w:rsidRPr="00BD7ECB">
        <w:rPr>
          <w:lang w:val="en-GB"/>
        </w:rPr>
        <w:t xml:space="preserve"> 1.000 </w:t>
      </w:r>
      <w:proofErr w:type="spellStart"/>
      <w:r w:rsidR="00BD7ECB" w:rsidRPr="00BD7ECB">
        <w:rPr>
          <w:lang w:val="en-GB"/>
        </w:rPr>
        <w:t>litara</w:t>
      </w:r>
      <w:proofErr w:type="spellEnd"/>
      <w:r w:rsidR="00BD7ECB" w:rsidRPr="00BD7ECB">
        <w:rPr>
          <w:lang w:val="en-GB"/>
        </w:rPr>
        <w:t xml:space="preserve"> </w:t>
      </w:r>
      <w:proofErr w:type="spellStart"/>
      <w:r w:rsidR="00BD7ECB" w:rsidRPr="00BD7ECB">
        <w:rPr>
          <w:lang w:val="en-GB"/>
        </w:rPr>
        <w:t>goriva</w:t>
      </w:r>
      <w:proofErr w:type="spellEnd"/>
      <w:r w:rsidR="00BD7ECB">
        <w:rPr>
          <w:lang w:val="en-GB"/>
        </w:rPr>
        <w:t>.</w:t>
      </w:r>
    </w:p>
    <w:p w14:paraId="5FD8BA54" w14:textId="77777777" w:rsidR="009A3CD8" w:rsidRPr="00154A7E" w:rsidRDefault="009A3CD8" w:rsidP="009A3CD8">
      <w:pPr>
        <w:jc w:val="both"/>
        <w:rPr>
          <w:lang w:val="sr-Latn-CS"/>
        </w:rPr>
      </w:pPr>
      <w:r w:rsidRPr="009A3CD8">
        <w:rPr>
          <w:lang w:val="en-GB"/>
        </w:rPr>
        <w:t>Koli</w:t>
      </w:r>
      <w:r w:rsidRPr="00154A7E">
        <w:rPr>
          <w:lang w:val="sr-Latn-CS"/>
        </w:rPr>
        <w:t>č</w:t>
      </w:r>
      <w:proofErr w:type="spellStart"/>
      <w:r w:rsidRPr="009A3CD8">
        <w:rPr>
          <w:lang w:val="en-GB"/>
        </w:rPr>
        <w:t>ina</w:t>
      </w:r>
      <w:proofErr w:type="spellEnd"/>
      <w:r w:rsidRPr="00154A7E">
        <w:rPr>
          <w:lang w:val="sr-Latn-CS"/>
        </w:rPr>
        <w:t xml:space="preserve"> </w:t>
      </w:r>
      <w:proofErr w:type="spellStart"/>
      <w:r w:rsidRPr="009A3CD8">
        <w:rPr>
          <w:lang w:val="en-GB"/>
        </w:rPr>
        <w:t>markera</w:t>
      </w:r>
      <w:proofErr w:type="spellEnd"/>
      <w:r w:rsidRPr="00154A7E">
        <w:rPr>
          <w:lang w:val="sr-Latn-CS"/>
        </w:rPr>
        <w:t xml:space="preserve"> </w:t>
      </w:r>
      <w:proofErr w:type="spellStart"/>
      <w:r w:rsidRPr="009A3CD8">
        <w:rPr>
          <w:lang w:val="en-GB"/>
        </w:rPr>
        <w:t>potrebna</w:t>
      </w:r>
      <w:proofErr w:type="spellEnd"/>
      <w:r w:rsidRPr="00154A7E">
        <w:rPr>
          <w:lang w:val="sr-Latn-CS"/>
        </w:rPr>
        <w:t xml:space="preserve"> </w:t>
      </w:r>
      <w:r w:rsidRPr="009A3CD8">
        <w:rPr>
          <w:lang w:val="en-GB"/>
        </w:rPr>
        <w:t>za</w:t>
      </w:r>
      <w:r w:rsidRPr="00154A7E">
        <w:rPr>
          <w:lang w:val="sr-Latn-CS"/>
        </w:rPr>
        <w:t xml:space="preserve"> </w:t>
      </w:r>
      <w:proofErr w:type="spellStart"/>
      <w:r w:rsidRPr="009A3CD8">
        <w:rPr>
          <w:lang w:val="en-GB"/>
        </w:rPr>
        <w:t>markiranje</w:t>
      </w:r>
      <w:proofErr w:type="spellEnd"/>
      <w:r w:rsidRPr="00154A7E">
        <w:rPr>
          <w:lang w:val="sr-Latn-CS"/>
        </w:rPr>
        <w:t xml:space="preserve"> </w:t>
      </w:r>
      <w:proofErr w:type="spellStart"/>
      <w:r w:rsidRPr="009A3CD8">
        <w:rPr>
          <w:lang w:val="en-GB"/>
        </w:rPr>
        <w:t>odre</w:t>
      </w:r>
      <w:proofErr w:type="spellEnd"/>
      <w:r w:rsidRPr="00154A7E">
        <w:rPr>
          <w:lang w:val="sr-Latn-CS"/>
        </w:rPr>
        <w:t>đ</w:t>
      </w:r>
      <w:proofErr w:type="spellStart"/>
      <w:r w:rsidRPr="009A3CD8">
        <w:rPr>
          <w:lang w:val="en-GB"/>
        </w:rPr>
        <w:t>uje</w:t>
      </w:r>
      <w:proofErr w:type="spellEnd"/>
      <w:r w:rsidRPr="00154A7E">
        <w:rPr>
          <w:lang w:val="sr-Latn-CS"/>
        </w:rPr>
        <w:t xml:space="preserve"> </w:t>
      </w:r>
      <w:r w:rsidRPr="009A3CD8">
        <w:rPr>
          <w:lang w:val="en-GB"/>
        </w:rPr>
        <w:t>se</w:t>
      </w:r>
      <w:r w:rsidRPr="00154A7E">
        <w:rPr>
          <w:lang w:val="sr-Latn-CS"/>
        </w:rPr>
        <w:t xml:space="preserve"> </w:t>
      </w:r>
      <w:proofErr w:type="spellStart"/>
      <w:r w:rsidRPr="009A3CD8">
        <w:rPr>
          <w:lang w:val="en-GB"/>
        </w:rPr>
        <w:t>na</w:t>
      </w:r>
      <w:proofErr w:type="spellEnd"/>
      <w:r w:rsidRPr="00154A7E">
        <w:rPr>
          <w:lang w:val="sr-Latn-CS"/>
        </w:rPr>
        <w:t xml:space="preserve"> </w:t>
      </w:r>
      <w:proofErr w:type="spellStart"/>
      <w:r w:rsidRPr="009A3CD8">
        <w:rPr>
          <w:lang w:val="en-GB"/>
        </w:rPr>
        <w:t>osnovu</w:t>
      </w:r>
      <w:proofErr w:type="spellEnd"/>
      <w:r w:rsidRPr="00154A7E">
        <w:rPr>
          <w:lang w:val="sr-Latn-CS"/>
        </w:rPr>
        <w:t xml:space="preserve"> </w:t>
      </w:r>
      <w:proofErr w:type="spellStart"/>
      <w:r w:rsidRPr="009A3CD8">
        <w:rPr>
          <w:lang w:val="en-GB"/>
        </w:rPr>
        <w:t>koli</w:t>
      </w:r>
      <w:proofErr w:type="spellEnd"/>
      <w:r w:rsidRPr="00154A7E">
        <w:rPr>
          <w:lang w:val="sr-Latn-CS"/>
        </w:rPr>
        <w:t>č</w:t>
      </w:r>
      <w:proofErr w:type="spellStart"/>
      <w:r w:rsidRPr="009A3CD8">
        <w:rPr>
          <w:lang w:val="en-GB"/>
        </w:rPr>
        <w:t>ine</w:t>
      </w:r>
      <w:proofErr w:type="spellEnd"/>
      <w:r w:rsidRPr="00154A7E">
        <w:rPr>
          <w:lang w:val="sr-Latn-CS"/>
        </w:rPr>
        <w:t xml:space="preserve"> </w:t>
      </w:r>
      <w:proofErr w:type="spellStart"/>
      <w:r w:rsidRPr="009A3CD8">
        <w:rPr>
          <w:lang w:val="en-GB"/>
        </w:rPr>
        <w:t>goriva</w:t>
      </w:r>
      <w:proofErr w:type="spellEnd"/>
      <w:r w:rsidRPr="00154A7E">
        <w:rPr>
          <w:lang w:val="sr-Latn-CS"/>
        </w:rPr>
        <w:t xml:space="preserve"> </w:t>
      </w:r>
      <w:proofErr w:type="spellStart"/>
      <w:r w:rsidRPr="009A3CD8">
        <w:rPr>
          <w:lang w:val="en-GB"/>
        </w:rPr>
        <w:t>navedene</w:t>
      </w:r>
      <w:proofErr w:type="spellEnd"/>
      <w:r w:rsidRPr="00154A7E">
        <w:rPr>
          <w:lang w:val="sr-Latn-CS"/>
        </w:rPr>
        <w:t xml:space="preserve"> </w:t>
      </w:r>
      <w:r w:rsidRPr="009A3CD8">
        <w:rPr>
          <w:lang w:val="en-GB"/>
        </w:rPr>
        <w:t>u</w:t>
      </w:r>
      <w:r w:rsidRPr="00154A7E">
        <w:rPr>
          <w:lang w:val="sr-Latn-CS"/>
        </w:rPr>
        <w:t xml:space="preserve"> </w:t>
      </w:r>
      <w:proofErr w:type="spellStart"/>
      <w:r w:rsidRPr="009A3CD8">
        <w:rPr>
          <w:lang w:val="en-GB"/>
        </w:rPr>
        <w:t>zahtjevu</w:t>
      </w:r>
      <w:proofErr w:type="spellEnd"/>
      <w:r w:rsidRPr="00154A7E">
        <w:rPr>
          <w:lang w:val="sr-Latn-CS"/>
        </w:rPr>
        <w:t xml:space="preserve"> </w:t>
      </w:r>
      <w:r w:rsidRPr="009A3CD8">
        <w:rPr>
          <w:lang w:val="en-GB"/>
        </w:rPr>
        <w:t>za</w:t>
      </w:r>
      <w:r w:rsidRPr="00154A7E">
        <w:rPr>
          <w:lang w:val="sr-Latn-CS"/>
        </w:rPr>
        <w:t xml:space="preserve"> </w:t>
      </w:r>
      <w:proofErr w:type="spellStart"/>
      <w:r w:rsidRPr="009A3CD8">
        <w:rPr>
          <w:lang w:val="en-GB"/>
        </w:rPr>
        <w:t>markiranje</w:t>
      </w:r>
      <w:proofErr w:type="spellEnd"/>
      <w:r w:rsidRPr="00154A7E">
        <w:rPr>
          <w:lang w:val="sr-Latn-CS"/>
        </w:rPr>
        <w:t>.</w:t>
      </w:r>
    </w:p>
    <w:p w14:paraId="5C2CDD2B" w14:textId="76D0A599" w:rsidR="00B225F0" w:rsidRPr="00154A7E" w:rsidRDefault="002A1B9F" w:rsidP="00B225F0">
      <w:pPr>
        <w:jc w:val="both"/>
        <w:rPr>
          <w:lang w:val="sr-Latn-CS"/>
        </w:rPr>
      </w:pPr>
      <w:proofErr w:type="spellStart"/>
      <w:r>
        <w:rPr>
          <w:lang w:val="en-GB"/>
        </w:rPr>
        <w:t>Pružalac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usluge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markiranja</w:t>
      </w:r>
      <w:proofErr w:type="spellEnd"/>
      <w:r w:rsidR="00B225F0" w:rsidRPr="00154A7E">
        <w:rPr>
          <w:lang w:val="sr-Latn-CS"/>
        </w:rPr>
        <w:t xml:space="preserve"> </w:t>
      </w:r>
      <w:proofErr w:type="spellStart"/>
      <w:r w:rsidR="00B225F0" w:rsidRPr="00B225F0">
        <w:rPr>
          <w:lang w:val="en-GB"/>
        </w:rPr>
        <w:t>odgovor</w:t>
      </w:r>
      <w:r>
        <w:rPr>
          <w:lang w:val="en-GB"/>
        </w:rPr>
        <w:t>an</w:t>
      </w:r>
      <w:proofErr w:type="spellEnd"/>
      <w:r w:rsidR="00B225F0" w:rsidRPr="00154A7E">
        <w:rPr>
          <w:lang w:val="sr-Latn-CS"/>
        </w:rPr>
        <w:t xml:space="preserve"> </w:t>
      </w:r>
      <w:r w:rsidR="00B225F0" w:rsidRPr="00B225F0">
        <w:rPr>
          <w:lang w:val="en-GB"/>
        </w:rPr>
        <w:t>je</w:t>
      </w:r>
      <w:r w:rsidR="00B225F0" w:rsidRPr="00154A7E">
        <w:rPr>
          <w:lang w:val="sr-Latn-CS"/>
        </w:rPr>
        <w:t xml:space="preserve"> </w:t>
      </w:r>
      <w:r w:rsidR="00B225F0" w:rsidRPr="00B225F0">
        <w:rPr>
          <w:lang w:val="en-GB"/>
        </w:rPr>
        <w:t>za</w:t>
      </w:r>
      <w:r w:rsidR="00B225F0" w:rsidRPr="00154A7E">
        <w:rPr>
          <w:lang w:val="sr-Latn-CS"/>
        </w:rPr>
        <w:t xml:space="preserve"> </w:t>
      </w:r>
      <w:proofErr w:type="spellStart"/>
      <w:r w:rsidR="00B225F0" w:rsidRPr="00B225F0">
        <w:rPr>
          <w:lang w:val="en-GB"/>
        </w:rPr>
        <w:t>odre</w:t>
      </w:r>
      <w:proofErr w:type="spellEnd"/>
      <w:r w:rsidR="00B225F0" w:rsidRPr="00154A7E">
        <w:rPr>
          <w:lang w:val="sr-Latn-CS"/>
        </w:rPr>
        <w:t>đ</w:t>
      </w:r>
      <w:proofErr w:type="spellStart"/>
      <w:r w:rsidR="00B225F0" w:rsidRPr="00B225F0">
        <w:rPr>
          <w:lang w:val="en-GB"/>
        </w:rPr>
        <w:t>ivanje</w:t>
      </w:r>
      <w:proofErr w:type="spellEnd"/>
      <w:r w:rsidR="00B225F0" w:rsidRPr="00154A7E">
        <w:rPr>
          <w:lang w:val="sr-Latn-CS"/>
        </w:rPr>
        <w:t xml:space="preserve">, </w:t>
      </w:r>
      <w:proofErr w:type="spellStart"/>
      <w:r w:rsidR="00B225F0" w:rsidRPr="00B225F0">
        <w:rPr>
          <w:lang w:val="en-GB"/>
        </w:rPr>
        <w:t>mjerenje</w:t>
      </w:r>
      <w:proofErr w:type="spellEnd"/>
      <w:r w:rsidR="00B225F0" w:rsidRPr="00154A7E">
        <w:rPr>
          <w:lang w:val="sr-Latn-CS"/>
        </w:rPr>
        <w:t xml:space="preserve"> </w:t>
      </w:r>
      <w:proofErr w:type="spellStart"/>
      <w:r w:rsidR="00B225F0" w:rsidRPr="00B225F0">
        <w:rPr>
          <w:lang w:val="en-GB"/>
        </w:rPr>
        <w:t>i</w:t>
      </w:r>
      <w:proofErr w:type="spellEnd"/>
      <w:r w:rsidR="00B225F0" w:rsidRPr="00154A7E">
        <w:rPr>
          <w:lang w:val="sr-Latn-CS"/>
        </w:rPr>
        <w:t xml:space="preserve"> </w:t>
      </w:r>
      <w:proofErr w:type="spellStart"/>
      <w:r w:rsidR="00B225F0" w:rsidRPr="00B225F0">
        <w:rPr>
          <w:lang w:val="en-GB"/>
        </w:rPr>
        <w:t>dodavanje</w:t>
      </w:r>
      <w:proofErr w:type="spellEnd"/>
      <w:r w:rsidR="00B225F0" w:rsidRPr="00154A7E">
        <w:rPr>
          <w:lang w:val="sr-Latn-CS"/>
        </w:rPr>
        <w:t xml:space="preserve"> </w:t>
      </w:r>
      <w:proofErr w:type="spellStart"/>
      <w:r w:rsidR="00B225F0" w:rsidRPr="00B225F0">
        <w:rPr>
          <w:lang w:val="en-GB"/>
        </w:rPr>
        <w:t>odgovaraju</w:t>
      </w:r>
      <w:proofErr w:type="spellEnd"/>
      <w:r w:rsidR="00B225F0" w:rsidRPr="00154A7E">
        <w:rPr>
          <w:lang w:val="sr-Latn-CS"/>
        </w:rPr>
        <w:t>ć</w:t>
      </w:r>
      <w:r w:rsidR="00B225F0" w:rsidRPr="00B225F0">
        <w:rPr>
          <w:lang w:val="en-GB"/>
        </w:rPr>
        <w:t>e</w:t>
      </w:r>
      <w:r w:rsidR="00B225F0" w:rsidRPr="00154A7E">
        <w:rPr>
          <w:lang w:val="sr-Latn-CS"/>
        </w:rPr>
        <w:t xml:space="preserve"> </w:t>
      </w:r>
      <w:proofErr w:type="spellStart"/>
      <w:r w:rsidR="00B225F0" w:rsidRPr="00B225F0">
        <w:rPr>
          <w:lang w:val="en-GB"/>
        </w:rPr>
        <w:t>koli</w:t>
      </w:r>
      <w:proofErr w:type="spellEnd"/>
      <w:r w:rsidR="00B225F0" w:rsidRPr="00154A7E">
        <w:rPr>
          <w:lang w:val="sr-Latn-CS"/>
        </w:rPr>
        <w:t>č</w:t>
      </w:r>
      <w:proofErr w:type="spellStart"/>
      <w:r w:rsidR="00B225F0" w:rsidRPr="00B225F0">
        <w:rPr>
          <w:lang w:val="en-GB"/>
        </w:rPr>
        <w:t>ine</w:t>
      </w:r>
      <w:proofErr w:type="spellEnd"/>
      <w:r w:rsidR="00B225F0" w:rsidRPr="00154A7E">
        <w:rPr>
          <w:lang w:val="sr-Latn-CS"/>
        </w:rPr>
        <w:t xml:space="preserve"> </w:t>
      </w:r>
      <w:proofErr w:type="spellStart"/>
      <w:r w:rsidR="00B225F0" w:rsidRPr="00B225F0">
        <w:rPr>
          <w:lang w:val="en-GB"/>
        </w:rPr>
        <w:t>markera</w:t>
      </w:r>
      <w:proofErr w:type="spellEnd"/>
      <w:r w:rsidR="00B225F0" w:rsidRPr="00154A7E">
        <w:rPr>
          <w:lang w:val="sr-Latn-CS"/>
        </w:rPr>
        <w:t xml:space="preserve">, </w:t>
      </w:r>
      <w:proofErr w:type="spellStart"/>
      <w:r w:rsidR="00B225F0" w:rsidRPr="00B225F0">
        <w:rPr>
          <w:lang w:val="en-GB"/>
        </w:rPr>
        <w:t>kao</w:t>
      </w:r>
      <w:proofErr w:type="spellEnd"/>
      <w:r w:rsidR="00B225F0" w:rsidRPr="00154A7E">
        <w:rPr>
          <w:lang w:val="sr-Latn-CS"/>
        </w:rPr>
        <w:t xml:space="preserve"> </w:t>
      </w:r>
      <w:proofErr w:type="spellStart"/>
      <w:r w:rsidR="00B225F0" w:rsidRPr="00B225F0">
        <w:rPr>
          <w:lang w:val="en-GB"/>
        </w:rPr>
        <w:t>i</w:t>
      </w:r>
      <w:proofErr w:type="spellEnd"/>
      <w:r w:rsidR="00B225F0" w:rsidRPr="00154A7E">
        <w:rPr>
          <w:lang w:val="sr-Latn-CS"/>
        </w:rPr>
        <w:t xml:space="preserve"> </w:t>
      </w:r>
      <w:r w:rsidR="00B225F0" w:rsidRPr="00B225F0">
        <w:rPr>
          <w:lang w:val="en-GB"/>
        </w:rPr>
        <w:t>za</w:t>
      </w:r>
      <w:r w:rsidR="00B225F0" w:rsidRPr="00154A7E">
        <w:rPr>
          <w:lang w:val="sr-Latn-CS"/>
        </w:rPr>
        <w:t xml:space="preserve"> </w:t>
      </w:r>
      <w:proofErr w:type="spellStart"/>
      <w:r w:rsidR="00B225F0" w:rsidRPr="00B225F0">
        <w:rPr>
          <w:lang w:val="en-GB"/>
        </w:rPr>
        <w:t>ispravnost</w:t>
      </w:r>
      <w:proofErr w:type="spellEnd"/>
      <w:r w:rsidR="00B225F0" w:rsidRPr="00154A7E">
        <w:rPr>
          <w:lang w:val="sr-Latn-CS"/>
        </w:rPr>
        <w:t xml:space="preserve"> </w:t>
      </w:r>
      <w:proofErr w:type="spellStart"/>
      <w:r w:rsidR="00B225F0" w:rsidRPr="00B225F0">
        <w:rPr>
          <w:lang w:val="en-GB"/>
        </w:rPr>
        <w:t>opreme</w:t>
      </w:r>
      <w:proofErr w:type="spellEnd"/>
      <w:r w:rsidR="00B225F0" w:rsidRPr="00154A7E">
        <w:rPr>
          <w:lang w:val="sr-Latn-CS"/>
        </w:rPr>
        <w:t xml:space="preserve"> </w:t>
      </w:r>
      <w:proofErr w:type="spellStart"/>
      <w:r w:rsidR="00B225F0" w:rsidRPr="00B225F0">
        <w:rPr>
          <w:lang w:val="en-GB"/>
        </w:rPr>
        <w:t>koja</w:t>
      </w:r>
      <w:proofErr w:type="spellEnd"/>
      <w:r w:rsidR="00B225F0" w:rsidRPr="00154A7E">
        <w:rPr>
          <w:lang w:val="sr-Latn-CS"/>
        </w:rPr>
        <w:t xml:space="preserve"> </w:t>
      </w:r>
      <w:r w:rsidR="00B225F0" w:rsidRPr="00B225F0">
        <w:rPr>
          <w:lang w:val="en-GB"/>
        </w:rPr>
        <w:t>se</w:t>
      </w:r>
      <w:r w:rsidR="00B225F0" w:rsidRPr="00154A7E">
        <w:rPr>
          <w:lang w:val="sr-Latn-CS"/>
        </w:rPr>
        <w:t xml:space="preserve"> </w:t>
      </w:r>
      <w:proofErr w:type="spellStart"/>
      <w:r w:rsidR="00B225F0" w:rsidRPr="00B225F0">
        <w:rPr>
          <w:lang w:val="en-GB"/>
        </w:rPr>
        <w:t>koristi</w:t>
      </w:r>
      <w:proofErr w:type="spellEnd"/>
      <w:r w:rsidR="00B225F0" w:rsidRPr="00154A7E">
        <w:rPr>
          <w:lang w:val="sr-Latn-CS"/>
        </w:rPr>
        <w:t xml:space="preserve"> </w:t>
      </w:r>
      <w:r w:rsidR="00B225F0" w:rsidRPr="00B225F0">
        <w:rPr>
          <w:lang w:val="en-GB"/>
        </w:rPr>
        <w:t>za</w:t>
      </w:r>
      <w:r w:rsidR="00B225F0" w:rsidRPr="00154A7E">
        <w:rPr>
          <w:lang w:val="sr-Latn-CS"/>
        </w:rPr>
        <w:t xml:space="preserve"> </w:t>
      </w:r>
      <w:proofErr w:type="spellStart"/>
      <w:r w:rsidR="00B225F0" w:rsidRPr="00B225F0">
        <w:rPr>
          <w:lang w:val="en-GB"/>
        </w:rPr>
        <w:t>mjerenje</w:t>
      </w:r>
      <w:proofErr w:type="spellEnd"/>
      <w:r w:rsidR="00B225F0" w:rsidRPr="00154A7E">
        <w:rPr>
          <w:lang w:val="sr-Latn-CS"/>
        </w:rPr>
        <w:t xml:space="preserve"> </w:t>
      </w:r>
      <w:r>
        <w:rPr>
          <w:lang w:val="sr-Latn-CS"/>
        </w:rPr>
        <w:t xml:space="preserve">i dodavanje </w:t>
      </w:r>
      <w:proofErr w:type="spellStart"/>
      <w:r w:rsidR="00B225F0" w:rsidRPr="00B225F0">
        <w:rPr>
          <w:lang w:val="en-GB"/>
        </w:rPr>
        <w:t>markera</w:t>
      </w:r>
      <w:proofErr w:type="spellEnd"/>
      <w:r>
        <w:rPr>
          <w:lang w:val="sr-Latn-CS"/>
        </w:rPr>
        <w:t xml:space="preserve"> u </w:t>
      </w:r>
      <w:r w:rsidR="004F0DCB">
        <w:rPr>
          <w:lang w:val="sr-Latn-CS"/>
        </w:rPr>
        <w:t>gorivo.</w:t>
      </w:r>
    </w:p>
    <w:p w14:paraId="402DA612" w14:textId="3D6DC7DB" w:rsidR="00B225F0" w:rsidRPr="00154A7E" w:rsidRDefault="00B225F0" w:rsidP="00B225F0">
      <w:pPr>
        <w:jc w:val="both"/>
        <w:rPr>
          <w:lang w:val="sr-Latn-CS"/>
        </w:rPr>
      </w:pPr>
      <w:proofErr w:type="spellStart"/>
      <w:r w:rsidRPr="00B225F0">
        <w:rPr>
          <w:lang w:val="en-GB"/>
        </w:rPr>
        <w:t>Gorivo</w:t>
      </w:r>
      <w:proofErr w:type="spellEnd"/>
      <w:r w:rsidRPr="00154A7E">
        <w:rPr>
          <w:lang w:val="sr-Latn-CS"/>
        </w:rPr>
        <w:t xml:space="preserve"> </w:t>
      </w:r>
      <w:r w:rsidRPr="00B225F0">
        <w:rPr>
          <w:lang w:val="en-GB"/>
        </w:rPr>
        <w:t>se</w:t>
      </w:r>
      <w:r w:rsidRPr="00154A7E">
        <w:rPr>
          <w:lang w:val="sr-Latn-CS"/>
        </w:rPr>
        <w:t xml:space="preserve"> </w:t>
      </w:r>
      <w:proofErr w:type="spellStart"/>
      <w:r w:rsidRPr="00B225F0">
        <w:rPr>
          <w:lang w:val="en-GB"/>
        </w:rPr>
        <w:t>markira</w:t>
      </w:r>
      <w:proofErr w:type="spellEnd"/>
      <w:r w:rsidRPr="00154A7E">
        <w:rPr>
          <w:lang w:val="sr-Latn-CS"/>
        </w:rPr>
        <w:t xml:space="preserve"> </w:t>
      </w:r>
      <w:r w:rsidRPr="00B225F0">
        <w:rPr>
          <w:lang w:val="en-GB"/>
        </w:rPr>
        <w:t>do</w:t>
      </w:r>
      <w:r w:rsidRPr="00154A7E">
        <w:rPr>
          <w:lang w:val="sr-Latn-CS"/>
        </w:rPr>
        <w:t xml:space="preserve"> </w:t>
      </w:r>
      <w:proofErr w:type="spellStart"/>
      <w:r w:rsidRPr="00B225F0">
        <w:rPr>
          <w:lang w:val="en-GB"/>
        </w:rPr>
        <w:t>propisanog</w:t>
      </w:r>
      <w:proofErr w:type="spellEnd"/>
      <w:r w:rsidRPr="00154A7E">
        <w:rPr>
          <w:lang w:val="sr-Latn-CS"/>
        </w:rPr>
        <w:t xml:space="preserve"> </w:t>
      </w:r>
      <w:proofErr w:type="spellStart"/>
      <w:r w:rsidRPr="00B225F0">
        <w:rPr>
          <w:lang w:val="en-GB"/>
        </w:rPr>
        <w:t>nivoa</w:t>
      </w:r>
      <w:proofErr w:type="spellEnd"/>
      <w:r w:rsidRPr="00154A7E">
        <w:rPr>
          <w:lang w:val="sr-Latn-CS"/>
        </w:rPr>
        <w:t xml:space="preserve"> </w:t>
      </w:r>
      <w:proofErr w:type="spellStart"/>
      <w:r w:rsidRPr="00B225F0">
        <w:rPr>
          <w:lang w:val="en-GB"/>
        </w:rPr>
        <w:t>markiranja</w:t>
      </w:r>
      <w:proofErr w:type="spellEnd"/>
      <w:r w:rsidRPr="00154A7E">
        <w:rPr>
          <w:lang w:val="sr-Latn-CS"/>
        </w:rPr>
        <w:t xml:space="preserve"> </w:t>
      </w:r>
      <w:proofErr w:type="spellStart"/>
      <w:r w:rsidRPr="00B225F0">
        <w:rPr>
          <w:lang w:val="en-GB"/>
        </w:rPr>
        <w:t>utvr</w:t>
      </w:r>
      <w:proofErr w:type="spellEnd"/>
      <w:r w:rsidRPr="00154A7E">
        <w:rPr>
          <w:lang w:val="sr-Latn-CS"/>
        </w:rPr>
        <w:t>đ</w:t>
      </w:r>
      <w:proofErr w:type="spellStart"/>
      <w:r w:rsidRPr="00B225F0">
        <w:rPr>
          <w:lang w:val="en-GB"/>
        </w:rPr>
        <w:t>enog</w:t>
      </w:r>
      <w:proofErr w:type="spellEnd"/>
      <w:r w:rsidRPr="00154A7E">
        <w:rPr>
          <w:lang w:val="sr-Latn-CS"/>
        </w:rPr>
        <w:t xml:space="preserve"> </w:t>
      </w:r>
      <w:proofErr w:type="spellStart"/>
      <w:r w:rsidRPr="00B225F0">
        <w:rPr>
          <w:lang w:val="en-GB"/>
        </w:rPr>
        <w:t>ovim</w:t>
      </w:r>
      <w:proofErr w:type="spellEnd"/>
      <w:r w:rsidRPr="00154A7E">
        <w:rPr>
          <w:lang w:val="sr-Latn-CS"/>
        </w:rPr>
        <w:t xml:space="preserve"> </w:t>
      </w:r>
      <w:proofErr w:type="spellStart"/>
      <w:r w:rsidR="001545D5">
        <w:rPr>
          <w:lang w:val="en-GB"/>
        </w:rPr>
        <w:t>poglavljem</w:t>
      </w:r>
      <w:proofErr w:type="spellEnd"/>
      <w:r w:rsidRPr="00154A7E">
        <w:rPr>
          <w:lang w:val="sr-Latn-CS"/>
        </w:rPr>
        <w:t>.</w:t>
      </w:r>
    </w:p>
    <w:p w14:paraId="7D92DA81" w14:textId="77777777" w:rsidR="00B225F0" w:rsidRPr="00154A7E" w:rsidRDefault="00B225F0" w:rsidP="00B225F0">
      <w:pPr>
        <w:spacing w:line="240" w:lineRule="auto"/>
        <w:jc w:val="both"/>
        <w:rPr>
          <w:lang w:val="sr-Latn-CS"/>
        </w:rPr>
      </w:pPr>
      <w:proofErr w:type="spellStart"/>
      <w:r w:rsidRPr="00B225F0">
        <w:rPr>
          <w:lang w:val="en-GB"/>
        </w:rPr>
        <w:t>Prora</w:t>
      </w:r>
      <w:proofErr w:type="spellEnd"/>
      <w:r w:rsidRPr="00154A7E">
        <w:rPr>
          <w:lang w:val="sr-Latn-CS"/>
        </w:rPr>
        <w:t>č</w:t>
      </w:r>
      <w:r w:rsidRPr="00B225F0">
        <w:rPr>
          <w:lang w:val="en-GB"/>
        </w:rPr>
        <w:t>un</w:t>
      </w:r>
      <w:r w:rsidRPr="00154A7E">
        <w:rPr>
          <w:lang w:val="sr-Latn-CS"/>
        </w:rPr>
        <w:t xml:space="preserve"> </w:t>
      </w:r>
      <w:proofErr w:type="spellStart"/>
      <w:r w:rsidRPr="00B225F0">
        <w:rPr>
          <w:lang w:val="en-GB"/>
        </w:rPr>
        <w:t>koli</w:t>
      </w:r>
      <w:proofErr w:type="spellEnd"/>
      <w:r w:rsidRPr="00154A7E">
        <w:rPr>
          <w:lang w:val="sr-Latn-CS"/>
        </w:rPr>
        <w:t>č</w:t>
      </w:r>
      <w:proofErr w:type="spellStart"/>
      <w:r w:rsidRPr="00B225F0">
        <w:rPr>
          <w:lang w:val="en-GB"/>
        </w:rPr>
        <w:t>ine</w:t>
      </w:r>
      <w:proofErr w:type="spellEnd"/>
      <w:r w:rsidRPr="00154A7E">
        <w:rPr>
          <w:lang w:val="sr-Latn-CS"/>
        </w:rPr>
        <w:t xml:space="preserve"> </w:t>
      </w:r>
      <w:proofErr w:type="spellStart"/>
      <w:r w:rsidRPr="00B225F0">
        <w:rPr>
          <w:lang w:val="en-GB"/>
        </w:rPr>
        <w:t>markera</w:t>
      </w:r>
      <w:proofErr w:type="spellEnd"/>
      <w:r w:rsidRPr="00154A7E">
        <w:rPr>
          <w:lang w:val="sr-Latn-CS"/>
        </w:rPr>
        <w:t xml:space="preserve"> </w:t>
      </w:r>
      <w:r w:rsidRPr="00B225F0">
        <w:rPr>
          <w:lang w:val="en-GB"/>
        </w:rPr>
        <w:t>za</w:t>
      </w:r>
      <w:r w:rsidRPr="00154A7E">
        <w:rPr>
          <w:lang w:val="sr-Latn-CS"/>
        </w:rPr>
        <w:t xml:space="preserve"> </w:t>
      </w:r>
      <w:proofErr w:type="spellStart"/>
      <w:r w:rsidRPr="00B225F0">
        <w:rPr>
          <w:lang w:val="en-GB"/>
        </w:rPr>
        <w:t>markiranje</w:t>
      </w:r>
      <w:proofErr w:type="spellEnd"/>
      <w:r w:rsidRPr="00154A7E">
        <w:rPr>
          <w:lang w:val="sr-Latn-CS"/>
        </w:rPr>
        <w:t xml:space="preserve"> </w:t>
      </w:r>
      <w:proofErr w:type="spellStart"/>
      <w:r w:rsidRPr="00B225F0">
        <w:rPr>
          <w:lang w:val="en-GB"/>
        </w:rPr>
        <w:t>pojedina</w:t>
      </w:r>
      <w:proofErr w:type="spellEnd"/>
      <w:r w:rsidRPr="00154A7E">
        <w:rPr>
          <w:lang w:val="sr-Latn-CS"/>
        </w:rPr>
        <w:t>č</w:t>
      </w:r>
      <w:r w:rsidRPr="00B225F0">
        <w:rPr>
          <w:lang w:val="en-GB"/>
        </w:rPr>
        <w:t>ne</w:t>
      </w:r>
      <w:r w:rsidRPr="00154A7E">
        <w:rPr>
          <w:lang w:val="sr-Latn-CS"/>
        </w:rPr>
        <w:t xml:space="preserve"> </w:t>
      </w:r>
      <w:r w:rsidRPr="00B225F0">
        <w:rPr>
          <w:lang w:val="en-GB"/>
        </w:rPr>
        <w:t>po</w:t>
      </w:r>
      <w:r w:rsidRPr="00154A7E">
        <w:rPr>
          <w:lang w:val="sr-Latn-CS"/>
        </w:rPr>
        <w:t>š</w:t>
      </w:r>
      <w:proofErr w:type="spellStart"/>
      <w:r w:rsidRPr="00B225F0">
        <w:rPr>
          <w:lang w:val="en-GB"/>
        </w:rPr>
        <w:t>iljke</w:t>
      </w:r>
      <w:proofErr w:type="spellEnd"/>
      <w:r w:rsidRPr="00154A7E">
        <w:rPr>
          <w:lang w:val="sr-Latn-CS"/>
        </w:rPr>
        <w:t xml:space="preserve"> </w:t>
      </w:r>
      <w:proofErr w:type="spellStart"/>
      <w:r w:rsidRPr="00B225F0">
        <w:rPr>
          <w:lang w:val="en-GB"/>
        </w:rPr>
        <w:t>vr</w:t>
      </w:r>
      <w:proofErr w:type="spellEnd"/>
      <w:r w:rsidRPr="00154A7E">
        <w:rPr>
          <w:lang w:val="sr-Latn-CS"/>
        </w:rPr>
        <w:t>š</w:t>
      </w:r>
      <w:proofErr w:type="spellStart"/>
      <w:r w:rsidRPr="00B225F0">
        <w:rPr>
          <w:lang w:val="en-GB"/>
        </w:rPr>
        <w:t>i</w:t>
      </w:r>
      <w:proofErr w:type="spellEnd"/>
      <w:r w:rsidRPr="00154A7E">
        <w:rPr>
          <w:lang w:val="sr-Latn-CS"/>
        </w:rPr>
        <w:t xml:space="preserve"> </w:t>
      </w:r>
      <w:r w:rsidRPr="00B225F0">
        <w:rPr>
          <w:lang w:val="en-GB"/>
        </w:rPr>
        <w:t>se</w:t>
      </w:r>
      <w:r w:rsidRPr="00154A7E">
        <w:rPr>
          <w:lang w:val="sr-Latn-CS"/>
        </w:rPr>
        <w:t xml:space="preserve"> </w:t>
      </w:r>
      <w:proofErr w:type="spellStart"/>
      <w:r w:rsidRPr="00B225F0">
        <w:rPr>
          <w:lang w:val="en-GB"/>
        </w:rPr>
        <w:t>proporcionalno</w:t>
      </w:r>
      <w:proofErr w:type="spellEnd"/>
      <w:r w:rsidRPr="00154A7E">
        <w:rPr>
          <w:lang w:val="sr-Latn-CS"/>
        </w:rPr>
        <w:t xml:space="preserve"> </w:t>
      </w:r>
      <w:proofErr w:type="spellStart"/>
      <w:r w:rsidRPr="00B225F0">
        <w:rPr>
          <w:lang w:val="en-GB"/>
        </w:rPr>
        <w:t>koli</w:t>
      </w:r>
      <w:proofErr w:type="spellEnd"/>
      <w:r w:rsidRPr="00154A7E">
        <w:rPr>
          <w:lang w:val="sr-Latn-CS"/>
        </w:rPr>
        <w:t>č</w:t>
      </w:r>
      <w:proofErr w:type="spellStart"/>
      <w:r w:rsidRPr="00B225F0">
        <w:rPr>
          <w:lang w:val="en-GB"/>
        </w:rPr>
        <w:t>ini</w:t>
      </w:r>
      <w:proofErr w:type="spellEnd"/>
      <w:r w:rsidRPr="00154A7E">
        <w:rPr>
          <w:lang w:val="sr-Latn-CS"/>
        </w:rPr>
        <w:t xml:space="preserve"> </w:t>
      </w:r>
      <w:proofErr w:type="spellStart"/>
      <w:r w:rsidRPr="00B225F0">
        <w:rPr>
          <w:lang w:val="en-GB"/>
        </w:rPr>
        <w:t>goriva</w:t>
      </w:r>
      <w:proofErr w:type="spellEnd"/>
      <w:r w:rsidRPr="00154A7E">
        <w:rPr>
          <w:lang w:val="sr-Latn-CS"/>
        </w:rPr>
        <w:t xml:space="preserve"> </w:t>
      </w:r>
      <w:proofErr w:type="spellStart"/>
      <w:r w:rsidRPr="00B225F0">
        <w:rPr>
          <w:lang w:val="en-GB"/>
        </w:rPr>
        <w:t>koja</w:t>
      </w:r>
      <w:proofErr w:type="spellEnd"/>
      <w:r w:rsidRPr="00154A7E">
        <w:rPr>
          <w:lang w:val="sr-Latn-CS"/>
        </w:rPr>
        <w:t xml:space="preserve"> </w:t>
      </w:r>
      <w:r w:rsidRPr="00B225F0">
        <w:rPr>
          <w:lang w:val="en-GB"/>
        </w:rPr>
        <w:t>se</w:t>
      </w:r>
      <w:r w:rsidRPr="00154A7E">
        <w:rPr>
          <w:lang w:val="sr-Latn-CS"/>
        </w:rPr>
        <w:t xml:space="preserve"> </w:t>
      </w:r>
      <w:proofErr w:type="spellStart"/>
      <w:r w:rsidRPr="00B225F0">
        <w:rPr>
          <w:lang w:val="en-GB"/>
        </w:rPr>
        <w:t>markira</w:t>
      </w:r>
      <w:proofErr w:type="spellEnd"/>
      <w:r w:rsidRPr="00154A7E">
        <w:rPr>
          <w:lang w:val="sr-Latn-CS"/>
        </w:rPr>
        <w:t>.</w:t>
      </w:r>
    </w:p>
    <w:p w14:paraId="6476F426" w14:textId="50347404" w:rsidR="001512C8" w:rsidRPr="00154A7E" w:rsidRDefault="001512C8" w:rsidP="001512C8">
      <w:pPr>
        <w:pStyle w:val="Heading2"/>
        <w:rPr>
          <w:lang w:val="sr-Latn-CS"/>
        </w:rPr>
      </w:pPr>
      <w:bookmarkStart w:id="26" w:name="_Toc239637996"/>
      <w:bookmarkStart w:id="27" w:name="_Toc240964534"/>
      <w:r w:rsidRPr="00154A7E">
        <w:rPr>
          <w:lang w:val="sr-Latn-CS"/>
        </w:rPr>
        <w:t xml:space="preserve">10.2 </w:t>
      </w:r>
      <w:proofErr w:type="spellStart"/>
      <w:r w:rsidRPr="001512C8">
        <w:rPr>
          <w:lang w:val="en-GB"/>
        </w:rPr>
        <w:t>Markiranje</w:t>
      </w:r>
      <w:proofErr w:type="spellEnd"/>
      <w:r w:rsidRPr="00154A7E">
        <w:rPr>
          <w:lang w:val="sr-Latn-CS"/>
        </w:rPr>
        <w:t xml:space="preserve"> </w:t>
      </w:r>
      <w:proofErr w:type="spellStart"/>
      <w:r w:rsidRPr="001512C8">
        <w:rPr>
          <w:lang w:val="en-GB"/>
        </w:rPr>
        <w:t>goriva</w:t>
      </w:r>
      <w:proofErr w:type="spellEnd"/>
      <w:r w:rsidRPr="00154A7E">
        <w:rPr>
          <w:lang w:val="sr-Latn-CS"/>
        </w:rPr>
        <w:t xml:space="preserve"> </w:t>
      </w:r>
      <w:r w:rsidRPr="001512C8">
        <w:rPr>
          <w:lang w:val="en-GB"/>
        </w:rPr>
        <w:t>u</w:t>
      </w:r>
      <w:r w:rsidRPr="00154A7E">
        <w:rPr>
          <w:lang w:val="sr-Latn-CS"/>
        </w:rPr>
        <w:t xml:space="preserve"> </w:t>
      </w:r>
      <w:r w:rsidRPr="001512C8">
        <w:rPr>
          <w:lang w:val="en-GB"/>
        </w:rPr>
        <w:t>auto</w:t>
      </w:r>
      <w:r w:rsidRPr="00154A7E">
        <w:rPr>
          <w:lang w:val="sr-Latn-CS"/>
        </w:rPr>
        <w:t>-</w:t>
      </w:r>
      <w:proofErr w:type="spellStart"/>
      <w:r w:rsidRPr="001512C8">
        <w:rPr>
          <w:lang w:val="en-GB"/>
        </w:rPr>
        <w:t>cisternama</w:t>
      </w:r>
      <w:bookmarkEnd w:id="26"/>
      <w:bookmarkEnd w:id="27"/>
      <w:proofErr w:type="spellEnd"/>
    </w:p>
    <w:p w14:paraId="7B0F094D" w14:textId="55D89AED" w:rsidR="00584113" w:rsidRDefault="00584113" w:rsidP="00491C1A">
      <w:pPr>
        <w:jc w:val="both"/>
        <w:rPr>
          <w:lang w:val="sr-Latn-CS"/>
        </w:rPr>
      </w:pPr>
      <w:r w:rsidRPr="00584113">
        <w:rPr>
          <w:lang w:val="en-GB"/>
        </w:rPr>
        <w:t>Po</w:t>
      </w:r>
      <w:r w:rsidRPr="00491C1A">
        <w:rPr>
          <w:lang w:val="sr-Latn-CS"/>
        </w:rPr>
        <w:t xml:space="preserve"> </w:t>
      </w:r>
      <w:proofErr w:type="spellStart"/>
      <w:r w:rsidRPr="00584113">
        <w:rPr>
          <w:lang w:val="en-GB"/>
        </w:rPr>
        <w:t>dolasku</w:t>
      </w:r>
      <w:proofErr w:type="spellEnd"/>
      <w:r w:rsidRPr="00491C1A">
        <w:rPr>
          <w:lang w:val="sr-Latn-CS"/>
        </w:rPr>
        <w:t xml:space="preserve"> </w:t>
      </w:r>
      <w:r w:rsidRPr="00584113">
        <w:rPr>
          <w:lang w:val="en-GB"/>
        </w:rPr>
        <w:t>auto</w:t>
      </w:r>
      <w:r w:rsidRPr="00491C1A">
        <w:rPr>
          <w:lang w:val="sr-Latn-CS"/>
        </w:rPr>
        <w:t>-</w:t>
      </w:r>
      <w:proofErr w:type="spellStart"/>
      <w:r w:rsidRPr="00584113">
        <w:rPr>
          <w:lang w:val="en-GB"/>
        </w:rPr>
        <w:t>cisterne</w:t>
      </w:r>
      <w:proofErr w:type="spellEnd"/>
      <w:r w:rsidRPr="00491C1A">
        <w:rPr>
          <w:lang w:val="sr-Latn-CS"/>
        </w:rPr>
        <w:t xml:space="preserve"> </w:t>
      </w:r>
      <w:proofErr w:type="spellStart"/>
      <w:r w:rsidRPr="00584113">
        <w:rPr>
          <w:lang w:val="en-GB"/>
        </w:rPr>
        <w:t>na</w:t>
      </w:r>
      <w:proofErr w:type="spellEnd"/>
      <w:r w:rsidRPr="00491C1A">
        <w:rPr>
          <w:lang w:val="sr-Latn-CS"/>
        </w:rPr>
        <w:t xml:space="preserve"> </w:t>
      </w:r>
      <w:proofErr w:type="spellStart"/>
      <w:r w:rsidRPr="00584113">
        <w:rPr>
          <w:lang w:val="en-GB"/>
        </w:rPr>
        <w:t>grani</w:t>
      </w:r>
      <w:proofErr w:type="spellEnd"/>
      <w:r w:rsidRPr="00491C1A">
        <w:rPr>
          <w:lang w:val="sr-Latn-CS"/>
        </w:rPr>
        <w:t>č</w:t>
      </w:r>
      <w:proofErr w:type="spellStart"/>
      <w:r w:rsidRPr="00584113">
        <w:rPr>
          <w:lang w:val="en-GB"/>
        </w:rPr>
        <w:t>ni</w:t>
      </w:r>
      <w:proofErr w:type="spellEnd"/>
      <w:r w:rsidRPr="00491C1A">
        <w:rPr>
          <w:lang w:val="sr-Latn-CS"/>
        </w:rPr>
        <w:t xml:space="preserve"> </w:t>
      </w:r>
      <w:proofErr w:type="spellStart"/>
      <w:r w:rsidRPr="00584113">
        <w:rPr>
          <w:lang w:val="en-GB"/>
        </w:rPr>
        <w:t>prijelaz</w:t>
      </w:r>
      <w:proofErr w:type="spellEnd"/>
      <w:r w:rsidR="00304FFD">
        <w:rPr>
          <w:lang w:val="en-GB"/>
        </w:rPr>
        <w:t xml:space="preserve"> </w:t>
      </w:r>
      <w:proofErr w:type="spellStart"/>
      <w:r w:rsidR="00304FFD">
        <w:rPr>
          <w:lang w:val="en-GB"/>
        </w:rPr>
        <w:t>ili</w:t>
      </w:r>
      <w:proofErr w:type="spellEnd"/>
      <w:r w:rsidR="00304FFD">
        <w:rPr>
          <w:lang w:val="sr-Latn-CS"/>
        </w:rPr>
        <w:t xml:space="preserve"> </w:t>
      </w:r>
      <w:proofErr w:type="spellStart"/>
      <w:r w:rsidRPr="00584113">
        <w:rPr>
          <w:lang w:val="en-GB"/>
        </w:rPr>
        <w:t>lokaciju</w:t>
      </w:r>
      <w:proofErr w:type="spellEnd"/>
      <w:r w:rsidRPr="00491C1A">
        <w:rPr>
          <w:lang w:val="sr-Latn-CS"/>
        </w:rPr>
        <w:t xml:space="preserve"> </w:t>
      </w:r>
      <w:proofErr w:type="spellStart"/>
      <w:r w:rsidRPr="00584113">
        <w:rPr>
          <w:lang w:val="en-GB"/>
        </w:rPr>
        <w:t>markiranja</w:t>
      </w:r>
      <w:proofErr w:type="spellEnd"/>
      <w:r w:rsidRPr="00491C1A">
        <w:rPr>
          <w:lang w:val="sr-Latn-CS"/>
        </w:rPr>
        <w:t xml:space="preserve"> </w:t>
      </w:r>
      <w:r w:rsidRPr="00584113">
        <w:rPr>
          <w:lang w:val="en-GB"/>
        </w:rPr>
        <w:t>u</w:t>
      </w:r>
      <w:r w:rsidRPr="00491C1A">
        <w:rPr>
          <w:lang w:val="sr-Latn-CS"/>
        </w:rPr>
        <w:t xml:space="preserve"> </w:t>
      </w:r>
      <w:r w:rsidRPr="00584113">
        <w:rPr>
          <w:lang w:val="en-GB"/>
        </w:rPr>
        <w:t>Luci</w:t>
      </w:r>
      <w:r w:rsidRPr="00491C1A">
        <w:rPr>
          <w:lang w:val="sr-Latn-CS"/>
        </w:rPr>
        <w:t xml:space="preserve"> </w:t>
      </w:r>
      <w:r w:rsidR="00304FFD">
        <w:rPr>
          <w:lang w:val="en-GB"/>
        </w:rPr>
        <w:t>Bar</w:t>
      </w:r>
      <w:r w:rsidRPr="00491C1A">
        <w:rPr>
          <w:lang w:val="sr-Latn-CS"/>
        </w:rPr>
        <w:t xml:space="preserve">, </w:t>
      </w:r>
      <w:proofErr w:type="spellStart"/>
      <w:r w:rsidRPr="00584113">
        <w:rPr>
          <w:lang w:val="en-GB"/>
        </w:rPr>
        <w:t>ovla</w:t>
      </w:r>
      <w:proofErr w:type="spellEnd"/>
      <w:r w:rsidRPr="00491C1A">
        <w:rPr>
          <w:lang w:val="sr-Latn-CS"/>
        </w:rPr>
        <w:t>š</w:t>
      </w:r>
      <w:proofErr w:type="spellStart"/>
      <w:r w:rsidRPr="00584113">
        <w:rPr>
          <w:lang w:val="en-GB"/>
        </w:rPr>
        <w:t>teni</w:t>
      </w:r>
      <w:proofErr w:type="spellEnd"/>
      <w:r w:rsidRPr="00491C1A">
        <w:rPr>
          <w:lang w:val="sr-Latn-CS"/>
        </w:rPr>
        <w:t xml:space="preserve"> </w:t>
      </w:r>
      <w:proofErr w:type="spellStart"/>
      <w:r w:rsidRPr="00584113">
        <w:rPr>
          <w:lang w:val="en-GB"/>
        </w:rPr>
        <w:t>predstavnik</w:t>
      </w:r>
      <w:proofErr w:type="spellEnd"/>
      <w:r w:rsidR="00304FFD">
        <w:rPr>
          <w:lang w:val="en-GB"/>
        </w:rPr>
        <w:t xml:space="preserve"> </w:t>
      </w:r>
      <w:proofErr w:type="spellStart"/>
      <w:r w:rsidR="00304FFD">
        <w:rPr>
          <w:lang w:val="en-GB"/>
        </w:rPr>
        <w:t>Pružaoca</w:t>
      </w:r>
      <w:proofErr w:type="spellEnd"/>
      <w:r w:rsidR="00304FFD">
        <w:rPr>
          <w:lang w:val="en-GB"/>
        </w:rPr>
        <w:t xml:space="preserve"> </w:t>
      </w:r>
      <w:proofErr w:type="spellStart"/>
      <w:r w:rsidR="00304FFD">
        <w:rPr>
          <w:lang w:val="en-GB"/>
        </w:rPr>
        <w:t>usluge</w:t>
      </w:r>
      <w:proofErr w:type="spellEnd"/>
      <w:r w:rsidR="00304FFD">
        <w:rPr>
          <w:lang w:val="en-GB"/>
        </w:rPr>
        <w:t xml:space="preserve"> </w:t>
      </w:r>
      <w:proofErr w:type="spellStart"/>
      <w:r w:rsidR="00304FFD">
        <w:rPr>
          <w:lang w:val="en-GB"/>
        </w:rPr>
        <w:t>markiranja</w:t>
      </w:r>
      <w:proofErr w:type="spellEnd"/>
      <w:r w:rsidRPr="00491C1A">
        <w:rPr>
          <w:lang w:val="sr-Latn-CS"/>
        </w:rPr>
        <w:t xml:space="preserve"> </w:t>
      </w:r>
      <w:proofErr w:type="spellStart"/>
      <w:r w:rsidRPr="00584113">
        <w:rPr>
          <w:lang w:val="en-GB"/>
        </w:rPr>
        <w:t>vr</w:t>
      </w:r>
      <w:proofErr w:type="spellEnd"/>
      <w:r w:rsidRPr="00491C1A">
        <w:rPr>
          <w:lang w:val="sr-Latn-CS"/>
        </w:rPr>
        <w:t>š</w:t>
      </w:r>
      <w:proofErr w:type="spellStart"/>
      <w:r w:rsidRPr="00584113">
        <w:rPr>
          <w:lang w:val="en-GB"/>
        </w:rPr>
        <w:t>i</w:t>
      </w:r>
      <w:proofErr w:type="spellEnd"/>
      <w:r w:rsidRPr="00491C1A">
        <w:rPr>
          <w:lang w:val="sr-Latn-CS"/>
        </w:rPr>
        <w:t xml:space="preserve"> </w:t>
      </w:r>
      <w:proofErr w:type="spellStart"/>
      <w:r w:rsidRPr="00584113">
        <w:rPr>
          <w:lang w:val="en-GB"/>
        </w:rPr>
        <w:t>uvid</w:t>
      </w:r>
      <w:proofErr w:type="spellEnd"/>
      <w:r w:rsidRPr="00491C1A">
        <w:rPr>
          <w:lang w:val="sr-Latn-CS"/>
        </w:rPr>
        <w:t xml:space="preserve"> </w:t>
      </w:r>
      <w:r w:rsidRPr="00584113">
        <w:rPr>
          <w:lang w:val="en-GB"/>
        </w:rPr>
        <w:t>u</w:t>
      </w:r>
      <w:r w:rsidRPr="00491C1A">
        <w:rPr>
          <w:lang w:val="sr-Latn-CS"/>
        </w:rPr>
        <w:t xml:space="preserve"> </w:t>
      </w:r>
      <w:proofErr w:type="spellStart"/>
      <w:r w:rsidRPr="00584113">
        <w:rPr>
          <w:lang w:val="en-GB"/>
        </w:rPr>
        <w:t>zahtjev</w:t>
      </w:r>
      <w:proofErr w:type="spellEnd"/>
      <w:r w:rsidRPr="00491C1A">
        <w:rPr>
          <w:lang w:val="sr-Latn-CS"/>
        </w:rPr>
        <w:t xml:space="preserve"> </w:t>
      </w:r>
      <w:r w:rsidRPr="00584113">
        <w:rPr>
          <w:lang w:val="en-GB"/>
        </w:rPr>
        <w:t>za</w:t>
      </w:r>
      <w:r w:rsidRPr="00491C1A">
        <w:rPr>
          <w:lang w:val="sr-Latn-CS"/>
        </w:rPr>
        <w:t xml:space="preserve"> </w:t>
      </w:r>
      <w:proofErr w:type="spellStart"/>
      <w:r w:rsidRPr="00584113">
        <w:rPr>
          <w:lang w:val="en-GB"/>
        </w:rPr>
        <w:t>markiranje</w:t>
      </w:r>
      <w:proofErr w:type="spellEnd"/>
      <w:r w:rsidRPr="00491C1A">
        <w:rPr>
          <w:lang w:val="sr-Latn-CS"/>
        </w:rPr>
        <w:t xml:space="preserve"> </w:t>
      </w:r>
      <w:proofErr w:type="spellStart"/>
      <w:r w:rsidRPr="00584113">
        <w:rPr>
          <w:lang w:val="en-GB"/>
        </w:rPr>
        <w:t>i</w:t>
      </w:r>
      <w:proofErr w:type="spellEnd"/>
      <w:r w:rsidRPr="00491C1A">
        <w:rPr>
          <w:lang w:val="sr-Latn-CS"/>
        </w:rPr>
        <w:t xml:space="preserve"> </w:t>
      </w:r>
      <w:r w:rsidRPr="00584113">
        <w:rPr>
          <w:lang w:val="en-GB"/>
        </w:rPr>
        <w:t>prate</w:t>
      </w:r>
      <w:r w:rsidRPr="00491C1A">
        <w:rPr>
          <w:lang w:val="sr-Latn-CS"/>
        </w:rPr>
        <w:t>ć</w:t>
      </w:r>
      <w:r w:rsidRPr="00584113">
        <w:rPr>
          <w:lang w:val="en-GB"/>
        </w:rPr>
        <w:t>u</w:t>
      </w:r>
      <w:r w:rsidRPr="00491C1A">
        <w:rPr>
          <w:lang w:val="sr-Latn-CS"/>
        </w:rPr>
        <w:t xml:space="preserve"> </w:t>
      </w:r>
      <w:proofErr w:type="spellStart"/>
      <w:r w:rsidRPr="00584113">
        <w:rPr>
          <w:lang w:val="en-GB"/>
        </w:rPr>
        <w:t>dokumentaciju</w:t>
      </w:r>
      <w:proofErr w:type="spellEnd"/>
      <w:r w:rsidRPr="00491C1A">
        <w:rPr>
          <w:lang w:val="sr-Latn-CS"/>
        </w:rPr>
        <w:t xml:space="preserve">, </w:t>
      </w:r>
      <w:proofErr w:type="spellStart"/>
      <w:r w:rsidRPr="00584113">
        <w:rPr>
          <w:lang w:val="en-GB"/>
        </w:rPr>
        <w:t>uklju</w:t>
      </w:r>
      <w:proofErr w:type="spellEnd"/>
      <w:r w:rsidRPr="00491C1A">
        <w:rPr>
          <w:lang w:val="sr-Latn-CS"/>
        </w:rPr>
        <w:t>č</w:t>
      </w:r>
      <w:proofErr w:type="spellStart"/>
      <w:r w:rsidRPr="00584113">
        <w:rPr>
          <w:lang w:val="en-GB"/>
        </w:rPr>
        <w:t>uju</w:t>
      </w:r>
      <w:proofErr w:type="spellEnd"/>
      <w:r w:rsidRPr="00491C1A">
        <w:rPr>
          <w:lang w:val="sr-Latn-CS"/>
        </w:rPr>
        <w:t>ć</w:t>
      </w:r>
      <w:proofErr w:type="spellStart"/>
      <w:r w:rsidRPr="00584113">
        <w:rPr>
          <w:lang w:val="en-GB"/>
        </w:rPr>
        <w:t>i</w:t>
      </w:r>
      <w:proofErr w:type="spellEnd"/>
      <w:r w:rsidRPr="00491C1A">
        <w:rPr>
          <w:lang w:val="sr-Latn-CS"/>
        </w:rPr>
        <w:t xml:space="preserve"> </w:t>
      </w:r>
      <w:proofErr w:type="spellStart"/>
      <w:r w:rsidRPr="00584113">
        <w:rPr>
          <w:lang w:val="en-GB"/>
        </w:rPr>
        <w:t>tovarni</w:t>
      </w:r>
      <w:proofErr w:type="spellEnd"/>
      <w:r w:rsidRPr="00491C1A">
        <w:rPr>
          <w:lang w:val="sr-Latn-CS"/>
        </w:rPr>
        <w:t xml:space="preserve"> </w:t>
      </w:r>
      <w:r w:rsidRPr="00584113">
        <w:rPr>
          <w:lang w:val="en-GB"/>
        </w:rPr>
        <w:t>list</w:t>
      </w:r>
      <w:r w:rsidRPr="00491C1A">
        <w:rPr>
          <w:lang w:val="sr-Latn-CS"/>
        </w:rPr>
        <w:t xml:space="preserve"> </w:t>
      </w:r>
      <w:proofErr w:type="spellStart"/>
      <w:r w:rsidRPr="00584113">
        <w:rPr>
          <w:lang w:val="en-GB"/>
        </w:rPr>
        <w:t>ili</w:t>
      </w:r>
      <w:proofErr w:type="spellEnd"/>
      <w:r w:rsidRPr="00491C1A">
        <w:rPr>
          <w:lang w:val="sr-Latn-CS"/>
        </w:rPr>
        <w:t xml:space="preserve"> </w:t>
      </w:r>
      <w:proofErr w:type="spellStart"/>
      <w:r w:rsidRPr="00584113">
        <w:rPr>
          <w:lang w:val="en-GB"/>
        </w:rPr>
        <w:t>drugi</w:t>
      </w:r>
      <w:proofErr w:type="spellEnd"/>
      <w:r w:rsidRPr="00491C1A">
        <w:rPr>
          <w:lang w:val="sr-Latn-CS"/>
        </w:rPr>
        <w:t xml:space="preserve"> </w:t>
      </w:r>
      <w:proofErr w:type="spellStart"/>
      <w:r w:rsidRPr="00584113">
        <w:rPr>
          <w:lang w:val="en-GB"/>
        </w:rPr>
        <w:t>odgovaraju</w:t>
      </w:r>
      <w:proofErr w:type="spellEnd"/>
      <w:r w:rsidRPr="00491C1A">
        <w:rPr>
          <w:lang w:val="sr-Latn-CS"/>
        </w:rPr>
        <w:t>ć</w:t>
      </w:r>
      <w:proofErr w:type="spellStart"/>
      <w:r w:rsidRPr="00584113">
        <w:rPr>
          <w:lang w:val="en-GB"/>
        </w:rPr>
        <w:t>i</w:t>
      </w:r>
      <w:proofErr w:type="spellEnd"/>
      <w:r w:rsidRPr="00491C1A">
        <w:rPr>
          <w:lang w:val="sr-Latn-CS"/>
        </w:rPr>
        <w:t xml:space="preserve"> </w:t>
      </w:r>
      <w:proofErr w:type="spellStart"/>
      <w:r w:rsidRPr="00584113">
        <w:rPr>
          <w:lang w:val="en-GB"/>
        </w:rPr>
        <w:t>transportni</w:t>
      </w:r>
      <w:proofErr w:type="spellEnd"/>
      <w:r w:rsidRPr="00491C1A">
        <w:rPr>
          <w:lang w:val="sr-Latn-CS"/>
        </w:rPr>
        <w:t xml:space="preserve"> </w:t>
      </w:r>
      <w:proofErr w:type="spellStart"/>
      <w:r w:rsidRPr="00584113">
        <w:rPr>
          <w:lang w:val="en-GB"/>
        </w:rPr>
        <w:t>dokument</w:t>
      </w:r>
      <w:proofErr w:type="spellEnd"/>
      <w:r w:rsidRPr="00491C1A">
        <w:rPr>
          <w:lang w:val="sr-Latn-CS"/>
        </w:rPr>
        <w:t xml:space="preserve"> </w:t>
      </w:r>
      <w:proofErr w:type="spellStart"/>
      <w:r w:rsidRPr="00584113">
        <w:rPr>
          <w:lang w:val="en-GB"/>
        </w:rPr>
        <w:t>iz</w:t>
      </w:r>
      <w:proofErr w:type="spellEnd"/>
      <w:r w:rsidRPr="00491C1A">
        <w:rPr>
          <w:lang w:val="sr-Latn-CS"/>
        </w:rPr>
        <w:t xml:space="preserve"> </w:t>
      </w:r>
      <w:proofErr w:type="spellStart"/>
      <w:r w:rsidRPr="00584113">
        <w:rPr>
          <w:lang w:val="en-GB"/>
        </w:rPr>
        <w:t>kojeg</w:t>
      </w:r>
      <w:proofErr w:type="spellEnd"/>
      <w:r w:rsidRPr="00491C1A">
        <w:rPr>
          <w:lang w:val="sr-Latn-CS"/>
        </w:rPr>
        <w:t xml:space="preserve"> </w:t>
      </w:r>
      <w:proofErr w:type="spellStart"/>
      <w:r w:rsidRPr="00584113">
        <w:rPr>
          <w:lang w:val="en-GB"/>
        </w:rPr>
        <w:t>su</w:t>
      </w:r>
      <w:proofErr w:type="spellEnd"/>
      <w:r w:rsidRPr="00491C1A">
        <w:rPr>
          <w:lang w:val="sr-Latn-CS"/>
        </w:rPr>
        <w:t xml:space="preserve"> </w:t>
      </w:r>
      <w:proofErr w:type="spellStart"/>
      <w:r w:rsidRPr="00584113">
        <w:rPr>
          <w:lang w:val="en-GB"/>
        </w:rPr>
        <w:t>vidljivi</w:t>
      </w:r>
      <w:proofErr w:type="spellEnd"/>
      <w:r w:rsidRPr="00491C1A">
        <w:rPr>
          <w:lang w:val="sr-Latn-CS"/>
        </w:rPr>
        <w:t xml:space="preserve"> </w:t>
      </w:r>
      <w:proofErr w:type="spellStart"/>
      <w:r w:rsidRPr="00584113">
        <w:rPr>
          <w:lang w:val="en-GB"/>
        </w:rPr>
        <w:t>podaci</w:t>
      </w:r>
      <w:proofErr w:type="spellEnd"/>
      <w:r w:rsidRPr="00491C1A">
        <w:rPr>
          <w:lang w:val="sr-Latn-CS"/>
        </w:rPr>
        <w:t xml:space="preserve"> </w:t>
      </w:r>
      <w:r w:rsidRPr="00584113">
        <w:rPr>
          <w:lang w:val="en-GB"/>
        </w:rPr>
        <w:t>o</w:t>
      </w:r>
      <w:r w:rsidRPr="00491C1A">
        <w:rPr>
          <w:lang w:val="sr-Latn-CS"/>
        </w:rPr>
        <w:t xml:space="preserve"> </w:t>
      </w:r>
      <w:proofErr w:type="spellStart"/>
      <w:r w:rsidRPr="00584113">
        <w:rPr>
          <w:lang w:val="en-GB"/>
        </w:rPr>
        <w:t>vrsti</w:t>
      </w:r>
      <w:proofErr w:type="spellEnd"/>
      <w:r w:rsidRPr="00491C1A">
        <w:rPr>
          <w:lang w:val="sr-Latn-CS"/>
        </w:rPr>
        <w:t xml:space="preserve"> </w:t>
      </w:r>
      <w:proofErr w:type="spellStart"/>
      <w:r w:rsidRPr="00584113">
        <w:rPr>
          <w:lang w:val="en-GB"/>
        </w:rPr>
        <w:t>goriva</w:t>
      </w:r>
      <w:proofErr w:type="spellEnd"/>
      <w:r w:rsidRPr="00491C1A">
        <w:rPr>
          <w:lang w:val="sr-Latn-CS"/>
        </w:rPr>
        <w:t xml:space="preserve"> </w:t>
      </w:r>
      <w:proofErr w:type="spellStart"/>
      <w:r w:rsidRPr="00584113">
        <w:rPr>
          <w:lang w:val="en-GB"/>
        </w:rPr>
        <w:t>i</w:t>
      </w:r>
      <w:proofErr w:type="spellEnd"/>
      <w:r w:rsidRPr="00491C1A">
        <w:rPr>
          <w:lang w:val="sr-Latn-CS"/>
        </w:rPr>
        <w:t xml:space="preserve"> </w:t>
      </w:r>
      <w:proofErr w:type="spellStart"/>
      <w:r w:rsidRPr="00584113">
        <w:rPr>
          <w:lang w:val="en-GB"/>
        </w:rPr>
        <w:t>stvarno</w:t>
      </w:r>
      <w:proofErr w:type="spellEnd"/>
      <w:r w:rsidRPr="00491C1A">
        <w:rPr>
          <w:lang w:val="sr-Latn-CS"/>
        </w:rPr>
        <w:t xml:space="preserve"> </w:t>
      </w:r>
      <w:proofErr w:type="spellStart"/>
      <w:r w:rsidRPr="00584113">
        <w:rPr>
          <w:lang w:val="en-GB"/>
        </w:rPr>
        <w:t>utovarenim</w:t>
      </w:r>
      <w:proofErr w:type="spellEnd"/>
      <w:r w:rsidRPr="00491C1A">
        <w:rPr>
          <w:lang w:val="sr-Latn-CS"/>
        </w:rPr>
        <w:t xml:space="preserve"> </w:t>
      </w:r>
      <w:proofErr w:type="spellStart"/>
      <w:r w:rsidRPr="00584113">
        <w:rPr>
          <w:lang w:val="en-GB"/>
        </w:rPr>
        <w:t>koli</w:t>
      </w:r>
      <w:proofErr w:type="spellEnd"/>
      <w:r w:rsidRPr="00491C1A">
        <w:rPr>
          <w:lang w:val="sr-Latn-CS"/>
        </w:rPr>
        <w:t>č</w:t>
      </w:r>
      <w:proofErr w:type="spellStart"/>
      <w:r w:rsidRPr="00584113">
        <w:rPr>
          <w:lang w:val="en-GB"/>
        </w:rPr>
        <w:t>inama</w:t>
      </w:r>
      <w:proofErr w:type="spellEnd"/>
      <w:r w:rsidRPr="00491C1A">
        <w:rPr>
          <w:lang w:val="sr-Latn-CS"/>
        </w:rPr>
        <w:t xml:space="preserve"> </w:t>
      </w:r>
      <w:proofErr w:type="spellStart"/>
      <w:r w:rsidRPr="00584113">
        <w:rPr>
          <w:lang w:val="en-GB"/>
        </w:rPr>
        <w:t>goriva</w:t>
      </w:r>
      <w:proofErr w:type="spellEnd"/>
      <w:r w:rsidRPr="00491C1A">
        <w:rPr>
          <w:lang w:val="sr-Latn-CS"/>
        </w:rPr>
        <w:t xml:space="preserve"> </w:t>
      </w:r>
      <w:r w:rsidRPr="00584113">
        <w:rPr>
          <w:lang w:val="en-GB"/>
        </w:rPr>
        <w:t>po</w:t>
      </w:r>
      <w:r w:rsidRPr="00491C1A">
        <w:rPr>
          <w:lang w:val="sr-Latn-CS"/>
        </w:rPr>
        <w:t xml:space="preserve"> </w:t>
      </w:r>
      <w:proofErr w:type="spellStart"/>
      <w:r w:rsidRPr="00584113">
        <w:rPr>
          <w:lang w:val="en-GB"/>
        </w:rPr>
        <w:t>pojedina</w:t>
      </w:r>
      <w:proofErr w:type="spellEnd"/>
      <w:r w:rsidRPr="00491C1A">
        <w:rPr>
          <w:lang w:val="sr-Latn-CS"/>
        </w:rPr>
        <w:t>č</w:t>
      </w:r>
      <w:r w:rsidRPr="00584113">
        <w:rPr>
          <w:lang w:val="en-GB"/>
        </w:rPr>
        <w:t>nim</w:t>
      </w:r>
      <w:r w:rsidRPr="00491C1A">
        <w:rPr>
          <w:lang w:val="sr-Latn-CS"/>
        </w:rPr>
        <w:t xml:space="preserve"> </w:t>
      </w:r>
      <w:proofErr w:type="spellStart"/>
      <w:r w:rsidRPr="00584113">
        <w:rPr>
          <w:lang w:val="en-GB"/>
        </w:rPr>
        <w:lastRenderedPageBreak/>
        <w:t>komorama</w:t>
      </w:r>
      <w:proofErr w:type="spellEnd"/>
      <w:r w:rsidRPr="00491C1A">
        <w:rPr>
          <w:lang w:val="sr-Latn-CS"/>
        </w:rPr>
        <w:t xml:space="preserve"> </w:t>
      </w:r>
      <w:r w:rsidRPr="00584113">
        <w:rPr>
          <w:lang w:val="en-GB"/>
        </w:rPr>
        <w:t>auto</w:t>
      </w:r>
      <w:r w:rsidRPr="00491C1A">
        <w:rPr>
          <w:lang w:val="sr-Latn-CS"/>
        </w:rPr>
        <w:t>-</w:t>
      </w:r>
      <w:proofErr w:type="spellStart"/>
      <w:r w:rsidRPr="00584113">
        <w:rPr>
          <w:lang w:val="en-GB"/>
        </w:rPr>
        <w:t>cisterne</w:t>
      </w:r>
      <w:proofErr w:type="spellEnd"/>
      <w:r w:rsidRPr="00491C1A">
        <w:rPr>
          <w:lang w:val="sr-Latn-CS"/>
        </w:rPr>
        <w:t xml:space="preserve">, </w:t>
      </w:r>
      <w:proofErr w:type="spellStart"/>
      <w:r w:rsidRPr="00584113">
        <w:rPr>
          <w:lang w:val="en-GB"/>
        </w:rPr>
        <w:t>te</w:t>
      </w:r>
      <w:proofErr w:type="spellEnd"/>
      <w:r w:rsidRPr="00491C1A">
        <w:rPr>
          <w:lang w:val="sr-Latn-CS"/>
        </w:rPr>
        <w:t xml:space="preserve"> </w:t>
      </w:r>
      <w:proofErr w:type="spellStart"/>
      <w:r w:rsidRPr="00584113">
        <w:rPr>
          <w:lang w:val="en-GB"/>
        </w:rPr>
        <w:t>utvr</w:t>
      </w:r>
      <w:proofErr w:type="spellEnd"/>
      <w:r w:rsidRPr="00491C1A">
        <w:rPr>
          <w:lang w:val="sr-Latn-CS"/>
        </w:rPr>
        <w:t>đ</w:t>
      </w:r>
      <w:proofErr w:type="spellStart"/>
      <w:r w:rsidRPr="00584113">
        <w:rPr>
          <w:lang w:val="en-GB"/>
        </w:rPr>
        <w:t>uje</w:t>
      </w:r>
      <w:proofErr w:type="spellEnd"/>
      <w:r w:rsidRPr="00491C1A">
        <w:rPr>
          <w:lang w:val="sr-Latn-CS"/>
        </w:rPr>
        <w:t xml:space="preserve"> </w:t>
      </w:r>
      <w:r w:rsidRPr="00584113">
        <w:rPr>
          <w:lang w:val="en-GB"/>
        </w:rPr>
        <w:t>da</w:t>
      </w:r>
      <w:r w:rsidRPr="00491C1A">
        <w:rPr>
          <w:lang w:val="sr-Latn-CS"/>
        </w:rPr>
        <w:t xml:space="preserve"> </w:t>
      </w:r>
      <w:r w:rsidRPr="00584113">
        <w:rPr>
          <w:lang w:val="en-GB"/>
        </w:rPr>
        <w:t>li</w:t>
      </w:r>
      <w:r w:rsidRPr="00491C1A">
        <w:rPr>
          <w:lang w:val="sr-Latn-CS"/>
        </w:rPr>
        <w:t xml:space="preserve"> </w:t>
      </w:r>
      <w:proofErr w:type="spellStart"/>
      <w:r w:rsidRPr="00584113">
        <w:rPr>
          <w:lang w:val="en-GB"/>
        </w:rPr>
        <w:t>predmetna</w:t>
      </w:r>
      <w:proofErr w:type="spellEnd"/>
      <w:r w:rsidRPr="00491C1A">
        <w:rPr>
          <w:lang w:val="sr-Latn-CS"/>
        </w:rPr>
        <w:t xml:space="preserve"> </w:t>
      </w:r>
      <w:r w:rsidRPr="00584113">
        <w:rPr>
          <w:lang w:val="en-GB"/>
        </w:rPr>
        <w:t>po</w:t>
      </w:r>
      <w:r w:rsidRPr="00491C1A">
        <w:rPr>
          <w:lang w:val="sr-Latn-CS"/>
        </w:rPr>
        <w:t>š</w:t>
      </w:r>
      <w:proofErr w:type="spellStart"/>
      <w:r w:rsidRPr="00584113">
        <w:rPr>
          <w:lang w:val="en-GB"/>
        </w:rPr>
        <w:t>iljka</w:t>
      </w:r>
      <w:proofErr w:type="spellEnd"/>
      <w:r w:rsidRPr="00491C1A">
        <w:rPr>
          <w:lang w:val="sr-Latn-CS"/>
        </w:rPr>
        <w:t xml:space="preserve"> </w:t>
      </w:r>
      <w:proofErr w:type="spellStart"/>
      <w:r w:rsidRPr="00584113">
        <w:rPr>
          <w:lang w:val="en-GB"/>
        </w:rPr>
        <w:t>odgovara</w:t>
      </w:r>
      <w:proofErr w:type="spellEnd"/>
      <w:r w:rsidRPr="00491C1A">
        <w:rPr>
          <w:lang w:val="sr-Latn-CS"/>
        </w:rPr>
        <w:t xml:space="preserve"> </w:t>
      </w:r>
      <w:proofErr w:type="spellStart"/>
      <w:r w:rsidRPr="00584113">
        <w:rPr>
          <w:lang w:val="en-GB"/>
        </w:rPr>
        <w:t>podacima</w:t>
      </w:r>
      <w:proofErr w:type="spellEnd"/>
      <w:r w:rsidRPr="00491C1A">
        <w:rPr>
          <w:lang w:val="sr-Latn-CS"/>
        </w:rPr>
        <w:t xml:space="preserve"> </w:t>
      </w:r>
      <w:proofErr w:type="spellStart"/>
      <w:r w:rsidRPr="00584113">
        <w:rPr>
          <w:lang w:val="en-GB"/>
        </w:rPr>
        <w:t>navedenim</w:t>
      </w:r>
      <w:proofErr w:type="spellEnd"/>
      <w:r w:rsidRPr="00491C1A">
        <w:rPr>
          <w:lang w:val="sr-Latn-CS"/>
        </w:rPr>
        <w:t xml:space="preserve"> </w:t>
      </w:r>
      <w:r w:rsidRPr="00584113">
        <w:rPr>
          <w:lang w:val="en-GB"/>
        </w:rPr>
        <w:t>u</w:t>
      </w:r>
      <w:r w:rsidRPr="00491C1A">
        <w:rPr>
          <w:lang w:val="sr-Latn-CS"/>
        </w:rPr>
        <w:t xml:space="preserve"> </w:t>
      </w:r>
      <w:proofErr w:type="spellStart"/>
      <w:r w:rsidRPr="00584113">
        <w:rPr>
          <w:lang w:val="en-GB"/>
        </w:rPr>
        <w:t>zahtjevu</w:t>
      </w:r>
      <w:proofErr w:type="spellEnd"/>
      <w:r w:rsidRPr="00491C1A">
        <w:rPr>
          <w:lang w:val="sr-Latn-CS"/>
        </w:rPr>
        <w:t xml:space="preserve"> </w:t>
      </w:r>
      <w:r w:rsidRPr="00584113">
        <w:rPr>
          <w:lang w:val="en-GB"/>
        </w:rPr>
        <w:t>za</w:t>
      </w:r>
      <w:r w:rsidRPr="00491C1A">
        <w:rPr>
          <w:lang w:val="sr-Latn-CS"/>
        </w:rPr>
        <w:t xml:space="preserve"> </w:t>
      </w:r>
      <w:proofErr w:type="spellStart"/>
      <w:r w:rsidRPr="00584113">
        <w:rPr>
          <w:lang w:val="en-GB"/>
        </w:rPr>
        <w:t>markiranje</w:t>
      </w:r>
      <w:proofErr w:type="spellEnd"/>
      <w:r w:rsidRPr="00491C1A">
        <w:rPr>
          <w:lang w:val="sr-Latn-CS"/>
        </w:rPr>
        <w:t>.</w:t>
      </w:r>
    </w:p>
    <w:p w14:paraId="7F9EDCFA" w14:textId="6876E872" w:rsidR="005D2B60" w:rsidRPr="00491C1A" w:rsidRDefault="005D2B60" w:rsidP="00491C1A">
      <w:pPr>
        <w:jc w:val="both"/>
        <w:rPr>
          <w:lang w:val="sr-Latn-CS"/>
        </w:rPr>
      </w:pPr>
      <w:r>
        <w:rPr>
          <w:lang w:val="sr-Latn-CS"/>
        </w:rPr>
        <w:t>U informacioni sistem Pružaoca usluge se prilikom markiranja goriva u auto cisterni unose najmanje sljedeći podaci:</w:t>
      </w:r>
    </w:p>
    <w:p w14:paraId="5512A005" w14:textId="199BDEDA" w:rsidR="005D2B60" w:rsidRPr="00627C43" w:rsidRDefault="005306A3" w:rsidP="005D2B60">
      <w:pPr>
        <w:pStyle w:val="ListParagraph"/>
        <w:numPr>
          <w:ilvl w:val="0"/>
          <w:numId w:val="16"/>
        </w:numPr>
        <w:spacing w:line="240" w:lineRule="auto"/>
        <w:rPr>
          <w:rFonts w:cs="Times New Roman"/>
          <w:szCs w:val="24"/>
          <w:lang w:val="sr-Latn-CS"/>
        </w:rPr>
      </w:pPr>
      <w:r w:rsidRPr="00627C43">
        <w:rPr>
          <w:rFonts w:cs="Times New Roman"/>
          <w:szCs w:val="24"/>
          <w:lang w:val="sr-Latn-CS"/>
        </w:rPr>
        <w:t>Ime o</w:t>
      </w:r>
      <w:r w:rsidR="005D2B60" w:rsidRPr="00627C43">
        <w:rPr>
          <w:rFonts w:cs="Times New Roman"/>
          <w:szCs w:val="24"/>
          <w:lang w:val="sr-Latn-CS"/>
        </w:rPr>
        <w:t>bveznika markiranja</w:t>
      </w:r>
    </w:p>
    <w:p w14:paraId="4691CC50" w14:textId="2AF44100" w:rsidR="005D2B60" w:rsidRPr="00627C43" w:rsidRDefault="005306A3" w:rsidP="005D2B60">
      <w:pPr>
        <w:pStyle w:val="ListParagraph"/>
        <w:numPr>
          <w:ilvl w:val="0"/>
          <w:numId w:val="16"/>
        </w:numPr>
        <w:spacing w:line="240" w:lineRule="auto"/>
        <w:rPr>
          <w:rFonts w:cs="Times New Roman"/>
          <w:szCs w:val="24"/>
          <w:lang w:val="sr-Latn-CS"/>
        </w:rPr>
      </w:pPr>
      <w:r w:rsidRPr="00627C43">
        <w:rPr>
          <w:rFonts w:cs="Times New Roman"/>
          <w:szCs w:val="24"/>
          <w:lang w:val="sr-Latn-CS"/>
        </w:rPr>
        <w:t>Ime</w:t>
      </w:r>
      <w:r w:rsidR="005D2B60" w:rsidRPr="00627C43">
        <w:rPr>
          <w:rFonts w:cs="Times New Roman"/>
          <w:szCs w:val="24"/>
          <w:lang w:val="sr-Latn-CS"/>
        </w:rPr>
        <w:t xml:space="preserve"> prevoznika</w:t>
      </w:r>
    </w:p>
    <w:p w14:paraId="6257F380" w14:textId="77777777" w:rsidR="005D2B60" w:rsidRPr="00627C43" w:rsidRDefault="005D2B60" w:rsidP="005D2B60">
      <w:pPr>
        <w:pStyle w:val="ListParagraph"/>
        <w:numPr>
          <w:ilvl w:val="0"/>
          <w:numId w:val="16"/>
        </w:numPr>
        <w:spacing w:line="240" w:lineRule="auto"/>
        <w:rPr>
          <w:rFonts w:cs="Times New Roman"/>
          <w:szCs w:val="24"/>
          <w:lang w:val="sr-Latn-CS"/>
        </w:rPr>
      </w:pPr>
      <w:r w:rsidRPr="00627C43">
        <w:rPr>
          <w:rFonts w:cs="Times New Roman"/>
          <w:szCs w:val="24"/>
          <w:lang w:val="sr-Latn-CS"/>
        </w:rPr>
        <w:t>Ime i prezime vozača</w:t>
      </w:r>
    </w:p>
    <w:p w14:paraId="6325588E" w14:textId="77777777" w:rsidR="005D2B60" w:rsidRPr="00627C43" w:rsidRDefault="005D2B60" w:rsidP="005D2B60">
      <w:pPr>
        <w:pStyle w:val="ListParagraph"/>
        <w:numPr>
          <w:ilvl w:val="0"/>
          <w:numId w:val="16"/>
        </w:numPr>
        <w:spacing w:line="240" w:lineRule="auto"/>
        <w:rPr>
          <w:rFonts w:cs="Times New Roman"/>
          <w:szCs w:val="24"/>
          <w:lang w:val="sr-Latn-CS"/>
        </w:rPr>
      </w:pPr>
      <w:r w:rsidRPr="00627C43">
        <w:rPr>
          <w:rFonts w:cs="Times New Roman"/>
          <w:szCs w:val="24"/>
          <w:lang w:val="sr-Latn-CS"/>
        </w:rPr>
        <w:t>Registarska oznaka teretnog/vu</w:t>
      </w:r>
      <w:r w:rsidRPr="00627C43">
        <w:rPr>
          <w:rFonts w:cs="Times New Roman"/>
          <w:szCs w:val="24"/>
          <w:lang w:val="sr-Latn-ME"/>
        </w:rPr>
        <w:t>čnog vozila</w:t>
      </w:r>
    </w:p>
    <w:p w14:paraId="2AC31E5F" w14:textId="77777777" w:rsidR="005D2B60" w:rsidRPr="00627C43" w:rsidRDefault="005D2B60" w:rsidP="005D2B60">
      <w:pPr>
        <w:pStyle w:val="ListParagraph"/>
        <w:numPr>
          <w:ilvl w:val="0"/>
          <w:numId w:val="16"/>
        </w:numPr>
        <w:spacing w:line="240" w:lineRule="auto"/>
        <w:rPr>
          <w:rFonts w:cs="Times New Roman"/>
          <w:szCs w:val="24"/>
          <w:lang w:val="sr-Latn-CS"/>
        </w:rPr>
      </w:pPr>
      <w:r w:rsidRPr="00627C43">
        <w:rPr>
          <w:rFonts w:cs="Times New Roman"/>
          <w:szCs w:val="24"/>
          <w:lang w:val="sr-Latn-CS"/>
        </w:rPr>
        <w:t>Registarska oznaka pri</w:t>
      </w:r>
      <w:proofErr w:type="spellStart"/>
      <w:r w:rsidRPr="00627C43">
        <w:rPr>
          <w:rFonts w:cs="Times New Roman"/>
          <w:szCs w:val="24"/>
          <w:lang w:val="en-GB"/>
        </w:rPr>
        <w:t>ključnog</w:t>
      </w:r>
      <w:proofErr w:type="spellEnd"/>
      <w:r w:rsidRPr="00627C43">
        <w:rPr>
          <w:rFonts w:cs="Times New Roman"/>
          <w:szCs w:val="24"/>
          <w:lang w:val="en-GB"/>
        </w:rPr>
        <w:t xml:space="preserve"> </w:t>
      </w:r>
      <w:proofErr w:type="spellStart"/>
      <w:r w:rsidRPr="00627C43">
        <w:rPr>
          <w:rFonts w:cs="Times New Roman"/>
          <w:szCs w:val="24"/>
          <w:lang w:val="en-GB"/>
        </w:rPr>
        <w:t>vozila</w:t>
      </w:r>
      <w:proofErr w:type="spellEnd"/>
      <w:r w:rsidRPr="00627C43">
        <w:rPr>
          <w:rFonts w:cs="Times New Roman"/>
          <w:szCs w:val="24"/>
          <w:lang w:val="en-GB"/>
        </w:rPr>
        <w:t xml:space="preserve"> </w:t>
      </w:r>
    </w:p>
    <w:p w14:paraId="7A43493D" w14:textId="77777777" w:rsidR="005D2B60" w:rsidRPr="00627C43" w:rsidRDefault="005D2B60" w:rsidP="005D2B60">
      <w:pPr>
        <w:pStyle w:val="ListParagraph"/>
        <w:numPr>
          <w:ilvl w:val="0"/>
          <w:numId w:val="16"/>
        </w:numPr>
        <w:spacing w:line="240" w:lineRule="auto"/>
        <w:rPr>
          <w:rFonts w:cs="Times New Roman"/>
          <w:szCs w:val="24"/>
          <w:lang w:val="sr-Latn-CS"/>
        </w:rPr>
      </w:pPr>
      <w:r w:rsidRPr="00627C43">
        <w:rPr>
          <w:rFonts w:cs="Times New Roman"/>
          <w:szCs w:val="24"/>
          <w:lang w:val="sr-Latn-CS"/>
        </w:rPr>
        <w:t>Ime markera</w:t>
      </w:r>
    </w:p>
    <w:p w14:paraId="025D901E" w14:textId="77777777" w:rsidR="005D2B60" w:rsidRPr="00627C43" w:rsidRDefault="005D2B60" w:rsidP="005D2B60">
      <w:pPr>
        <w:pStyle w:val="ListParagraph"/>
        <w:numPr>
          <w:ilvl w:val="0"/>
          <w:numId w:val="16"/>
        </w:numPr>
        <w:spacing w:line="240" w:lineRule="auto"/>
        <w:rPr>
          <w:rFonts w:cs="Times New Roman"/>
          <w:szCs w:val="24"/>
          <w:lang w:val="sr-Latn-CS"/>
        </w:rPr>
      </w:pPr>
      <w:proofErr w:type="spellStart"/>
      <w:r w:rsidRPr="00627C43">
        <w:rPr>
          <w:rFonts w:cs="Times New Roman"/>
          <w:szCs w:val="24"/>
        </w:rPr>
        <w:t>Jedinstveni</w:t>
      </w:r>
      <w:proofErr w:type="spellEnd"/>
      <w:r w:rsidRPr="00627C43">
        <w:rPr>
          <w:rFonts w:cs="Times New Roman"/>
          <w:szCs w:val="24"/>
        </w:rPr>
        <w:t xml:space="preserve"> </w:t>
      </w:r>
      <w:proofErr w:type="spellStart"/>
      <w:r w:rsidRPr="00627C43">
        <w:rPr>
          <w:rFonts w:cs="Times New Roman"/>
          <w:szCs w:val="24"/>
        </w:rPr>
        <w:t>identifikacioni</w:t>
      </w:r>
      <w:proofErr w:type="spellEnd"/>
      <w:r w:rsidRPr="00627C43">
        <w:rPr>
          <w:rFonts w:cs="Times New Roman"/>
          <w:szCs w:val="24"/>
        </w:rPr>
        <w:t xml:space="preserve"> </w:t>
      </w:r>
      <w:proofErr w:type="spellStart"/>
      <w:r w:rsidRPr="00627C43">
        <w:rPr>
          <w:rFonts w:cs="Times New Roman"/>
          <w:szCs w:val="24"/>
        </w:rPr>
        <w:t>broj</w:t>
      </w:r>
      <w:proofErr w:type="spellEnd"/>
      <w:r w:rsidRPr="00627C43">
        <w:rPr>
          <w:rFonts w:cs="Times New Roman"/>
          <w:szCs w:val="24"/>
        </w:rPr>
        <w:t xml:space="preserve"> </w:t>
      </w:r>
      <w:proofErr w:type="spellStart"/>
      <w:r w:rsidRPr="00627C43">
        <w:rPr>
          <w:rFonts w:cs="Times New Roman"/>
          <w:szCs w:val="24"/>
        </w:rPr>
        <w:t>kanistera</w:t>
      </w:r>
      <w:proofErr w:type="spellEnd"/>
      <w:r w:rsidRPr="00627C43">
        <w:rPr>
          <w:rFonts w:cs="Times New Roman"/>
          <w:szCs w:val="24"/>
          <w:lang w:val="en-GB"/>
        </w:rPr>
        <w:t xml:space="preserve"> </w:t>
      </w:r>
      <w:proofErr w:type="spellStart"/>
      <w:r w:rsidRPr="00627C43">
        <w:rPr>
          <w:rFonts w:cs="Times New Roman"/>
          <w:szCs w:val="24"/>
          <w:lang w:val="en-GB"/>
        </w:rPr>
        <w:t>sa</w:t>
      </w:r>
      <w:proofErr w:type="spellEnd"/>
      <w:r w:rsidRPr="00627C43">
        <w:rPr>
          <w:rFonts w:cs="Times New Roman"/>
          <w:szCs w:val="24"/>
          <w:lang w:val="en-GB"/>
        </w:rPr>
        <w:t xml:space="preserve"> </w:t>
      </w:r>
      <w:proofErr w:type="spellStart"/>
      <w:r w:rsidRPr="00627C43">
        <w:rPr>
          <w:rFonts w:cs="Times New Roman"/>
          <w:szCs w:val="24"/>
          <w:lang w:val="en-GB"/>
        </w:rPr>
        <w:t>markerom</w:t>
      </w:r>
      <w:proofErr w:type="spellEnd"/>
    </w:p>
    <w:p w14:paraId="5A6E7230" w14:textId="58E2DA31" w:rsidR="005D2B60" w:rsidRPr="00627C43" w:rsidRDefault="005D2B60" w:rsidP="005D2B60">
      <w:pPr>
        <w:pStyle w:val="ListParagraph"/>
        <w:numPr>
          <w:ilvl w:val="0"/>
          <w:numId w:val="16"/>
        </w:numPr>
        <w:spacing w:line="240" w:lineRule="auto"/>
        <w:rPr>
          <w:rFonts w:cs="Times New Roman"/>
          <w:szCs w:val="24"/>
          <w:lang w:val="sr-Latn-CS"/>
        </w:rPr>
      </w:pPr>
      <w:proofErr w:type="spellStart"/>
      <w:r w:rsidRPr="00627C43">
        <w:rPr>
          <w:rFonts w:cs="Times New Roman"/>
          <w:szCs w:val="24"/>
          <w:lang w:val="en-GB"/>
        </w:rPr>
        <w:t>Broj</w:t>
      </w:r>
      <w:proofErr w:type="spellEnd"/>
      <w:r w:rsidRPr="00627C43">
        <w:rPr>
          <w:rFonts w:cs="Times New Roman"/>
          <w:szCs w:val="24"/>
          <w:lang w:val="en-GB"/>
        </w:rPr>
        <w:t xml:space="preserve"> </w:t>
      </w:r>
      <w:proofErr w:type="spellStart"/>
      <w:r w:rsidRPr="00627C43">
        <w:rPr>
          <w:rFonts w:cs="Times New Roman"/>
          <w:szCs w:val="24"/>
          <w:lang w:val="en-GB"/>
        </w:rPr>
        <w:t>komora</w:t>
      </w:r>
      <w:proofErr w:type="spellEnd"/>
      <w:r w:rsidRPr="00627C43">
        <w:rPr>
          <w:rFonts w:cs="Times New Roman"/>
          <w:szCs w:val="24"/>
          <w:lang w:val="en-GB"/>
        </w:rPr>
        <w:t xml:space="preserve"> </w:t>
      </w:r>
    </w:p>
    <w:p w14:paraId="5A1F8A7B" w14:textId="77777777" w:rsidR="005D2B60" w:rsidRPr="00627C43" w:rsidRDefault="005D2B60" w:rsidP="005D2B60">
      <w:pPr>
        <w:pStyle w:val="ListParagraph"/>
        <w:numPr>
          <w:ilvl w:val="0"/>
          <w:numId w:val="16"/>
        </w:numPr>
        <w:spacing w:line="240" w:lineRule="auto"/>
        <w:rPr>
          <w:rFonts w:cs="Times New Roman"/>
          <w:szCs w:val="24"/>
          <w:lang w:val="sr-Latn-CS"/>
        </w:rPr>
      </w:pPr>
      <w:r w:rsidRPr="00627C43">
        <w:rPr>
          <w:rFonts w:cs="Times New Roman"/>
          <w:szCs w:val="24"/>
          <w:lang w:val="sr-Latn-CS"/>
        </w:rPr>
        <w:t>Vrsta goriva po komori</w:t>
      </w:r>
    </w:p>
    <w:p w14:paraId="071088DF" w14:textId="77777777" w:rsidR="005D2B60" w:rsidRPr="00627C43" w:rsidRDefault="005D2B60" w:rsidP="005D2B60">
      <w:pPr>
        <w:pStyle w:val="ListParagraph"/>
        <w:numPr>
          <w:ilvl w:val="0"/>
          <w:numId w:val="16"/>
        </w:numPr>
        <w:spacing w:line="240" w:lineRule="auto"/>
        <w:rPr>
          <w:rFonts w:cs="Times New Roman"/>
          <w:szCs w:val="24"/>
          <w:lang w:val="sr-Latn-CS"/>
        </w:rPr>
      </w:pPr>
      <w:r w:rsidRPr="00627C43">
        <w:rPr>
          <w:rFonts w:cs="Times New Roman"/>
          <w:szCs w:val="24"/>
          <w:lang w:val="sr-Latn-CS"/>
        </w:rPr>
        <w:t>Količina goriva po komori (l)</w:t>
      </w:r>
    </w:p>
    <w:p w14:paraId="6A235578" w14:textId="21563702" w:rsidR="005D2B60" w:rsidRPr="00627C43" w:rsidRDefault="005D2B60" w:rsidP="005D2B60">
      <w:pPr>
        <w:pStyle w:val="ListParagraph"/>
        <w:numPr>
          <w:ilvl w:val="0"/>
          <w:numId w:val="16"/>
        </w:numPr>
        <w:spacing w:line="240" w:lineRule="auto"/>
        <w:rPr>
          <w:rFonts w:cs="Times New Roman"/>
          <w:szCs w:val="24"/>
          <w:lang w:val="sr-Latn-CS"/>
        </w:rPr>
      </w:pPr>
      <w:r w:rsidRPr="00627C43">
        <w:rPr>
          <w:rFonts w:cs="Times New Roman"/>
          <w:szCs w:val="24"/>
          <w:lang w:val="sr-Latn-CS"/>
        </w:rPr>
        <w:t>Ukupna količina goriva u cisterni (l)</w:t>
      </w:r>
    </w:p>
    <w:p w14:paraId="1AB66462" w14:textId="77777777" w:rsidR="005D2B60" w:rsidRPr="005306A3" w:rsidRDefault="005D2B60" w:rsidP="00627C43">
      <w:pPr>
        <w:pStyle w:val="ListParagraph"/>
        <w:spacing w:line="240" w:lineRule="auto"/>
        <w:rPr>
          <w:rFonts w:cs="Times New Roman"/>
          <w:szCs w:val="24"/>
          <w:lang w:val="sr-Latn-CS"/>
        </w:rPr>
      </w:pPr>
    </w:p>
    <w:p w14:paraId="37EA4A68" w14:textId="10BECA70" w:rsidR="00F5366B" w:rsidRDefault="00F5366B" w:rsidP="0005045A">
      <w:pPr>
        <w:jc w:val="both"/>
        <w:rPr>
          <w:lang w:val="en-GB"/>
        </w:rPr>
      </w:pPr>
      <w:r w:rsidRPr="0005045A">
        <w:rPr>
          <w:lang w:val="en-GB"/>
        </w:rPr>
        <w:t>Merenje</w:t>
      </w:r>
      <w:r w:rsidRPr="00154A7E">
        <w:rPr>
          <w:lang w:val="sr-Latn-CS"/>
        </w:rPr>
        <w:t xml:space="preserve"> </w:t>
      </w:r>
      <w:proofErr w:type="spellStart"/>
      <w:r w:rsidRPr="0005045A">
        <w:rPr>
          <w:lang w:val="en-GB"/>
        </w:rPr>
        <w:t>koli</w:t>
      </w:r>
      <w:proofErr w:type="spellEnd"/>
      <w:r w:rsidRPr="00154A7E">
        <w:rPr>
          <w:lang w:val="sr-Latn-CS"/>
        </w:rPr>
        <w:t>č</w:t>
      </w:r>
      <w:proofErr w:type="spellStart"/>
      <w:r w:rsidRPr="0005045A">
        <w:rPr>
          <w:lang w:val="en-GB"/>
        </w:rPr>
        <w:t>ine</w:t>
      </w:r>
      <w:proofErr w:type="spellEnd"/>
      <w:r w:rsidRPr="00154A7E">
        <w:rPr>
          <w:lang w:val="sr-Latn-CS"/>
        </w:rPr>
        <w:t xml:space="preserve"> </w:t>
      </w:r>
      <w:proofErr w:type="spellStart"/>
      <w:r w:rsidRPr="0005045A">
        <w:rPr>
          <w:lang w:val="en-GB"/>
        </w:rPr>
        <w:t>markera</w:t>
      </w:r>
      <w:proofErr w:type="spellEnd"/>
      <w:r w:rsidRPr="00154A7E">
        <w:rPr>
          <w:lang w:val="sr-Latn-CS"/>
        </w:rPr>
        <w:t xml:space="preserve"> </w:t>
      </w:r>
      <w:proofErr w:type="spellStart"/>
      <w:r w:rsidRPr="0005045A">
        <w:rPr>
          <w:lang w:val="en-GB"/>
        </w:rPr>
        <w:t>kao</w:t>
      </w:r>
      <w:proofErr w:type="spellEnd"/>
      <w:r w:rsidRPr="00154A7E">
        <w:rPr>
          <w:lang w:val="sr-Latn-CS"/>
        </w:rPr>
        <w:t xml:space="preserve"> </w:t>
      </w:r>
      <w:proofErr w:type="spellStart"/>
      <w:r w:rsidRPr="0005045A">
        <w:rPr>
          <w:lang w:val="en-GB"/>
        </w:rPr>
        <w:t>i</w:t>
      </w:r>
      <w:proofErr w:type="spellEnd"/>
      <w:r w:rsidRPr="00154A7E">
        <w:rPr>
          <w:lang w:val="sr-Latn-CS"/>
        </w:rPr>
        <w:t xml:space="preserve"> </w:t>
      </w:r>
      <w:proofErr w:type="spellStart"/>
      <w:r w:rsidRPr="0005045A">
        <w:rPr>
          <w:lang w:val="en-GB"/>
        </w:rPr>
        <w:t>dodavanje</w:t>
      </w:r>
      <w:proofErr w:type="spellEnd"/>
      <w:r w:rsidRPr="00154A7E">
        <w:rPr>
          <w:lang w:val="sr-Latn-CS"/>
        </w:rPr>
        <w:t xml:space="preserve"> </w:t>
      </w:r>
      <w:proofErr w:type="spellStart"/>
      <w:r w:rsidRPr="0005045A">
        <w:rPr>
          <w:lang w:val="en-GB"/>
        </w:rPr>
        <w:t>markera</w:t>
      </w:r>
      <w:proofErr w:type="spellEnd"/>
      <w:r w:rsidRPr="00154A7E">
        <w:rPr>
          <w:lang w:val="sr-Latn-CS"/>
        </w:rPr>
        <w:t xml:space="preserve"> </w:t>
      </w:r>
      <w:r w:rsidRPr="0005045A">
        <w:rPr>
          <w:lang w:val="en-GB"/>
        </w:rPr>
        <w:t>u</w:t>
      </w:r>
      <w:r w:rsidRPr="00154A7E">
        <w:rPr>
          <w:lang w:val="sr-Latn-CS"/>
        </w:rPr>
        <w:t xml:space="preserve"> </w:t>
      </w:r>
      <w:r w:rsidRPr="0005045A">
        <w:rPr>
          <w:lang w:val="en-GB"/>
        </w:rPr>
        <w:t>derivate</w:t>
      </w:r>
      <w:r w:rsidRPr="00154A7E">
        <w:rPr>
          <w:lang w:val="sr-Latn-CS"/>
        </w:rPr>
        <w:t xml:space="preserve"> </w:t>
      </w:r>
      <w:proofErr w:type="spellStart"/>
      <w:r w:rsidRPr="0005045A">
        <w:rPr>
          <w:lang w:val="en-GB"/>
        </w:rPr>
        <w:t>nafte</w:t>
      </w:r>
      <w:proofErr w:type="spellEnd"/>
      <w:r w:rsidRPr="00154A7E">
        <w:rPr>
          <w:lang w:val="sr-Latn-CS"/>
        </w:rPr>
        <w:t xml:space="preserve"> </w:t>
      </w:r>
      <w:proofErr w:type="spellStart"/>
      <w:r w:rsidRPr="0005045A">
        <w:rPr>
          <w:lang w:val="en-GB"/>
        </w:rPr>
        <w:t>vr</w:t>
      </w:r>
      <w:proofErr w:type="spellEnd"/>
      <w:r w:rsidRPr="00154A7E">
        <w:rPr>
          <w:lang w:val="sr-Latn-CS"/>
        </w:rPr>
        <w:t>š</w:t>
      </w:r>
      <w:r w:rsidRPr="0005045A">
        <w:rPr>
          <w:lang w:val="en-GB"/>
        </w:rPr>
        <w:t>e</w:t>
      </w:r>
      <w:r w:rsidRPr="00154A7E">
        <w:rPr>
          <w:lang w:val="sr-Latn-CS"/>
        </w:rPr>
        <w:t xml:space="preserve"> </w:t>
      </w:r>
      <w:proofErr w:type="spellStart"/>
      <w:r w:rsidRPr="0005045A">
        <w:rPr>
          <w:lang w:val="en-GB"/>
        </w:rPr>
        <w:t>predstavnici</w:t>
      </w:r>
      <w:proofErr w:type="spellEnd"/>
      <w:r w:rsidRPr="00154A7E">
        <w:rPr>
          <w:lang w:val="sr-Latn-CS"/>
        </w:rPr>
        <w:t xml:space="preserve"> </w:t>
      </w:r>
      <w:proofErr w:type="spellStart"/>
      <w:r w:rsidR="00304FFD">
        <w:rPr>
          <w:lang w:val="en-GB"/>
        </w:rPr>
        <w:t>Pružaoca</w:t>
      </w:r>
      <w:proofErr w:type="spellEnd"/>
      <w:r w:rsidR="00304FFD">
        <w:rPr>
          <w:lang w:val="en-GB"/>
        </w:rPr>
        <w:t xml:space="preserve"> </w:t>
      </w:r>
      <w:proofErr w:type="spellStart"/>
      <w:r w:rsidR="00304FFD">
        <w:rPr>
          <w:lang w:val="en-GB"/>
        </w:rPr>
        <w:t>usluge</w:t>
      </w:r>
      <w:proofErr w:type="spellEnd"/>
      <w:r w:rsidR="00304FFD">
        <w:rPr>
          <w:lang w:val="en-GB"/>
        </w:rPr>
        <w:t xml:space="preserve"> </w:t>
      </w:r>
      <w:proofErr w:type="spellStart"/>
      <w:r w:rsidR="00304FFD">
        <w:rPr>
          <w:lang w:val="en-GB"/>
        </w:rPr>
        <w:t>markiranja</w:t>
      </w:r>
      <w:proofErr w:type="spellEnd"/>
      <w:r w:rsidR="00304FFD" w:rsidRPr="00491C1A">
        <w:rPr>
          <w:lang w:val="sr-Latn-CS"/>
        </w:rPr>
        <w:t xml:space="preserve"> </w:t>
      </w:r>
      <w:r w:rsidRPr="0005045A">
        <w:rPr>
          <w:lang w:val="en-GB"/>
        </w:rPr>
        <w:t>a</w:t>
      </w:r>
      <w:r w:rsidRPr="00154A7E">
        <w:rPr>
          <w:lang w:val="sr-Latn-CS"/>
        </w:rPr>
        <w:t xml:space="preserve"> </w:t>
      </w:r>
      <w:proofErr w:type="spellStart"/>
      <w:r w:rsidRPr="0005045A">
        <w:rPr>
          <w:lang w:val="en-GB"/>
        </w:rPr>
        <w:t>verifikaciju</w:t>
      </w:r>
      <w:proofErr w:type="spellEnd"/>
      <w:r w:rsidRPr="00154A7E">
        <w:rPr>
          <w:lang w:val="sr-Latn-CS"/>
        </w:rPr>
        <w:t xml:space="preserve"> </w:t>
      </w:r>
      <w:proofErr w:type="spellStart"/>
      <w:r w:rsidRPr="0005045A">
        <w:rPr>
          <w:lang w:val="en-GB"/>
        </w:rPr>
        <w:t>dodavanja</w:t>
      </w:r>
      <w:proofErr w:type="spellEnd"/>
      <w:r w:rsidRPr="00154A7E">
        <w:rPr>
          <w:lang w:val="sr-Latn-CS"/>
        </w:rPr>
        <w:t xml:space="preserve"> </w:t>
      </w:r>
      <w:proofErr w:type="spellStart"/>
      <w:r w:rsidRPr="0005045A">
        <w:rPr>
          <w:lang w:val="en-GB"/>
        </w:rPr>
        <w:t>markera</w:t>
      </w:r>
      <w:proofErr w:type="spellEnd"/>
      <w:r w:rsidRPr="00154A7E">
        <w:rPr>
          <w:lang w:val="sr-Latn-CS"/>
        </w:rPr>
        <w:t xml:space="preserve"> </w:t>
      </w:r>
      <w:r w:rsidRPr="0005045A">
        <w:rPr>
          <w:lang w:val="en-GB"/>
        </w:rPr>
        <w:t>u</w:t>
      </w:r>
      <w:r w:rsidRPr="00154A7E">
        <w:rPr>
          <w:lang w:val="sr-Latn-CS"/>
        </w:rPr>
        <w:t xml:space="preserve"> </w:t>
      </w:r>
      <w:r w:rsidRPr="0005045A">
        <w:rPr>
          <w:lang w:val="en-GB"/>
        </w:rPr>
        <w:t>derivate</w:t>
      </w:r>
      <w:r w:rsidRPr="00154A7E">
        <w:rPr>
          <w:lang w:val="sr-Latn-CS"/>
        </w:rPr>
        <w:t xml:space="preserve"> </w:t>
      </w:r>
      <w:proofErr w:type="spellStart"/>
      <w:r w:rsidRPr="0005045A">
        <w:rPr>
          <w:lang w:val="en-GB"/>
        </w:rPr>
        <w:t>nafte</w:t>
      </w:r>
      <w:proofErr w:type="spellEnd"/>
      <w:r w:rsidRPr="00154A7E">
        <w:rPr>
          <w:lang w:val="sr-Latn-CS"/>
        </w:rPr>
        <w:t xml:space="preserve">, </w:t>
      </w:r>
      <w:proofErr w:type="spellStart"/>
      <w:r w:rsidRPr="0005045A">
        <w:rPr>
          <w:lang w:val="en-GB"/>
        </w:rPr>
        <w:t>vr</w:t>
      </w:r>
      <w:proofErr w:type="spellEnd"/>
      <w:r w:rsidRPr="00154A7E">
        <w:rPr>
          <w:lang w:val="sr-Latn-CS"/>
        </w:rPr>
        <w:t>š</w:t>
      </w:r>
      <w:r w:rsidRPr="0005045A">
        <w:rPr>
          <w:lang w:val="en-GB"/>
        </w:rPr>
        <w:t>e</w:t>
      </w:r>
      <w:r w:rsidRPr="00154A7E">
        <w:rPr>
          <w:lang w:val="sr-Latn-CS"/>
        </w:rPr>
        <w:t xml:space="preserve"> </w:t>
      </w:r>
      <w:proofErr w:type="spellStart"/>
      <w:r w:rsidR="006F0624">
        <w:rPr>
          <w:lang w:val="en-GB"/>
        </w:rPr>
        <w:t>vozači</w:t>
      </w:r>
      <w:proofErr w:type="spellEnd"/>
      <w:r w:rsidR="006F0624">
        <w:rPr>
          <w:lang w:val="en-GB"/>
        </w:rPr>
        <w:t xml:space="preserve"> auto </w:t>
      </w:r>
      <w:proofErr w:type="spellStart"/>
      <w:r w:rsidR="006F0624">
        <w:rPr>
          <w:lang w:val="en-GB"/>
        </w:rPr>
        <w:t>cisterne</w:t>
      </w:r>
      <w:proofErr w:type="spellEnd"/>
      <w:r w:rsidR="006F0624">
        <w:rPr>
          <w:lang w:val="en-GB"/>
        </w:rPr>
        <w:t xml:space="preserve">. </w:t>
      </w:r>
      <w:proofErr w:type="spellStart"/>
      <w:r w:rsidR="006F0624" w:rsidRPr="006F0624">
        <w:rPr>
          <w:lang w:val="en-GB"/>
        </w:rPr>
        <w:t>Potpis</w:t>
      </w:r>
      <w:proofErr w:type="spellEnd"/>
      <w:r w:rsidR="006F0624" w:rsidRPr="006F0624">
        <w:rPr>
          <w:lang w:val="en-GB"/>
        </w:rPr>
        <w:t xml:space="preserve"> </w:t>
      </w:r>
      <w:proofErr w:type="spellStart"/>
      <w:r w:rsidR="006F0624" w:rsidRPr="006F0624">
        <w:rPr>
          <w:lang w:val="en-GB"/>
        </w:rPr>
        <w:t>vozača</w:t>
      </w:r>
      <w:proofErr w:type="spellEnd"/>
      <w:r w:rsidR="006F0624" w:rsidRPr="006F0624">
        <w:rPr>
          <w:lang w:val="en-GB"/>
        </w:rPr>
        <w:t xml:space="preserve"> ne </w:t>
      </w:r>
      <w:proofErr w:type="spellStart"/>
      <w:r w:rsidR="006F0624" w:rsidRPr="006F0624">
        <w:rPr>
          <w:lang w:val="en-GB"/>
        </w:rPr>
        <w:t>predstavlja</w:t>
      </w:r>
      <w:proofErr w:type="spellEnd"/>
      <w:r w:rsidR="006F0624" w:rsidRPr="006F0624">
        <w:rPr>
          <w:lang w:val="en-GB"/>
        </w:rPr>
        <w:t xml:space="preserve"> </w:t>
      </w:r>
      <w:proofErr w:type="spellStart"/>
      <w:r w:rsidR="006F0624" w:rsidRPr="006F0624">
        <w:rPr>
          <w:lang w:val="en-GB"/>
        </w:rPr>
        <w:t>potvrdu</w:t>
      </w:r>
      <w:proofErr w:type="spellEnd"/>
      <w:r w:rsidR="006F0624" w:rsidRPr="006F0624">
        <w:rPr>
          <w:lang w:val="en-GB"/>
        </w:rPr>
        <w:t xml:space="preserve"> </w:t>
      </w:r>
      <w:proofErr w:type="spellStart"/>
      <w:r w:rsidR="006F0624" w:rsidRPr="006F0624">
        <w:rPr>
          <w:lang w:val="en-GB"/>
        </w:rPr>
        <w:t>dodate</w:t>
      </w:r>
      <w:proofErr w:type="spellEnd"/>
      <w:r w:rsidR="006F0624" w:rsidRPr="006F0624">
        <w:rPr>
          <w:lang w:val="en-GB"/>
        </w:rPr>
        <w:t xml:space="preserve"> </w:t>
      </w:r>
      <w:proofErr w:type="spellStart"/>
      <w:r w:rsidR="00494F62">
        <w:rPr>
          <w:lang w:val="en-GB"/>
        </w:rPr>
        <w:t>vrste</w:t>
      </w:r>
      <w:proofErr w:type="spellEnd"/>
      <w:r w:rsidR="00494F62">
        <w:rPr>
          <w:lang w:val="en-GB"/>
        </w:rPr>
        <w:t xml:space="preserve"> </w:t>
      </w:r>
      <w:proofErr w:type="spellStart"/>
      <w:r w:rsidR="00494F62">
        <w:rPr>
          <w:lang w:val="en-GB"/>
        </w:rPr>
        <w:t>ili</w:t>
      </w:r>
      <w:proofErr w:type="spellEnd"/>
      <w:r w:rsidR="00494F62">
        <w:rPr>
          <w:lang w:val="en-GB"/>
        </w:rPr>
        <w:t xml:space="preserve"> </w:t>
      </w:r>
      <w:proofErr w:type="spellStart"/>
      <w:r w:rsidR="006F0624" w:rsidRPr="006F0624">
        <w:rPr>
          <w:lang w:val="en-GB"/>
        </w:rPr>
        <w:t>količine</w:t>
      </w:r>
      <w:proofErr w:type="spellEnd"/>
      <w:r w:rsidR="006F0624" w:rsidRPr="006F0624">
        <w:rPr>
          <w:lang w:val="en-GB"/>
        </w:rPr>
        <w:t xml:space="preserve"> </w:t>
      </w:r>
      <w:proofErr w:type="spellStart"/>
      <w:r w:rsidR="006F0624" w:rsidRPr="006F0624">
        <w:rPr>
          <w:lang w:val="en-GB"/>
        </w:rPr>
        <w:t>markera</w:t>
      </w:r>
      <w:proofErr w:type="spellEnd"/>
      <w:r w:rsidR="006F0624" w:rsidRPr="006F0624">
        <w:rPr>
          <w:lang w:val="en-GB"/>
        </w:rPr>
        <w:t xml:space="preserve"> </w:t>
      </w:r>
      <w:proofErr w:type="spellStart"/>
      <w:r w:rsidR="006F0624" w:rsidRPr="006F0624">
        <w:rPr>
          <w:lang w:val="en-GB"/>
        </w:rPr>
        <w:t>niti</w:t>
      </w:r>
      <w:proofErr w:type="spellEnd"/>
      <w:r w:rsidR="006F0624" w:rsidRPr="006F0624">
        <w:rPr>
          <w:lang w:val="en-GB"/>
        </w:rPr>
        <w:t xml:space="preserve"> </w:t>
      </w:r>
      <w:proofErr w:type="spellStart"/>
      <w:r w:rsidR="006F0624" w:rsidRPr="006F0624">
        <w:rPr>
          <w:lang w:val="en-GB"/>
        </w:rPr>
        <w:t>njegove</w:t>
      </w:r>
      <w:proofErr w:type="spellEnd"/>
      <w:r w:rsidR="006F0624" w:rsidRPr="006F0624">
        <w:rPr>
          <w:lang w:val="en-GB"/>
        </w:rPr>
        <w:t xml:space="preserve"> </w:t>
      </w:r>
      <w:proofErr w:type="spellStart"/>
      <w:r w:rsidR="006F0624" w:rsidRPr="006F0624">
        <w:rPr>
          <w:lang w:val="en-GB"/>
        </w:rPr>
        <w:t>koncentracije</w:t>
      </w:r>
      <w:proofErr w:type="spellEnd"/>
      <w:r w:rsidR="006F0624" w:rsidRPr="006F0624">
        <w:rPr>
          <w:lang w:val="en-GB"/>
        </w:rPr>
        <w:t xml:space="preserve"> u </w:t>
      </w:r>
      <w:proofErr w:type="spellStart"/>
      <w:r w:rsidR="006F0624" w:rsidRPr="006F0624">
        <w:rPr>
          <w:lang w:val="en-GB"/>
        </w:rPr>
        <w:t>gorivu</w:t>
      </w:r>
      <w:proofErr w:type="spellEnd"/>
      <w:r w:rsidR="006F0624" w:rsidRPr="006F0624">
        <w:rPr>
          <w:lang w:val="en-GB"/>
        </w:rPr>
        <w:t xml:space="preserve">, </w:t>
      </w:r>
      <w:proofErr w:type="spellStart"/>
      <w:r w:rsidR="006F0624" w:rsidRPr="006F0624">
        <w:rPr>
          <w:lang w:val="en-GB"/>
        </w:rPr>
        <w:t>već</w:t>
      </w:r>
      <w:proofErr w:type="spellEnd"/>
      <w:r w:rsidR="006F0624" w:rsidRPr="006F0624">
        <w:rPr>
          <w:lang w:val="en-GB"/>
        </w:rPr>
        <w:t xml:space="preserve"> </w:t>
      </w:r>
      <w:proofErr w:type="spellStart"/>
      <w:r w:rsidR="006F0624" w:rsidRPr="006F0624">
        <w:rPr>
          <w:lang w:val="en-GB"/>
        </w:rPr>
        <w:t>isključivo</w:t>
      </w:r>
      <w:proofErr w:type="spellEnd"/>
      <w:r w:rsidR="006F0624" w:rsidRPr="006F0624">
        <w:rPr>
          <w:lang w:val="en-GB"/>
        </w:rPr>
        <w:t xml:space="preserve"> </w:t>
      </w:r>
      <w:proofErr w:type="spellStart"/>
      <w:r w:rsidR="006F0624" w:rsidRPr="006F0624">
        <w:rPr>
          <w:lang w:val="en-GB"/>
        </w:rPr>
        <w:t>potvrdu</w:t>
      </w:r>
      <w:proofErr w:type="spellEnd"/>
      <w:r w:rsidR="006F0624" w:rsidRPr="006F0624">
        <w:rPr>
          <w:lang w:val="en-GB"/>
        </w:rPr>
        <w:t xml:space="preserve"> da je </w:t>
      </w:r>
      <w:proofErr w:type="spellStart"/>
      <w:r w:rsidR="006F0624" w:rsidRPr="006F0624">
        <w:rPr>
          <w:lang w:val="en-GB"/>
        </w:rPr>
        <w:t>usluga</w:t>
      </w:r>
      <w:proofErr w:type="spellEnd"/>
      <w:r w:rsidR="006F0624" w:rsidRPr="006F0624">
        <w:rPr>
          <w:lang w:val="en-GB"/>
        </w:rPr>
        <w:t xml:space="preserve"> </w:t>
      </w:r>
      <w:proofErr w:type="spellStart"/>
      <w:r w:rsidR="006F0624" w:rsidRPr="006F0624">
        <w:rPr>
          <w:lang w:val="en-GB"/>
        </w:rPr>
        <w:t>markiranja</w:t>
      </w:r>
      <w:proofErr w:type="spellEnd"/>
      <w:r w:rsidR="006F0624" w:rsidRPr="006F0624">
        <w:rPr>
          <w:lang w:val="en-GB"/>
        </w:rPr>
        <w:t xml:space="preserve"> </w:t>
      </w:r>
      <w:proofErr w:type="spellStart"/>
      <w:r w:rsidR="006F0624" w:rsidRPr="006F0624">
        <w:rPr>
          <w:lang w:val="en-GB"/>
        </w:rPr>
        <w:t>izvršena</w:t>
      </w:r>
      <w:proofErr w:type="spellEnd"/>
      <w:r w:rsidR="006F0624" w:rsidRPr="006F0624">
        <w:rPr>
          <w:lang w:val="en-GB"/>
        </w:rPr>
        <w:t xml:space="preserve"> u </w:t>
      </w:r>
      <w:proofErr w:type="spellStart"/>
      <w:r w:rsidR="006F0624" w:rsidRPr="006F0624">
        <w:rPr>
          <w:lang w:val="en-GB"/>
        </w:rPr>
        <w:t>njegovom</w:t>
      </w:r>
      <w:proofErr w:type="spellEnd"/>
      <w:r w:rsidR="006F0624" w:rsidRPr="006F0624">
        <w:rPr>
          <w:lang w:val="en-GB"/>
        </w:rPr>
        <w:t xml:space="preserve"> </w:t>
      </w:r>
      <w:proofErr w:type="spellStart"/>
      <w:r w:rsidR="006F0624" w:rsidRPr="006F0624">
        <w:rPr>
          <w:lang w:val="en-GB"/>
        </w:rPr>
        <w:t>prisustvu</w:t>
      </w:r>
      <w:proofErr w:type="spellEnd"/>
      <w:r w:rsidR="006F0624" w:rsidRPr="006F0624">
        <w:rPr>
          <w:lang w:val="en-GB"/>
        </w:rPr>
        <w:t>.</w:t>
      </w:r>
    </w:p>
    <w:p w14:paraId="29628904" w14:textId="72165F0E" w:rsidR="00494F62" w:rsidRPr="00627C43" w:rsidRDefault="00494F62" w:rsidP="0005045A">
      <w:pPr>
        <w:jc w:val="both"/>
        <w:rPr>
          <w:lang w:val="sr-Latn-ME"/>
        </w:rPr>
      </w:pPr>
      <w:r>
        <w:rPr>
          <w:lang w:val="en-GB"/>
        </w:rPr>
        <w:t xml:space="preserve">Na </w:t>
      </w:r>
      <w:proofErr w:type="spellStart"/>
      <w:r>
        <w:rPr>
          <w:lang w:val="en-GB"/>
        </w:rPr>
        <w:t>osnovu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koli</w:t>
      </w:r>
      <w:proofErr w:type="spellEnd"/>
      <w:r>
        <w:rPr>
          <w:lang w:val="sr-Latn-ME"/>
        </w:rPr>
        <w:t>čine markera za svaku komoru autocisterne, informacioni sistem izračunava potrebnu količinu markera shodno poglavlju 10.1 ovog Uputstva. Nakon toga se potrebne količine markera razmjeravaju u odgovarajuće boce.</w:t>
      </w:r>
    </w:p>
    <w:p w14:paraId="0DCEE5CD" w14:textId="77777777" w:rsidR="00F5366B" w:rsidRPr="00154A7E" w:rsidRDefault="00F5366B" w:rsidP="0005045A">
      <w:pPr>
        <w:jc w:val="both"/>
        <w:rPr>
          <w:lang w:val="sr-Latn-CS"/>
        </w:rPr>
      </w:pPr>
      <w:proofErr w:type="spellStart"/>
      <w:r w:rsidRPr="0005045A">
        <w:rPr>
          <w:lang w:val="en-GB"/>
        </w:rPr>
        <w:t>Prilikom</w:t>
      </w:r>
      <w:proofErr w:type="spellEnd"/>
      <w:r w:rsidRPr="00154A7E">
        <w:rPr>
          <w:lang w:val="sr-Latn-CS"/>
        </w:rPr>
        <w:t xml:space="preserve"> </w:t>
      </w:r>
      <w:proofErr w:type="spellStart"/>
      <w:r w:rsidRPr="0005045A">
        <w:rPr>
          <w:lang w:val="en-GB"/>
        </w:rPr>
        <w:t>markiranja</w:t>
      </w:r>
      <w:proofErr w:type="spellEnd"/>
      <w:r w:rsidRPr="00154A7E">
        <w:rPr>
          <w:lang w:val="sr-Latn-CS"/>
        </w:rPr>
        <w:t xml:space="preserve">, </w:t>
      </w:r>
      <w:proofErr w:type="spellStart"/>
      <w:r w:rsidRPr="0005045A">
        <w:rPr>
          <w:lang w:val="en-GB"/>
        </w:rPr>
        <w:t>treba</w:t>
      </w:r>
      <w:proofErr w:type="spellEnd"/>
      <w:r w:rsidRPr="00154A7E">
        <w:rPr>
          <w:lang w:val="sr-Latn-CS"/>
        </w:rPr>
        <w:t xml:space="preserve"> </w:t>
      </w:r>
      <w:proofErr w:type="spellStart"/>
      <w:r w:rsidRPr="0005045A">
        <w:rPr>
          <w:lang w:val="en-GB"/>
        </w:rPr>
        <w:t>ispratiti</w:t>
      </w:r>
      <w:proofErr w:type="spellEnd"/>
      <w:r w:rsidRPr="00154A7E">
        <w:rPr>
          <w:lang w:val="sr-Latn-CS"/>
        </w:rPr>
        <w:t xml:space="preserve"> </w:t>
      </w:r>
      <w:proofErr w:type="spellStart"/>
      <w:r w:rsidRPr="0005045A">
        <w:rPr>
          <w:lang w:val="en-GB"/>
        </w:rPr>
        <w:t>slede</w:t>
      </w:r>
      <w:proofErr w:type="spellEnd"/>
      <w:r w:rsidRPr="00154A7E">
        <w:rPr>
          <w:lang w:val="sr-Latn-CS"/>
        </w:rPr>
        <w:t>ć</w:t>
      </w:r>
      <w:r w:rsidRPr="0005045A">
        <w:rPr>
          <w:lang w:val="en-GB"/>
        </w:rPr>
        <w:t>u</w:t>
      </w:r>
      <w:r w:rsidRPr="00154A7E">
        <w:rPr>
          <w:lang w:val="sr-Latn-CS"/>
        </w:rPr>
        <w:t xml:space="preserve"> </w:t>
      </w:r>
      <w:proofErr w:type="spellStart"/>
      <w:r w:rsidRPr="0005045A">
        <w:rPr>
          <w:lang w:val="en-GB"/>
        </w:rPr>
        <w:t>proceduru</w:t>
      </w:r>
      <w:proofErr w:type="spellEnd"/>
      <w:r w:rsidRPr="00154A7E">
        <w:rPr>
          <w:lang w:val="sr-Latn-CS"/>
        </w:rPr>
        <w:t xml:space="preserve"> </w:t>
      </w:r>
      <w:r w:rsidRPr="0005045A">
        <w:rPr>
          <w:lang w:val="en-GB"/>
        </w:rPr>
        <w:t>za</w:t>
      </w:r>
      <w:r w:rsidRPr="00154A7E">
        <w:rPr>
          <w:lang w:val="sr-Latn-CS"/>
        </w:rPr>
        <w:t xml:space="preserve"> </w:t>
      </w:r>
      <w:proofErr w:type="spellStart"/>
      <w:r w:rsidRPr="0005045A">
        <w:rPr>
          <w:lang w:val="en-GB"/>
        </w:rPr>
        <w:t>odre</w:t>
      </w:r>
      <w:proofErr w:type="spellEnd"/>
      <w:r w:rsidRPr="00154A7E">
        <w:rPr>
          <w:lang w:val="sr-Latn-CS"/>
        </w:rPr>
        <w:t>đ</w:t>
      </w:r>
      <w:proofErr w:type="spellStart"/>
      <w:r w:rsidRPr="0005045A">
        <w:rPr>
          <w:lang w:val="en-GB"/>
        </w:rPr>
        <w:t>ivanje</w:t>
      </w:r>
      <w:proofErr w:type="spellEnd"/>
      <w:r w:rsidRPr="00154A7E">
        <w:rPr>
          <w:lang w:val="sr-Latn-CS"/>
        </w:rPr>
        <w:t xml:space="preserve"> </w:t>
      </w:r>
      <w:r w:rsidRPr="0005045A">
        <w:rPr>
          <w:lang w:val="en-GB"/>
        </w:rPr>
        <w:t>ta</w:t>
      </w:r>
      <w:r w:rsidRPr="00154A7E">
        <w:rPr>
          <w:lang w:val="sr-Latn-CS"/>
        </w:rPr>
        <w:t>č</w:t>
      </w:r>
      <w:r w:rsidRPr="0005045A">
        <w:rPr>
          <w:lang w:val="en-GB"/>
        </w:rPr>
        <w:t>ne</w:t>
      </w:r>
      <w:r w:rsidRPr="00154A7E">
        <w:rPr>
          <w:lang w:val="sr-Latn-CS"/>
        </w:rPr>
        <w:t xml:space="preserve"> </w:t>
      </w:r>
      <w:proofErr w:type="spellStart"/>
      <w:r w:rsidRPr="0005045A">
        <w:rPr>
          <w:lang w:val="en-GB"/>
        </w:rPr>
        <w:t>koli</w:t>
      </w:r>
      <w:proofErr w:type="spellEnd"/>
      <w:r w:rsidRPr="00154A7E">
        <w:rPr>
          <w:lang w:val="sr-Latn-CS"/>
        </w:rPr>
        <w:t>č</w:t>
      </w:r>
      <w:proofErr w:type="spellStart"/>
      <w:r w:rsidRPr="0005045A">
        <w:rPr>
          <w:lang w:val="en-GB"/>
        </w:rPr>
        <w:t>ine</w:t>
      </w:r>
      <w:proofErr w:type="spellEnd"/>
      <w:r w:rsidRPr="00154A7E">
        <w:rPr>
          <w:lang w:val="sr-Latn-CS"/>
        </w:rPr>
        <w:t xml:space="preserve"> </w:t>
      </w:r>
      <w:proofErr w:type="spellStart"/>
      <w:r w:rsidRPr="0005045A">
        <w:rPr>
          <w:lang w:val="en-GB"/>
        </w:rPr>
        <w:t>markera</w:t>
      </w:r>
      <w:proofErr w:type="spellEnd"/>
      <w:r w:rsidRPr="00154A7E">
        <w:rPr>
          <w:lang w:val="sr-Latn-CS"/>
        </w:rPr>
        <w:t xml:space="preserve"> </w:t>
      </w:r>
      <w:r w:rsidRPr="0005045A">
        <w:rPr>
          <w:lang w:val="en-GB"/>
        </w:rPr>
        <w:t>za</w:t>
      </w:r>
      <w:r w:rsidRPr="00154A7E">
        <w:rPr>
          <w:lang w:val="sr-Latn-CS"/>
        </w:rPr>
        <w:t xml:space="preserve"> </w:t>
      </w:r>
      <w:proofErr w:type="spellStart"/>
      <w:r w:rsidRPr="0005045A">
        <w:rPr>
          <w:lang w:val="en-GB"/>
        </w:rPr>
        <w:t>sipanje</w:t>
      </w:r>
      <w:proofErr w:type="spellEnd"/>
      <w:r w:rsidRPr="00154A7E">
        <w:rPr>
          <w:lang w:val="sr-Latn-CS"/>
        </w:rPr>
        <w:t xml:space="preserve"> </w:t>
      </w:r>
      <w:r w:rsidRPr="0005045A">
        <w:rPr>
          <w:lang w:val="en-GB"/>
        </w:rPr>
        <w:t>u</w:t>
      </w:r>
      <w:r w:rsidRPr="00154A7E">
        <w:rPr>
          <w:lang w:val="sr-Latn-CS"/>
        </w:rPr>
        <w:t xml:space="preserve"> </w:t>
      </w:r>
      <w:proofErr w:type="spellStart"/>
      <w:r w:rsidRPr="0005045A">
        <w:rPr>
          <w:lang w:val="en-GB"/>
        </w:rPr>
        <w:t>boce</w:t>
      </w:r>
      <w:proofErr w:type="spellEnd"/>
      <w:r w:rsidRPr="00154A7E">
        <w:rPr>
          <w:lang w:val="sr-Latn-CS"/>
        </w:rPr>
        <w:t>:</w:t>
      </w:r>
    </w:p>
    <w:p w14:paraId="332F4A73" w14:textId="4FE42F02" w:rsidR="00F5366B" w:rsidRPr="00627C43" w:rsidRDefault="00F5366B" w:rsidP="007145F1">
      <w:pPr>
        <w:pStyle w:val="ListParagraph"/>
        <w:numPr>
          <w:ilvl w:val="0"/>
          <w:numId w:val="16"/>
        </w:numPr>
        <w:spacing w:line="240" w:lineRule="auto"/>
        <w:jc w:val="both"/>
        <w:rPr>
          <w:lang w:val="sr-Latn-CS"/>
        </w:rPr>
      </w:pPr>
      <w:r w:rsidRPr="00B74E0D">
        <w:rPr>
          <w:rFonts w:cs="Arial"/>
          <w:szCs w:val="24"/>
          <w:lang w:val="sr-Latn-CS"/>
        </w:rPr>
        <w:t xml:space="preserve">Staviti praznu bocu bez poklopca na </w:t>
      </w:r>
      <w:proofErr w:type="spellStart"/>
      <w:r w:rsidR="002A30F0">
        <w:rPr>
          <w:lang w:val="en-GB"/>
        </w:rPr>
        <w:t>kalibrisanu</w:t>
      </w:r>
      <w:proofErr w:type="spellEnd"/>
      <w:r w:rsidR="002A30F0">
        <w:rPr>
          <w:lang w:val="en-GB"/>
        </w:rPr>
        <w:t xml:space="preserve"> </w:t>
      </w:r>
      <w:proofErr w:type="spellStart"/>
      <w:r w:rsidR="002A30F0" w:rsidRPr="00712DB1">
        <w:rPr>
          <w:lang w:val="en-GB"/>
        </w:rPr>
        <w:t>elektronsk</w:t>
      </w:r>
      <w:r w:rsidR="002A30F0">
        <w:rPr>
          <w:lang w:val="en-GB"/>
        </w:rPr>
        <w:t>u</w:t>
      </w:r>
      <w:proofErr w:type="spellEnd"/>
      <w:r w:rsidR="002A30F0" w:rsidRPr="00712DB1">
        <w:rPr>
          <w:lang w:val="en-GB"/>
        </w:rPr>
        <w:t xml:space="preserve"> </w:t>
      </w:r>
      <w:proofErr w:type="spellStart"/>
      <w:r w:rsidR="002A30F0" w:rsidRPr="00712DB1">
        <w:rPr>
          <w:lang w:val="en-GB"/>
        </w:rPr>
        <w:t>vag</w:t>
      </w:r>
      <w:r w:rsidR="002A30F0">
        <w:rPr>
          <w:lang w:val="en-GB"/>
        </w:rPr>
        <w:t>u</w:t>
      </w:r>
      <w:proofErr w:type="spellEnd"/>
      <w:r w:rsidR="002A30F0" w:rsidRPr="00712DB1">
        <w:rPr>
          <w:lang w:val="en-GB"/>
        </w:rPr>
        <w:t xml:space="preserve"> </w:t>
      </w:r>
      <w:proofErr w:type="spellStart"/>
      <w:r w:rsidR="002A30F0">
        <w:rPr>
          <w:lang w:val="en-GB"/>
        </w:rPr>
        <w:t>sa</w:t>
      </w:r>
      <w:proofErr w:type="spellEnd"/>
      <w:r w:rsidR="002A30F0">
        <w:rPr>
          <w:lang w:val="en-GB"/>
        </w:rPr>
        <w:t xml:space="preserve"> </w:t>
      </w:r>
      <w:proofErr w:type="spellStart"/>
      <w:r w:rsidR="002A30F0">
        <w:rPr>
          <w:lang w:val="en-GB"/>
        </w:rPr>
        <w:t>rezolucijom</w:t>
      </w:r>
      <w:proofErr w:type="spellEnd"/>
      <w:r w:rsidR="002A30F0">
        <w:rPr>
          <w:lang w:val="en-GB"/>
        </w:rPr>
        <w:t xml:space="preserve"> </w:t>
      </w:r>
      <w:proofErr w:type="spellStart"/>
      <w:r w:rsidR="002A30F0" w:rsidRPr="00712DB1">
        <w:rPr>
          <w:lang w:val="en-GB"/>
        </w:rPr>
        <w:t>očitavanj</w:t>
      </w:r>
      <w:r w:rsidR="002A30F0">
        <w:rPr>
          <w:lang w:val="en-GB"/>
        </w:rPr>
        <w:t>a</w:t>
      </w:r>
      <w:proofErr w:type="spellEnd"/>
      <w:r w:rsidR="002A30F0">
        <w:rPr>
          <w:lang w:val="en-GB"/>
        </w:rPr>
        <w:t xml:space="preserve"> od</w:t>
      </w:r>
      <w:r w:rsidR="002A30F0" w:rsidRPr="00712DB1">
        <w:rPr>
          <w:lang w:val="en-GB"/>
        </w:rPr>
        <w:t xml:space="preserve"> </w:t>
      </w:r>
      <w:r w:rsidR="00B74E0D" w:rsidRPr="00627C43">
        <w:rPr>
          <w:lang w:val="sr-Latn-CS"/>
        </w:rPr>
        <w:t>0.</w:t>
      </w:r>
      <w:r w:rsidR="00B6382E" w:rsidRPr="00627C43">
        <w:rPr>
          <w:lang w:val="sr-Latn-CS"/>
        </w:rPr>
        <w:t xml:space="preserve">1 </w:t>
      </w:r>
      <w:r w:rsidR="00B6382E" w:rsidRPr="00B74E0D">
        <w:rPr>
          <w:lang w:val="fr-FR"/>
        </w:rPr>
        <w:t>g</w:t>
      </w:r>
    </w:p>
    <w:p w14:paraId="3847E94E" w14:textId="77777777" w:rsidR="00F5366B" w:rsidRDefault="00F5366B" w:rsidP="009B5590">
      <w:pPr>
        <w:pStyle w:val="ListParagraph"/>
        <w:numPr>
          <w:ilvl w:val="0"/>
          <w:numId w:val="16"/>
        </w:numPr>
        <w:spacing w:line="240" w:lineRule="auto"/>
        <w:rPr>
          <w:rFonts w:cs="Arial"/>
          <w:szCs w:val="24"/>
          <w:lang w:val="sr-Latn-CS"/>
        </w:rPr>
      </w:pPr>
      <w:r w:rsidRPr="009B5590">
        <w:rPr>
          <w:rFonts w:cs="Arial"/>
          <w:szCs w:val="24"/>
          <w:lang w:val="sr-Latn-CS"/>
        </w:rPr>
        <w:t>Tarirati vagu</w:t>
      </w:r>
    </w:p>
    <w:p w14:paraId="38FC8870" w14:textId="25189976" w:rsidR="00E17DC3" w:rsidRPr="00627C43" w:rsidRDefault="008D6F30" w:rsidP="00627C43">
      <w:pPr>
        <w:pStyle w:val="ListParagraph"/>
        <w:numPr>
          <w:ilvl w:val="0"/>
          <w:numId w:val="16"/>
        </w:numPr>
        <w:spacing w:line="240" w:lineRule="auto"/>
        <w:jc w:val="both"/>
        <w:rPr>
          <w:lang w:val="sr-Latn-CS"/>
        </w:rPr>
      </w:pPr>
      <w:r w:rsidRPr="00E17DC3">
        <w:rPr>
          <w:rFonts w:cs="Arial"/>
          <w:szCs w:val="24"/>
          <w:lang w:val="sr-Latn-CS"/>
        </w:rPr>
        <w:t xml:space="preserve">Pomoću pumpe </w:t>
      </w:r>
      <w:r w:rsidR="000C27A2" w:rsidRPr="00E17DC3">
        <w:rPr>
          <w:rFonts w:cs="Arial"/>
          <w:szCs w:val="24"/>
          <w:lang w:val="sr-Latn-CS"/>
        </w:rPr>
        <w:t xml:space="preserve">za istakanje, </w:t>
      </w:r>
      <w:r w:rsidRPr="00E17DC3">
        <w:rPr>
          <w:rFonts w:cs="Arial"/>
          <w:szCs w:val="24"/>
          <w:lang w:val="sr-Latn-CS"/>
        </w:rPr>
        <w:t>pre</w:t>
      </w:r>
      <w:r w:rsidR="00982BE1" w:rsidRPr="00E17DC3">
        <w:rPr>
          <w:rFonts w:cs="Arial"/>
          <w:szCs w:val="24"/>
          <w:lang w:val="sr-Latn-CS"/>
        </w:rPr>
        <w:t>točiti</w:t>
      </w:r>
      <w:r w:rsidRPr="00E17DC3">
        <w:rPr>
          <w:rFonts w:cs="Arial"/>
          <w:szCs w:val="24"/>
          <w:lang w:val="sr-Latn-CS"/>
        </w:rPr>
        <w:t xml:space="preserve"> </w:t>
      </w:r>
      <w:r w:rsidR="000C27A2" w:rsidRPr="00E17DC3">
        <w:rPr>
          <w:rFonts w:cs="Arial"/>
          <w:szCs w:val="24"/>
          <w:lang w:val="sr-Latn-CS"/>
        </w:rPr>
        <w:t>pribli</w:t>
      </w:r>
      <w:r w:rsidR="000C27A2" w:rsidRPr="00E17DC3">
        <w:rPr>
          <w:rFonts w:cs="Arial"/>
          <w:szCs w:val="24"/>
          <w:lang w:val="sr-Latn-ME"/>
        </w:rPr>
        <w:t xml:space="preserve">žno </w:t>
      </w:r>
      <w:r w:rsidRPr="00E17DC3">
        <w:rPr>
          <w:rFonts w:cs="Arial"/>
          <w:szCs w:val="24"/>
          <w:lang w:val="sr-Latn-CS"/>
        </w:rPr>
        <w:t>potrebnu količinu markera iz kanistera u</w:t>
      </w:r>
      <w:r w:rsidR="003326E6" w:rsidRPr="00E17DC3">
        <w:rPr>
          <w:rFonts w:cs="Arial"/>
          <w:szCs w:val="24"/>
          <w:lang w:val="sr-Latn-CS"/>
        </w:rPr>
        <w:t xml:space="preserve"> praznu bocu</w:t>
      </w:r>
    </w:p>
    <w:p w14:paraId="17F1C0E7" w14:textId="3BC40821" w:rsidR="00E17DC3" w:rsidRDefault="008A7C1F" w:rsidP="009B5590">
      <w:pPr>
        <w:pStyle w:val="ListParagraph"/>
        <w:numPr>
          <w:ilvl w:val="0"/>
          <w:numId w:val="16"/>
        </w:numPr>
        <w:spacing w:line="240" w:lineRule="auto"/>
        <w:rPr>
          <w:rFonts w:cs="Arial"/>
          <w:szCs w:val="24"/>
          <w:lang w:val="sr-Latn-CS"/>
        </w:rPr>
      </w:pPr>
      <w:r>
        <w:rPr>
          <w:rFonts w:cs="Arial"/>
          <w:szCs w:val="24"/>
          <w:lang w:val="sr-Latn-CS"/>
        </w:rPr>
        <w:t>Pipetom dodati ili oduzeti potrebnu količinu markera do cilj</w:t>
      </w:r>
      <w:r w:rsidR="00423E9E">
        <w:rPr>
          <w:rFonts w:cs="Arial"/>
          <w:szCs w:val="24"/>
          <w:lang w:val="sr-Latn-CS"/>
        </w:rPr>
        <w:t>ane mase markera</w:t>
      </w:r>
    </w:p>
    <w:p w14:paraId="5CA7B4A9" w14:textId="2EACFD80" w:rsidR="00494F62" w:rsidRDefault="00494F62" w:rsidP="009B5590">
      <w:pPr>
        <w:pStyle w:val="ListParagraph"/>
        <w:numPr>
          <w:ilvl w:val="0"/>
          <w:numId w:val="16"/>
        </w:numPr>
        <w:spacing w:line="240" w:lineRule="auto"/>
        <w:rPr>
          <w:rFonts w:cs="Arial"/>
          <w:szCs w:val="24"/>
          <w:lang w:val="sr-Latn-CS"/>
        </w:rPr>
      </w:pPr>
      <w:r>
        <w:rPr>
          <w:rFonts w:cs="Arial"/>
          <w:szCs w:val="24"/>
          <w:lang w:val="sr-Latn-CS"/>
        </w:rPr>
        <w:t>Zatvoriti bocu poklopcem i staviti je u numerisani prenosivi stalak za boce. Broj označen na poziciji prenosivog stalka odgovara broju komore auto-cisterne. Na primjer, komora broj 1 na auto-cisterni odgovara poziciji broj 1 na prenosivom stalku.</w:t>
      </w:r>
    </w:p>
    <w:p w14:paraId="7A4052E7" w14:textId="59661C81" w:rsidR="00494F62" w:rsidRPr="00491C1A" w:rsidRDefault="00494F62" w:rsidP="00494F62">
      <w:pPr>
        <w:jc w:val="both"/>
        <w:rPr>
          <w:lang w:val="sr-Latn-CS"/>
        </w:rPr>
      </w:pPr>
      <w:proofErr w:type="spellStart"/>
      <w:r w:rsidRPr="43DD536D">
        <w:rPr>
          <w:lang w:val="en-GB"/>
        </w:rPr>
        <w:t>Ponoviti</w:t>
      </w:r>
      <w:proofErr w:type="spellEnd"/>
      <w:r w:rsidRPr="00491C1A">
        <w:rPr>
          <w:lang w:val="sr-Latn-CS"/>
        </w:rPr>
        <w:t xml:space="preserve"> </w:t>
      </w:r>
      <w:proofErr w:type="spellStart"/>
      <w:r w:rsidRPr="43DD536D">
        <w:rPr>
          <w:lang w:val="en-GB"/>
        </w:rPr>
        <w:t>proceduru</w:t>
      </w:r>
      <w:proofErr w:type="spellEnd"/>
      <w:r w:rsidRPr="00491C1A">
        <w:rPr>
          <w:lang w:val="sr-Latn-CS"/>
        </w:rPr>
        <w:t xml:space="preserve"> </w:t>
      </w:r>
      <w:proofErr w:type="spellStart"/>
      <w:r w:rsidRPr="43DD536D">
        <w:rPr>
          <w:lang w:val="en-GB"/>
        </w:rPr>
        <w:t>sve</w:t>
      </w:r>
      <w:proofErr w:type="spellEnd"/>
      <w:r w:rsidRPr="00491C1A">
        <w:rPr>
          <w:lang w:val="sr-Latn-CS"/>
        </w:rPr>
        <w:t xml:space="preserve"> </w:t>
      </w:r>
      <w:proofErr w:type="spellStart"/>
      <w:r w:rsidRPr="43DD536D">
        <w:rPr>
          <w:lang w:val="en-GB"/>
        </w:rPr>
        <w:t>dok</w:t>
      </w:r>
      <w:proofErr w:type="spellEnd"/>
      <w:r w:rsidRPr="00491C1A">
        <w:rPr>
          <w:lang w:val="sr-Latn-CS"/>
        </w:rPr>
        <w:t xml:space="preserve"> </w:t>
      </w:r>
      <w:r w:rsidRPr="43DD536D">
        <w:rPr>
          <w:lang w:val="en-GB"/>
        </w:rPr>
        <w:t>se</w:t>
      </w:r>
      <w:r w:rsidRPr="00491C1A">
        <w:rPr>
          <w:lang w:val="sr-Latn-CS"/>
        </w:rPr>
        <w:t xml:space="preserve"> </w:t>
      </w:r>
      <w:r w:rsidRPr="43DD536D">
        <w:rPr>
          <w:lang w:val="en-GB"/>
        </w:rPr>
        <w:t>za</w:t>
      </w:r>
      <w:r w:rsidRPr="00491C1A">
        <w:rPr>
          <w:lang w:val="sr-Latn-CS"/>
        </w:rPr>
        <w:t xml:space="preserve"> </w:t>
      </w:r>
      <w:proofErr w:type="spellStart"/>
      <w:r w:rsidRPr="43DD536D">
        <w:rPr>
          <w:lang w:val="en-GB"/>
        </w:rPr>
        <w:t>svaku</w:t>
      </w:r>
      <w:proofErr w:type="spellEnd"/>
      <w:r w:rsidRPr="00491C1A">
        <w:rPr>
          <w:lang w:val="sr-Latn-CS"/>
        </w:rPr>
        <w:t xml:space="preserve"> </w:t>
      </w:r>
      <w:proofErr w:type="spellStart"/>
      <w:r w:rsidRPr="43DD536D">
        <w:rPr>
          <w:lang w:val="en-GB"/>
        </w:rPr>
        <w:t>komoru</w:t>
      </w:r>
      <w:proofErr w:type="spellEnd"/>
      <w:r w:rsidRPr="00491C1A">
        <w:rPr>
          <w:lang w:val="sr-Latn-CS"/>
        </w:rPr>
        <w:t xml:space="preserve"> </w:t>
      </w:r>
      <w:proofErr w:type="spellStart"/>
      <w:r w:rsidRPr="43DD536D">
        <w:rPr>
          <w:lang w:val="en-GB"/>
        </w:rPr>
        <w:t>autocisterne</w:t>
      </w:r>
      <w:proofErr w:type="spellEnd"/>
      <w:r w:rsidRPr="00491C1A">
        <w:rPr>
          <w:lang w:val="sr-Latn-CS"/>
        </w:rPr>
        <w:t xml:space="preserve"> </w:t>
      </w:r>
      <w:r>
        <w:rPr>
          <w:lang w:val="en-GB"/>
        </w:rPr>
        <w:t>ne</w:t>
      </w:r>
      <w:r w:rsidRPr="00491C1A">
        <w:rPr>
          <w:lang w:val="sr-Latn-CS"/>
        </w:rPr>
        <w:t xml:space="preserve"> </w:t>
      </w:r>
      <w:proofErr w:type="spellStart"/>
      <w:r>
        <w:rPr>
          <w:lang w:val="en-GB"/>
        </w:rPr>
        <w:t>odmeri</w:t>
      </w:r>
      <w:proofErr w:type="spellEnd"/>
      <w:r w:rsidRPr="00491C1A">
        <w:rPr>
          <w:lang w:val="sr-Latn-CS"/>
        </w:rPr>
        <w:t xml:space="preserve"> </w:t>
      </w:r>
      <w:proofErr w:type="spellStart"/>
      <w:r>
        <w:rPr>
          <w:lang w:val="en-GB"/>
        </w:rPr>
        <w:t>potrebna</w:t>
      </w:r>
      <w:proofErr w:type="spellEnd"/>
      <w:r w:rsidRPr="00491C1A">
        <w:rPr>
          <w:lang w:val="sr-Latn-CS"/>
        </w:rPr>
        <w:t xml:space="preserve"> </w:t>
      </w:r>
      <w:proofErr w:type="spellStart"/>
      <w:r>
        <w:rPr>
          <w:lang w:val="en-GB"/>
        </w:rPr>
        <w:t>koli</w:t>
      </w:r>
      <w:proofErr w:type="spellEnd"/>
      <w:r>
        <w:rPr>
          <w:lang w:val="sr-Latn-ME"/>
        </w:rPr>
        <w:t>čina markera u zasebnu bocu.</w:t>
      </w:r>
    </w:p>
    <w:p w14:paraId="694FB965" w14:textId="2CFC7B17" w:rsidR="007B1890" w:rsidRPr="00A82895" w:rsidRDefault="00494F62" w:rsidP="007B1890">
      <w:pPr>
        <w:jc w:val="both"/>
        <w:rPr>
          <w:lang w:val="fr-FR"/>
        </w:rPr>
      </w:pPr>
      <w:proofErr w:type="spellStart"/>
      <w:r>
        <w:rPr>
          <w:lang w:val="fr-FR"/>
        </w:rPr>
        <w:t>B</w:t>
      </w:r>
      <w:r w:rsidR="007B1890" w:rsidRPr="00A82895">
        <w:rPr>
          <w:lang w:val="fr-FR"/>
        </w:rPr>
        <w:t>o</w:t>
      </w:r>
      <w:r w:rsidR="003D5FB9">
        <w:rPr>
          <w:lang w:val="fr-FR"/>
        </w:rPr>
        <w:t>ce</w:t>
      </w:r>
      <w:proofErr w:type="spellEnd"/>
      <w:r w:rsidR="007B1890" w:rsidRPr="00A82895">
        <w:rPr>
          <w:lang w:val="fr-FR"/>
        </w:rPr>
        <w:t xml:space="preserve"> </w:t>
      </w:r>
      <w:proofErr w:type="spellStart"/>
      <w:r w:rsidR="007B1890" w:rsidRPr="00A82895">
        <w:rPr>
          <w:lang w:val="fr-FR"/>
        </w:rPr>
        <w:t>iz</w:t>
      </w:r>
      <w:proofErr w:type="spellEnd"/>
      <w:r w:rsidR="007B1890" w:rsidRPr="00A82895">
        <w:rPr>
          <w:lang w:val="fr-FR"/>
        </w:rPr>
        <w:t xml:space="preserve"> </w:t>
      </w:r>
      <w:proofErr w:type="spellStart"/>
      <w:r w:rsidR="007B1890" w:rsidRPr="00A82895">
        <w:rPr>
          <w:lang w:val="fr-FR"/>
        </w:rPr>
        <w:t>prenosivog</w:t>
      </w:r>
      <w:proofErr w:type="spellEnd"/>
      <w:r w:rsidR="007B1890" w:rsidRPr="00A82895">
        <w:rPr>
          <w:lang w:val="fr-FR"/>
        </w:rPr>
        <w:t xml:space="preserve"> stalka </w:t>
      </w:r>
      <w:proofErr w:type="spellStart"/>
      <w:r w:rsidR="007B1890" w:rsidRPr="00A82895">
        <w:rPr>
          <w:lang w:val="fr-FR"/>
        </w:rPr>
        <w:t>raspore</w:t>
      </w:r>
      <w:r>
        <w:rPr>
          <w:lang w:val="fr-FR"/>
        </w:rPr>
        <w:t>đuju</w:t>
      </w:r>
      <w:proofErr w:type="spellEnd"/>
      <w:r>
        <w:rPr>
          <w:lang w:val="fr-FR"/>
        </w:rPr>
        <w:t xml:space="preserve"> se </w:t>
      </w:r>
      <w:r w:rsidR="007B1890" w:rsidRPr="00A82895">
        <w:rPr>
          <w:lang w:val="fr-FR"/>
        </w:rPr>
        <w:t xml:space="preserve">u </w:t>
      </w:r>
      <w:proofErr w:type="spellStart"/>
      <w:r w:rsidR="007B1890" w:rsidRPr="00A82895">
        <w:rPr>
          <w:lang w:val="fr-FR"/>
        </w:rPr>
        <w:t>pojas</w:t>
      </w:r>
      <w:proofErr w:type="spellEnd"/>
      <w:r w:rsidR="007B1890" w:rsidRPr="00A82895">
        <w:rPr>
          <w:lang w:val="fr-FR"/>
        </w:rPr>
        <w:t xml:space="preserve"> sa </w:t>
      </w:r>
      <w:proofErr w:type="spellStart"/>
      <w:r w:rsidR="007B1890" w:rsidRPr="00A82895">
        <w:rPr>
          <w:lang w:val="fr-FR"/>
        </w:rPr>
        <w:t>numerisanim</w:t>
      </w:r>
      <w:proofErr w:type="spellEnd"/>
      <w:r w:rsidR="007B1890" w:rsidRPr="00A82895">
        <w:rPr>
          <w:lang w:val="fr-FR"/>
        </w:rPr>
        <w:t xml:space="preserve"> </w:t>
      </w:r>
      <w:proofErr w:type="spellStart"/>
      <w:r w:rsidR="007B1890" w:rsidRPr="00A82895">
        <w:rPr>
          <w:lang w:val="fr-FR"/>
        </w:rPr>
        <w:t>držačima</w:t>
      </w:r>
      <w:proofErr w:type="spellEnd"/>
      <w:r w:rsidR="007B1890" w:rsidRPr="00A82895">
        <w:rPr>
          <w:lang w:val="fr-FR"/>
        </w:rPr>
        <w:t xml:space="preserve">, </w:t>
      </w:r>
      <w:proofErr w:type="spellStart"/>
      <w:r w:rsidR="007B1890" w:rsidRPr="00A82895">
        <w:rPr>
          <w:lang w:val="fr-FR"/>
        </w:rPr>
        <w:t>pri</w:t>
      </w:r>
      <w:proofErr w:type="spellEnd"/>
      <w:r w:rsidR="007B1890" w:rsidRPr="00A82895">
        <w:rPr>
          <w:lang w:val="fr-FR"/>
        </w:rPr>
        <w:t xml:space="preserve"> </w:t>
      </w:r>
      <w:proofErr w:type="spellStart"/>
      <w:r w:rsidR="007B1890" w:rsidRPr="00A82895">
        <w:rPr>
          <w:lang w:val="fr-FR"/>
        </w:rPr>
        <w:t>čemu</w:t>
      </w:r>
      <w:proofErr w:type="spellEnd"/>
      <w:r w:rsidR="007B1890" w:rsidRPr="00A82895">
        <w:rPr>
          <w:lang w:val="fr-FR"/>
        </w:rPr>
        <w:t xml:space="preserve"> </w:t>
      </w:r>
      <w:proofErr w:type="spellStart"/>
      <w:r w:rsidR="007B1890" w:rsidRPr="00A82895">
        <w:rPr>
          <w:lang w:val="fr-FR"/>
        </w:rPr>
        <w:t>broj</w:t>
      </w:r>
      <w:proofErr w:type="spellEnd"/>
      <w:r w:rsidR="007B1890" w:rsidRPr="00A82895">
        <w:rPr>
          <w:lang w:val="fr-FR"/>
        </w:rPr>
        <w:t xml:space="preserve"> </w:t>
      </w:r>
      <w:proofErr w:type="spellStart"/>
      <w:r w:rsidR="007B1890" w:rsidRPr="00A82895">
        <w:rPr>
          <w:lang w:val="fr-FR"/>
        </w:rPr>
        <w:t>svakog</w:t>
      </w:r>
      <w:proofErr w:type="spellEnd"/>
      <w:r w:rsidR="007B1890" w:rsidRPr="00A82895">
        <w:rPr>
          <w:lang w:val="fr-FR"/>
        </w:rPr>
        <w:t xml:space="preserve"> </w:t>
      </w:r>
      <w:proofErr w:type="spellStart"/>
      <w:r w:rsidR="007B1890" w:rsidRPr="00A82895">
        <w:rPr>
          <w:lang w:val="fr-FR"/>
        </w:rPr>
        <w:t>držača</w:t>
      </w:r>
      <w:proofErr w:type="spellEnd"/>
      <w:r w:rsidR="007B1890" w:rsidRPr="00A82895">
        <w:rPr>
          <w:lang w:val="fr-FR"/>
        </w:rPr>
        <w:t xml:space="preserve"> </w:t>
      </w:r>
      <w:proofErr w:type="spellStart"/>
      <w:r w:rsidR="007B1890" w:rsidRPr="00A82895">
        <w:rPr>
          <w:lang w:val="fr-FR"/>
        </w:rPr>
        <w:t>odgovara</w:t>
      </w:r>
      <w:proofErr w:type="spellEnd"/>
      <w:r w:rsidR="007B1890" w:rsidRPr="00A82895">
        <w:rPr>
          <w:lang w:val="fr-FR"/>
        </w:rPr>
        <w:t xml:space="preserve"> </w:t>
      </w:r>
      <w:proofErr w:type="spellStart"/>
      <w:r w:rsidR="007B1890" w:rsidRPr="00A82895">
        <w:rPr>
          <w:lang w:val="fr-FR"/>
        </w:rPr>
        <w:t>broju</w:t>
      </w:r>
      <w:proofErr w:type="spellEnd"/>
      <w:r w:rsidR="007B1890" w:rsidRPr="00A82895">
        <w:rPr>
          <w:lang w:val="fr-FR"/>
        </w:rPr>
        <w:t xml:space="preserve"> </w:t>
      </w:r>
      <w:proofErr w:type="spellStart"/>
      <w:r w:rsidR="007B1890" w:rsidRPr="00A82895">
        <w:rPr>
          <w:lang w:val="fr-FR"/>
        </w:rPr>
        <w:t>komore</w:t>
      </w:r>
      <w:proofErr w:type="spellEnd"/>
      <w:r w:rsidR="007B1890" w:rsidRPr="00A82895">
        <w:rPr>
          <w:lang w:val="fr-FR"/>
        </w:rPr>
        <w:t xml:space="preserve"> auto-</w:t>
      </w:r>
      <w:proofErr w:type="spellStart"/>
      <w:r w:rsidR="007B1890" w:rsidRPr="00A82895">
        <w:rPr>
          <w:lang w:val="fr-FR"/>
        </w:rPr>
        <w:t>cisterne</w:t>
      </w:r>
      <w:proofErr w:type="spellEnd"/>
      <w:r w:rsidR="00100EE9">
        <w:rPr>
          <w:lang w:val="fr-FR"/>
        </w:rPr>
        <w:t>.</w:t>
      </w:r>
    </w:p>
    <w:p w14:paraId="7FC185C9" w14:textId="093983E0" w:rsidR="00BB4F67" w:rsidRPr="00A82895" w:rsidRDefault="00BB4F67" w:rsidP="0005045A">
      <w:pPr>
        <w:jc w:val="both"/>
        <w:rPr>
          <w:lang w:val="fr-FR"/>
        </w:rPr>
      </w:pPr>
      <w:proofErr w:type="spellStart"/>
      <w:r w:rsidRPr="00A82895">
        <w:rPr>
          <w:lang w:val="fr-FR"/>
        </w:rPr>
        <w:lastRenderedPageBreak/>
        <w:t>P</w:t>
      </w:r>
      <w:r w:rsidR="007B36E7" w:rsidRPr="00A82895">
        <w:rPr>
          <w:lang w:val="fr-FR"/>
        </w:rPr>
        <w:t>ojas</w:t>
      </w:r>
      <w:proofErr w:type="spellEnd"/>
      <w:r w:rsidR="00610794">
        <w:rPr>
          <w:lang w:val="fr-FR"/>
        </w:rPr>
        <w:t xml:space="preserve"> sa </w:t>
      </w:r>
      <w:proofErr w:type="spellStart"/>
      <w:r w:rsidR="00610794">
        <w:rPr>
          <w:lang w:val="fr-FR"/>
        </w:rPr>
        <w:t>numerisanim</w:t>
      </w:r>
      <w:proofErr w:type="spellEnd"/>
      <w:r w:rsidR="00610794">
        <w:rPr>
          <w:lang w:val="fr-FR"/>
        </w:rPr>
        <w:t xml:space="preserve"> </w:t>
      </w:r>
      <w:proofErr w:type="spellStart"/>
      <w:r w:rsidR="00610794">
        <w:rPr>
          <w:lang w:val="fr-FR"/>
        </w:rPr>
        <w:t>držačima</w:t>
      </w:r>
      <w:proofErr w:type="spellEnd"/>
      <w:r w:rsidR="007B36E7" w:rsidRPr="00A82895">
        <w:rPr>
          <w:lang w:val="fr-FR"/>
        </w:rPr>
        <w:t>,</w:t>
      </w:r>
      <w:r w:rsidR="003867AC" w:rsidRPr="00A82895">
        <w:rPr>
          <w:lang w:val="fr-FR"/>
        </w:rPr>
        <w:t xml:space="preserve"> </w:t>
      </w:r>
      <w:r w:rsidRPr="00A82895">
        <w:rPr>
          <w:lang w:val="fr-FR"/>
        </w:rPr>
        <w:t xml:space="preserve">se </w:t>
      </w:r>
      <w:proofErr w:type="spellStart"/>
      <w:r w:rsidR="00610794">
        <w:rPr>
          <w:lang w:val="fr-FR"/>
        </w:rPr>
        <w:t>zatim</w:t>
      </w:r>
      <w:proofErr w:type="spellEnd"/>
      <w:r w:rsidR="00610794">
        <w:rPr>
          <w:lang w:val="fr-FR"/>
        </w:rPr>
        <w:t xml:space="preserve"> </w:t>
      </w:r>
      <w:proofErr w:type="spellStart"/>
      <w:r w:rsidRPr="00A82895">
        <w:rPr>
          <w:lang w:val="fr-FR"/>
        </w:rPr>
        <w:t>no</w:t>
      </w:r>
      <w:r w:rsidR="007B36E7" w:rsidRPr="00A82895">
        <w:rPr>
          <w:lang w:val="fr-FR"/>
        </w:rPr>
        <w:t>si</w:t>
      </w:r>
      <w:proofErr w:type="spellEnd"/>
      <w:r w:rsidR="007B36E7" w:rsidRPr="00A82895">
        <w:rPr>
          <w:lang w:val="fr-FR"/>
        </w:rPr>
        <w:t xml:space="preserve"> na </w:t>
      </w:r>
      <w:proofErr w:type="spellStart"/>
      <w:r w:rsidR="007B36E7" w:rsidRPr="00A82895">
        <w:rPr>
          <w:lang w:val="fr-FR"/>
        </w:rPr>
        <w:t>m</w:t>
      </w:r>
      <w:r w:rsidR="00610794">
        <w:rPr>
          <w:lang w:val="fr-FR"/>
        </w:rPr>
        <w:t>j</w:t>
      </w:r>
      <w:r w:rsidR="007B36E7" w:rsidRPr="00A82895">
        <w:rPr>
          <w:lang w:val="fr-FR"/>
        </w:rPr>
        <w:t>esto</w:t>
      </w:r>
      <w:proofErr w:type="spellEnd"/>
      <w:r w:rsidR="007B36E7" w:rsidRPr="00A82895">
        <w:rPr>
          <w:lang w:val="fr-FR"/>
        </w:rPr>
        <w:t xml:space="preserve"> </w:t>
      </w:r>
      <w:proofErr w:type="spellStart"/>
      <w:r w:rsidR="007B36E7" w:rsidRPr="00A82895">
        <w:rPr>
          <w:lang w:val="fr-FR"/>
        </w:rPr>
        <w:t>markiranja</w:t>
      </w:r>
      <w:proofErr w:type="spellEnd"/>
      <w:r w:rsidR="007B1890" w:rsidRPr="00A82895">
        <w:rPr>
          <w:lang w:val="fr-FR"/>
        </w:rPr>
        <w:t>.</w:t>
      </w:r>
    </w:p>
    <w:p w14:paraId="6A2C341A" w14:textId="2A125770" w:rsidR="003D5FB9" w:rsidRPr="003D5FB9" w:rsidRDefault="003D5FB9" w:rsidP="003D5FB9">
      <w:pPr>
        <w:jc w:val="both"/>
        <w:rPr>
          <w:lang w:val="en-GB"/>
        </w:rPr>
      </w:pPr>
      <w:proofErr w:type="spellStart"/>
      <w:r w:rsidRPr="003D5FB9">
        <w:rPr>
          <w:lang w:val="en-GB"/>
        </w:rPr>
        <w:t>Predstavnik</w:t>
      </w:r>
      <w:proofErr w:type="spellEnd"/>
      <w:r w:rsidRPr="003D5FB9">
        <w:rPr>
          <w:lang w:val="en-GB"/>
        </w:rPr>
        <w:t xml:space="preserve"> </w:t>
      </w:r>
      <w:proofErr w:type="spellStart"/>
      <w:r w:rsidRPr="003D5FB9">
        <w:rPr>
          <w:lang w:val="en-GB"/>
        </w:rPr>
        <w:t>Pružaoca</w:t>
      </w:r>
      <w:proofErr w:type="spellEnd"/>
      <w:r w:rsidRPr="003D5FB9">
        <w:rPr>
          <w:lang w:val="en-GB"/>
        </w:rPr>
        <w:t xml:space="preserve"> </w:t>
      </w:r>
      <w:proofErr w:type="spellStart"/>
      <w:r w:rsidRPr="003D5FB9">
        <w:rPr>
          <w:lang w:val="en-GB"/>
        </w:rPr>
        <w:t>usluge</w:t>
      </w:r>
      <w:proofErr w:type="spellEnd"/>
      <w:r w:rsidRPr="003D5FB9">
        <w:rPr>
          <w:lang w:val="en-GB"/>
        </w:rPr>
        <w:t xml:space="preserve"> </w:t>
      </w:r>
      <w:proofErr w:type="spellStart"/>
      <w:r w:rsidRPr="003D5FB9">
        <w:rPr>
          <w:lang w:val="en-GB"/>
        </w:rPr>
        <w:t>markiranja</w:t>
      </w:r>
      <w:proofErr w:type="spellEnd"/>
      <w:r w:rsidRPr="003D5FB9">
        <w:rPr>
          <w:lang w:val="en-GB"/>
        </w:rPr>
        <w:t xml:space="preserve"> </w:t>
      </w:r>
      <w:proofErr w:type="spellStart"/>
      <w:r>
        <w:rPr>
          <w:lang w:val="en-GB"/>
        </w:rPr>
        <w:t>potom</w:t>
      </w:r>
      <w:proofErr w:type="spellEnd"/>
      <w:r>
        <w:rPr>
          <w:lang w:val="en-GB"/>
        </w:rPr>
        <w:t xml:space="preserve"> </w:t>
      </w:r>
      <w:proofErr w:type="spellStart"/>
      <w:r w:rsidRPr="003D5FB9">
        <w:rPr>
          <w:lang w:val="en-GB"/>
        </w:rPr>
        <w:t>dodaje</w:t>
      </w:r>
      <w:proofErr w:type="spellEnd"/>
      <w:r w:rsidRPr="003D5FB9">
        <w:rPr>
          <w:lang w:val="en-GB"/>
        </w:rPr>
        <w:t xml:space="preserve"> marker u </w:t>
      </w:r>
      <w:proofErr w:type="spellStart"/>
      <w:r w:rsidRPr="003D5FB9">
        <w:rPr>
          <w:lang w:val="en-GB"/>
        </w:rPr>
        <w:t>odgovarajuću</w:t>
      </w:r>
      <w:proofErr w:type="spellEnd"/>
      <w:r w:rsidRPr="003D5FB9">
        <w:rPr>
          <w:lang w:val="en-GB"/>
        </w:rPr>
        <w:t xml:space="preserve"> </w:t>
      </w:r>
      <w:proofErr w:type="spellStart"/>
      <w:r w:rsidRPr="003D5FB9">
        <w:rPr>
          <w:lang w:val="en-GB"/>
        </w:rPr>
        <w:t>komoru</w:t>
      </w:r>
      <w:proofErr w:type="spellEnd"/>
      <w:r w:rsidRPr="003D5FB9">
        <w:rPr>
          <w:lang w:val="en-GB"/>
        </w:rPr>
        <w:t xml:space="preserve"> auto-</w:t>
      </w:r>
      <w:proofErr w:type="spellStart"/>
      <w:r w:rsidRPr="003D5FB9">
        <w:rPr>
          <w:lang w:val="en-GB"/>
        </w:rPr>
        <w:t>cisterne</w:t>
      </w:r>
      <w:proofErr w:type="spellEnd"/>
      <w:r w:rsidRPr="003D5FB9">
        <w:rPr>
          <w:lang w:val="en-GB"/>
        </w:rPr>
        <w:t xml:space="preserve"> </w:t>
      </w:r>
      <w:proofErr w:type="spellStart"/>
      <w:r w:rsidRPr="003D5FB9">
        <w:rPr>
          <w:lang w:val="en-GB"/>
        </w:rPr>
        <w:t>na</w:t>
      </w:r>
      <w:proofErr w:type="spellEnd"/>
      <w:r w:rsidRPr="003D5FB9">
        <w:rPr>
          <w:lang w:val="en-GB"/>
        </w:rPr>
        <w:t xml:space="preserve"> </w:t>
      </w:r>
      <w:proofErr w:type="spellStart"/>
      <w:r w:rsidRPr="003D5FB9">
        <w:rPr>
          <w:lang w:val="en-GB"/>
        </w:rPr>
        <w:t>jedan</w:t>
      </w:r>
      <w:proofErr w:type="spellEnd"/>
      <w:r w:rsidRPr="003D5FB9">
        <w:rPr>
          <w:lang w:val="en-GB"/>
        </w:rPr>
        <w:t xml:space="preserve"> od </w:t>
      </w:r>
      <w:proofErr w:type="spellStart"/>
      <w:r w:rsidRPr="003D5FB9">
        <w:rPr>
          <w:lang w:val="en-GB"/>
        </w:rPr>
        <w:t>sljedećih</w:t>
      </w:r>
      <w:proofErr w:type="spellEnd"/>
      <w:r w:rsidRPr="003D5FB9">
        <w:rPr>
          <w:lang w:val="en-GB"/>
        </w:rPr>
        <w:t xml:space="preserve"> </w:t>
      </w:r>
      <w:proofErr w:type="spellStart"/>
      <w:r w:rsidRPr="003D5FB9">
        <w:rPr>
          <w:lang w:val="en-GB"/>
        </w:rPr>
        <w:t>načina</w:t>
      </w:r>
      <w:proofErr w:type="spellEnd"/>
      <w:r w:rsidRPr="003D5FB9">
        <w:rPr>
          <w:lang w:val="en-GB"/>
        </w:rPr>
        <w:t>:</w:t>
      </w:r>
    </w:p>
    <w:p w14:paraId="3CD7C8C0" w14:textId="01D38B23" w:rsidR="003D5FB9" w:rsidRPr="003D5FB9" w:rsidRDefault="003D5FB9" w:rsidP="003D5FB9">
      <w:pPr>
        <w:numPr>
          <w:ilvl w:val="0"/>
          <w:numId w:val="63"/>
        </w:numPr>
        <w:jc w:val="both"/>
        <w:rPr>
          <w:lang w:val="en-GB"/>
        </w:rPr>
      </w:pPr>
      <w:proofErr w:type="spellStart"/>
      <w:r w:rsidRPr="003D5FB9">
        <w:rPr>
          <w:lang w:val="en-GB"/>
        </w:rPr>
        <w:t>ručnim</w:t>
      </w:r>
      <w:proofErr w:type="spellEnd"/>
      <w:r w:rsidRPr="003D5FB9">
        <w:rPr>
          <w:lang w:val="en-GB"/>
        </w:rPr>
        <w:t xml:space="preserve"> </w:t>
      </w:r>
      <w:proofErr w:type="spellStart"/>
      <w:r w:rsidRPr="003D5FB9">
        <w:rPr>
          <w:lang w:val="en-GB"/>
        </w:rPr>
        <w:t>ulivanjem</w:t>
      </w:r>
      <w:proofErr w:type="spellEnd"/>
      <w:r w:rsidRPr="003D5FB9">
        <w:rPr>
          <w:lang w:val="en-GB"/>
        </w:rPr>
        <w:t xml:space="preserve"> </w:t>
      </w:r>
      <w:proofErr w:type="spellStart"/>
      <w:r w:rsidRPr="003D5FB9">
        <w:rPr>
          <w:lang w:val="en-GB"/>
        </w:rPr>
        <w:t>markera</w:t>
      </w:r>
      <w:proofErr w:type="spellEnd"/>
      <w:r w:rsidRPr="003D5FB9">
        <w:rPr>
          <w:lang w:val="en-GB"/>
        </w:rPr>
        <w:t xml:space="preserve"> </w:t>
      </w:r>
      <w:proofErr w:type="spellStart"/>
      <w:r w:rsidRPr="003D5FB9">
        <w:rPr>
          <w:lang w:val="en-GB"/>
        </w:rPr>
        <w:t>iz</w:t>
      </w:r>
      <w:proofErr w:type="spellEnd"/>
      <w:r w:rsidRPr="003D5FB9">
        <w:rPr>
          <w:lang w:val="en-GB"/>
        </w:rPr>
        <w:t xml:space="preserve"> boca </w:t>
      </w:r>
      <w:proofErr w:type="spellStart"/>
      <w:r w:rsidRPr="003D5FB9">
        <w:rPr>
          <w:lang w:val="en-GB"/>
        </w:rPr>
        <w:t>direktno</w:t>
      </w:r>
      <w:proofErr w:type="spellEnd"/>
      <w:r w:rsidRPr="003D5FB9">
        <w:rPr>
          <w:lang w:val="en-GB"/>
        </w:rPr>
        <w:t xml:space="preserve"> </w:t>
      </w:r>
      <w:proofErr w:type="spellStart"/>
      <w:r w:rsidRPr="003D5FB9">
        <w:rPr>
          <w:lang w:val="en-GB"/>
        </w:rPr>
        <w:t>kroz</w:t>
      </w:r>
      <w:proofErr w:type="spellEnd"/>
      <w:r w:rsidRPr="003D5FB9">
        <w:rPr>
          <w:lang w:val="en-GB"/>
        </w:rPr>
        <w:t xml:space="preserve"> </w:t>
      </w:r>
      <w:proofErr w:type="spellStart"/>
      <w:r w:rsidRPr="003D5FB9">
        <w:rPr>
          <w:lang w:val="en-GB"/>
        </w:rPr>
        <w:t>otvor</w:t>
      </w:r>
      <w:proofErr w:type="spellEnd"/>
      <w:r w:rsidRPr="003D5FB9">
        <w:rPr>
          <w:lang w:val="en-GB"/>
        </w:rPr>
        <w:t xml:space="preserve"> </w:t>
      </w:r>
      <w:proofErr w:type="spellStart"/>
      <w:r w:rsidRPr="003D5FB9">
        <w:rPr>
          <w:lang w:val="en-GB"/>
        </w:rPr>
        <w:t>na</w:t>
      </w:r>
      <w:proofErr w:type="spellEnd"/>
      <w:r w:rsidRPr="003D5FB9">
        <w:rPr>
          <w:lang w:val="en-GB"/>
        </w:rPr>
        <w:t xml:space="preserve"> </w:t>
      </w:r>
      <w:proofErr w:type="spellStart"/>
      <w:r w:rsidRPr="003D5FB9">
        <w:rPr>
          <w:lang w:val="en-GB"/>
        </w:rPr>
        <w:t>vrhu</w:t>
      </w:r>
      <w:proofErr w:type="spellEnd"/>
      <w:r w:rsidRPr="003D5FB9">
        <w:rPr>
          <w:lang w:val="en-GB"/>
        </w:rPr>
        <w:t xml:space="preserve"> </w:t>
      </w:r>
      <w:proofErr w:type="spellStart"/>
      <w:r w:rsidRPr="003D5FB9">
        <w:rPr>
          <w:lang w:val="en-GB"/>
        </w:rPr>
        <w:t>komore</w:t>
      </w:r>
      <w:proofErr w:type="spellEnd"/>
      <w:r w:rsidRPr="003D5FB9">
        <w:rPr>
          <w:lang w:val="en-GB"/>
        </w:rPr>
        <w:t xml:space="preserve">, </w:t>
      </w:r>
      <w:proofErr w:type="spellStart"/>
      <w:r w:rsidRPr="003D5FB9">
        <w:rPr>
          <w:lang w:val="en-GB"/>
        </w:rPr>
        <w:t>kod</w:t>
      </w:r>
      <w:proofErr w:type="spellEnd"/>
      <w:r w:rsidRPr="003D5FB9">
        <w:rPr>
          <w:lang w:val="en-GB"/>
        </w:rPr>
        <w:t xml:space="preserve"> </w:t>
      </w:r>
      <w:proofErr w:type="spellStart"/>
      <w:r w:rsidRPr="003D5FB9">
        <w:rPr>
          <w:lang w:val="en-GB"/>
        </w:rPr>
        <w:t>cisterni</w:t>
      </w:r>
      <w:proofErr w:type="spellEnd"/>
      <w:r w:rsidRPr="003D5FB9">
        <w:rPr>
          <w:lang w:val="en-GB"/>
        </w:rPr>
        <w:t xml:space="preserve"> </w:t>
      </w:r>
      <w:proofErr w:type="spellStart"/>
      <w:r w:rsidRPr="003D5FB9">
        <w:rPr>
          <w:lang w:val="en-GB"/>
        </w:rPr>
        <w:t>koje</w:t>
      </w:r>
      <w:proofErr w:type="spellEnd"/>
      <w:r w:rsidRPr="003D5FB9">
        <w:rPr>
          <w:lang w:val="en-GB"/>
        </w:rPr>
        <w:t xml:space="preserve"> </w:t>
      </w:r>
      <w:proofErr w:type="spellStart"/>
      <w:r w:rsidRPr="003D5FB9">
        <w:rPr>
          <w:lang w:val="en-GB"/>
        </w:rPr>
        <w:t>su</w:t>
      </w:r>
      <w:proofErr w:type="spellEnd"/>
      <w:r w:rsidRPr="003D5FB9">
        <w:rPr>
          <w:lang w:val="en-GB"/>
        </w:rPr>
        <w:t xml:space="preserve"> </w:t>
      </w:r>
      <w:proofErr w:type="spellStart"/>
      <w:r w:rsidRPr="003D5FB9">
        <w:rPr>
          <w:lang w:val="en-GB"/>
        </w:rPr>
        <w:t>opremljene</w:t>
      </w:r>
      <w:proofErr w:type="spellEnd"/>
      <w:r w:rsidRPr="003D5FB9">
        <w:rPr>
          <w:lang w:val="en-GB"/>
        </w:rPr>
        <w:t xml:space="preserve"> </w:t>
      </w:r>
      <w:proofErr w:type="spellStart"/>
      <w:r w:rsidRPr="003D5FB9">
        <w:rPr>
          <w:lang w:val="en-GB"/>
        </w:rPr>
        <w:t>poklopcima</w:t>
      </w:r>
      <w:proofErr w:type="spellEnd"/>
      <w:r w:rsidRPr="003D5FB9">
        <w:rPr>
          <w:lang w:val="en-GB"/>
        </w:rPr>
        <w:t xml:space="preserve"> za </w:t>
      </w:r>
      <w:proofErr w:type="spellStart"/>
      <w:r w:rsidRPr="003D5FB9">
        <w:rPr>
          <w:lang w:val="en-GB"/>
        </w:rPr>
        <w:t>pristup</w:t>
      </w:r>
      <w:proofErr w:type="spellEnd"/>
      <w:r w:rsidRPr="003D5FB9">
        <w:rPr>
          <w:lang w:val="en-GB"/>
        </w:rPr>
        <w:t xml:space="preserve"> </w:t>
      </w:r>
      <w:proofErr w:type="spellStart"/>
      <w:r w:rsidRPr="003D5FB9">
        <w:rPr>
          <w:lang w:val="en-GB"/>
        </w:rPr>
        <w:t>komorama</w:t>
      </w:r>
      <w:proofErr w:type="spellEnd"/>
      <w:r w:rsidRPr="003D5FB9">
        <w:rPr>
          <w:lang w:val="en-GB"/>
        </w:rPr>
        <w:t xml:space="preserve">; </w:t>
      </w:r>
      <w:proofErr w:type="spellStart"/>
      <w:r w:rsidRPr="003D5FB9">
        <w:rPr>
          <w:lang w:val="en-GB"/>
        </w:rPr>
        <w:t>ili</w:t>
      </w:r>
      <w:proofErr w:type="spellEnd"/>
    </w:p>
    <w:p w14:paraId="3D3D3887" w14:textId="2E2FC478" w:rsidR="003D5FB9" w:rsidRPr="003D5FB9" w:rsidRDefault="003D5FB9" w:rsidP="003D5FB9">
      <w:pPr>
        <w:numPr>
          <w:ilvl w:val="0"/>
          <w:numId w:val="63"/>
        </w:numPr>
        <w:jc w:val="both"/>
        <w:rPr>
          <w:lang w:val="en-GB"/>
        </w:rPr>
      </w:pPr>
      <w:proofErr w:type="spellStart"/>
      <w:r w:rsidRPr="003D5FB9">
        <w:rPr>
          <w:lang w:val="en-GB"/>
        </w:rPr>
        <w:t>ubrizgavanjem</w:t>
      </w:r>
      <w:proofErr w:type="spellEnd"/>
      <w:r w:rsidRPr="003D5FB9">
        <w:rPr>
          <w:lang w:val="en-GB"/>
        </w:rPr>
        <w:t xml:space="preserve"> </w:t>
      </w:r>
      <w:proofErr w:type="spellStart"/>
      <w:r w:rsidRPr="003D5FB9">
        <w:rPr>
          <w:lang w:val="en-GB"/>
        </w:rPr>
        <w:t>markera</w:t>
      </w:r>
      <w:proofErr w:type="spellEnd"/>
      <w:r w:rsidRPr="003D5FB9">
        <w:rPr>
          <w:lang w:val="en-GB"/>
        </w:rPr>
        <w:t xml:space="preserve"> </w:t>
      </w:r>
      <w:proofErr w:type="spellStart"/>
      <w:r w:rsidRPr="003D5FB9">
        <w:rPr>
          <w:lang w:val="en-GB"/>
        </w:rPr>
        <w:t>kroz</w:t>
      </w:r>
      <w:proofErr w:type="spellEnd"/>
      <w:r w:rsidRPr="003D5FB9">
        <w:rPr>
          <w:lang w:val="en-GB"/>
        </w:rPr>
        <w:t xml:space="preserve"> ventil za </w:t>
      </w:r>
      <w:proofErr w:type="spellStart"/>
      <w:r w:rsidRPr="003D5FB9">
        <w:rPr>
          <w:lang w:val="en-GB"/>
        </w:rPr>
        <w:t>kontrolisani</w:t>
      </w:r>
      <w:proofErr w:type="spellEnd"/>
      <w:r w:rsidRPr="003D5FB9">
        <w:rPr>
          <w:lang w:val="en-GB"/>
        </w:rPr>
        <w:t xml:space="preserve"> </w:t>
      </w:r>
      <w:proofErr w:type="spellStart"/>
      <w:r w:rsidRPr="003D5FB9">
        <w:rPr>
          <w:lang w:val="en-GB"/>
        </w:rPr>
        <w:t>pristup</w:t>
      </w:r>
      <w:proofErr w:type="spellEnd"/>
      <w:r w:rsidRPr="003D5FB9">
        <w:rPr>
          <w:lang w:val="en-GB"/>
        </w:rPr>
        <w:t xml:space="preserve"> </w:t>
      </w:r>
      <w:proofErr w:type="spellStart"/>
      <w:r w:rsidRPr="003D5FB9">
        <w:rPr>
          <w:lang w:val="en-GB"/>
        </w:rPr>
        <w:t>komori</w:t>
      </w:r>
      <w:proofErr w:type="spellEnd"/>
      <w:r w:rsidRPr="003D5FB9">
        <w:rPr>
          <w:lang w:val="en-GB"/>
        </w:rPr>
        <w:t xml:space="preserve"> (</w:t>
      </w:r>
      <w:r w:rsidRPr="003D5FB9">
        <w:rPr>
          <w:i/>
          <w:iCs/>
          <w:lang w:val="en-GB"/>
        </w:rPr>
        <w:t>vapour lock valve</w:t>
      </w:r>
      <w:r w:rsidRPr="003D5FB9">
        <w:rPr>
          <w:lang w:val="en-GB"/>
        </w:rPr>
        <w:t xml:space="preserve">), </w:t>
      </w:r>
      <w:proofErr w:type="spellStart"/>
      <w:r w:rsidRPr="003D5FB9">
        <w:rPr>
          <w:lang w:val="en-GB"/>
        </w:rPr>
        <w:t>kod</w:t>
      </w:r>
      <w:proofErr w:type="spellEnd"/>
      <w:r w:rsidRPr="003D5FB9">
        <w:rPr>
          <w:lang w:val="en-GB"/>
        </w:rPr>
        <w:t xml:space="preserve"> </w:t>
      </w:r>
      <w:proofErr w:type="spellStart"/>
      <w:r w:rsidRPr="003D5FB9">
        <w:rPr>
          <w:lang w:val="en-GB"/>
        </w:rPr>
        <w:t>cisterni</w:t>
      </w:r>
      <w:proofErr w:type="spellEnd"/>
      <w:r w:rsidRPr="003D5FB9">
        <w:rPr>
          <w:lang w:val="en-GB"/>
        </w:rPr>
        <w:t xml:space="preserve"> </w:t>
      </w:r>
      <w:proofErr w:type="spellStart"/>
      <w:r w:rsidRPr="003D5FB9">
        <w:rPr>
          <w:lang w:val="en-GB"/>
        </w:rPr>
        <w:t>koje</w:t>
      </w:r>
      <w:proofErr w:type="spellEnd"/>
      <w:r w:rsidRPr="003D5FB9">
        <w:rPr>
          <w:lang w:val="en-GB"/>
        </w:rPr>
        <w:t xml:space="preserve"> </w:t>
      </w:r>
      <w:proofErr w:type="spellStart"/>
      <w:r w:rsidRPr="003D5FB9">
        <w:rPr>
          <w:lang w:val="en-GB"/>
        </w:rPr>
        <w:t>nijesu</w:t>
      </w:r>
      <w:proofErr w:type="spellEnd"/>
      <w:r w:rsidRPr="003D5FB9">
        <w:rPr>
          <w:lang w:val="en-GB"/>
        </w:rPr>
        <w:t xml:space="preserve"> </w:t>
      </w:r>
      <w:proofErr w:type="spellStart"/>
      <w:r w:rsidRPr="003D5FB9">
        <w:rPr>
          <w:lang w:val="en-GB"/>
        </w:rPr>
        <w:t>opremljene</w:t>
      </w:r>
      <w:proofErr w:type="spellEnd"/>
      <w:r w:rsidRPr="003D5FB9">
        <w:rPr>
          <w:lang w:val="en-GB"/>
        </w:rPr>
        <w:t xml:space="preserve"> </w:t>
      </w:r>
      <w:proofErr w:type="spellStart"/>
      <w:r w:rsidRPr="003D5FB9">
        <w:rPr>
          <w:lang w:val="en-GB"/>
        </w:rPr>
        <w:t>klasičnim</w:t>
      </w:r>
      <w:proofErr w:type="spellEnd"/>
      <w:r w:rsidRPr="003D5FB9">
        <w:rPr>
          <w:lang w:val="en-GB"/>
        </w:rPr>
        <w:t xml:space="preserve"> </w:t>
      </w:r>
      <w:proofErr w:type="spellStart"/>
      <w:r w:rsidRPr="003D5FB9">
        <w:rPr>
          <w:lang w:val="en-GB"/>
        </w:rPr>
        <w:t>otvorima</w:t>
      </w:r>
      <w:proofErr w:type="spellEnd"/>
      <w:r w:rsidRPr="003D5FB9">
        <w:rPr>
          <w:lang w:val="en-GB"/>
        </w:rPr>
        <w:t xml:space="preserve"> </w:t>
      </w:r>
      <w:proofErr w:type="spellStart"/>
      <w:r w:rsidRPr="003D5FB9">
        <w:rPr>
          <w:lang w:val="en-GB"/>
        </w:rPr>
        <w:t>na</w:t>
      </w:r>
      <w:proofErr w:type="spellEnd"/>
      <w:r w:rsidRPr="003D5FB9">
        <w:rPr>
          <w:lang w:val="en-GB"/>
        </w:rPr>
        <w:t xml:space="preserve"> </w:t>
      </w:r>
      <w:proofErr w:type="spellStart"/>
      <w:r w:rsidRPr="003D5FB9">
        <w:rPr>
          <w:lang w:val="en-GB"/>
        </w:rPr>
        <w:t>vrhu</w:t>
      </w:r>
      <w:proofErr w:type="spellEnd"/>
      <w:r w:rsidRPr="003D5FB9">
        <w:rPr>
          <w:lang w:val="en-GB"/>
        </w:rPr>
        <w:t xml:space="preserve"> </w:t>
      </w:r>
      <w:proofErr w:type="spellStart"/>
      <w:r w:rsidRPr="003D5FB9">
        <w:rPr>
          <w:lang w:val="en-GB"/>
        </w:rPr>
        <w:t>komora</w:t>
      </w:r>
      <w:proofErr w:type="spellEnd"/>
      <w:r w:rsidRPr="003D5FB9">
        <w:rPr>
          <w:lang w:val="en-GB"/>
        </w:rPr>
        <w:t xml:space="preserve">, </w:t>
      </w:r>
      <w:proofErr w:type="spellStart"/>
      <w:r w:rsidRPr="003D5FB9">
        <w:rPr>
          <w:lang w:val="en-GB"/>
        </w:rPr>
        <w:t>pri</w:t>
      </w:r>
      <w:proofErr w:type="spellEnd"/>
      <w:r w:rsidRPr="003D5FB9">
        <w:rPr>
          <w:lang w:val="en-GB"/>
        </w:rPr>
        <w:t xml:space="preserve"> </w:t>
      </w:r>
      <w:proofErr w:type="spellStart"/>
      <w:r w:rsidRPr="003D5FB9">
        <w:rPr>
          <w:lang w:val="en-GB"/>
        </w:rPr>
        <w:t>čemu</w:t>
      </w:r>
      <w:proofErr w:type="spellEnd"/>
      <w:r w:rsidRPr="003D5FB9">
        <w:rPr>
          <w:lang w:val="en-GB"/>
        </w:rPr>
        <w:t xml:space="preserve"> se</w:t>
      </w:r>
      <w:r>
        <w:rPr>
          <w:lang w:val="en-GB"/>
        </w:rPr>
        <w:t xml:space="preserve"> u </w:t>
      </w:r>
      <w:proofErr w:type="spellStart"/>
      <w:r>
        <w:rPr>
          <w:lang w:val="en-GB"/>
        </w:rPr>
        <w:t>ovom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slučaju</w:t>
      </w:r>
      <w:proofErr w:type="spellEnd"/>
      <w:r w:rsidRPr="003D5FB9">
        <w:rPr>
          <w:lang w:val="en-GB"/>
        </w:rPr>
        <w:t xml:space="preserve"> </w:t>
      </w:r>
      <w:proofErr w:type="spellStart"/>
      <w:r w:rsidRPr="003D5FB9">
        <w:rPr>
          <w:lang w:val="en-GB"/>
        </w:rPr>
        <w:t>koristi</w:t>
      </w:r>
      <w:proofErr w:type="spellEnd"/>
      <w:r w:rsidRPr="003D5FB9">
        <w:rPr>
          <w:lang w:val="en-GB"/>
        </w:rPr>
        <w:t xml:space="preserve"> </w:t>
      </w:r>
      <w:proofErr w:type="spellStart"/>
      <w:r w:rsidRPr="003D5FB9">
        <w:rPr>
          <w:lang w:val="en-GB"/>
        </w:rPr>
        <w:t>prenosivi</w:t>
      </w:r>
      <w:proofErr w:type="spellEnd"/>
      <w:r w:rsidRPr="003D5FB9">
        <w:rPr>
          <w:lang w:val="en-GB"/>
        </w:rPr>
        <w:t xml:space="preserve"> </w:t>
      </w:r>
      <w:proofErr w:type="spellStart"/>
      <w:r w:rsidRPr="003D5FB9">
        <w:rPr>
          <w:lang w:val="en-GB"/>
        </w:rPr>
        <w:t>uređaj</w:t>
      </w:r>
      <w:proofErr w:type="spellEnd"/>
      <w:r w:rsidRPr="003D5FB9">
        <w:rPr>
          <w:lang w:val="en-GB"/>
        </w:rPr>
        <w:t xml:space="preserve"> za </w:t>
      </w:r>
      <w:proofErr w:type="spellStart"/>
      <w:r w:rsidRPr="003D5FB9">
        <w:rPr>
          <w:lang w:val="en-GB"/>
        </w:rPr>
        <w:t>markiranje</w:t>
      </w:r>
      <w:proofErr w:type="spellEnd"/>
      <w:r w:rsidRPr="003D5FB9">
        <w:rPr>
          <w:lang w:val="en-GB"/>
        </w:rPr>
        <w:t xml:space="preserve"> </w:t>
      </w:r>
      <w:proofErr w:type="spellStart"/>
      <w:r w:rsidRPr="003D5FB9">
        <w:rPr>
          <w:lang w:val="en-GB"/>
        </w:rPr>
        <w:t>i</w:t>
      </w:r>
      <w:proofErr w:type="spellEnd"/>
      <w:r w:rsidRPr="003D5FB9">
        <w:rPr>
          <w:lang w:val="en-GB"/>
        </w:rPr>
        <w:t xml:space="preserve"> </w:t>
      </w:r>
      <w:proofErr w:type="spellStart"/>
      <w:r w:rsidRPr="003D5FB9">
        <w:rPr>
          <w:lang w:val="en-GB"/>
        </w:rPr>
        <w:t>uzorkovanje</w:t>
      </w:r>
      <w:proofErr w:type="spellEnd"/>
      <w:r w:rsidRPr="003D5FB9">
        <w:rPr>
          <w:lang w:val="en-GB"/>
        </w:rPr>
        <w:t xml:space="preserve"> </w:t>
      </w:r>
      <w:proofErr w:type="spellStart"/>
      <w:r w:rsidRPr="003D5FB9">
        <w:rPr>
          <w:lang w:val="en-GB"/>
        </w:rPr>
        <w:t>montiran</w:t>
      </w:r>
      <w:proofErr w:type="spellEnd"/>
      <w:r w:rsidRPr="003D5FB9">
        <w:rPr>
          <w:lang w:val="en-GB"/>
        </w:rPr>
        <w:t xml:space="preserve"> </w:t>
      </w:r>
      <w:proofErr w:type="spellStart"/>
      <w:r w:rsidRPr="003D5FB9">
        <w:rPr>
          <w:lang w:val="en-GB"/>
        </w:rPr>
        <w:t>na</w:t>
      </w:r>
      <w:proofErr w:type="spellEnd"/>
      <w:r w:rsidRPr="003D5FB9">
        <w:rPr>
          <w:lang w:val="en-GB"/>
        </w:rPr>
        <w:t xml:space="preserve"> </w:t>
      </w:r>
      <w:proofErr w:type="spellStart"/>
      <w:r w:rsidRPr="003D5FB9">
        <w:rPr>
          <w:lang w:val="en-GB"/>
        </w:rPr>
        <w:t>navedeni</w:t>
      </w:r>
      <w:proofErr w:type="spellEnd"/>
      <w:r w:rsidRPr="003D5FB9">
        <w:rPr>
          <w:lang w:val="en-GB"/>
        </w:rPr>
        <w:t xml:space="preserve"> ventil.</w:t>
      </w:r>
    </w:p>
    <w:p w14:paraId="16D95B69" w14:textId="561F3AE3" w:rsidR="00F5366B" w:rsidRDefault="00F5366B" w:rsidP="0005045A">
      <w:pPr>
        <w:jc w:val="both"/>
        <w:rPr>
          <w:lang w:val="fr-FR"/>
        </w:rPr>
      </w:pPr>
      <w:proofErr w:type="spellStart"/>
      <w:r w:rsidRPr="00491C1A">
        <w:rPr>
          <w:lang w:val="fr-FR"/>
        </w:rPr>
        <w:t>Nakon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što</w:t>
      </w:r>
      <w:proofErr w:type="spellEnd"/>
      <w:r w:rsidRPr="00491C1A">
        <w:rPr>
          <w:lang w:val="fr-FR"/>
        </w:rPr>
        <w:t xml:space="preserve"> je marker </w:t>
      </w:r>
      <w:proofErr w:type="spellStart"/>
      <w:r w:rsidRPr="00491C1A">
        <w:rPr>
          <w:lang w:val="fr-FR"/>
        </w:rPr>
        <w:t>iz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svih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boca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sipan</w:t>
      </w:r>
      <w:proofErr w:type="spellEnd"/>
      <w:r w:rsidRPr="00491C1A">
        <w:rPr>
          <w:lang w:val="fr-FR"/>
        </w:rPr>
        <w:t xml:space="preserve"> u </w:t>
      </w:r>
      <w:proofErr w:type="spellStart"/>
      <w:r w:rsidRPr="00491C1A">
        <w:rPr>
          <w:lang w:val="fr-FR"/>
        </w:rPr>
        <w:t>komore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autocisterne</w:t>
      </w:r>
      <w:proofErr w:type="spellEnd"/>
      <w:r w:rsidRPr="00491C1A">
        <w:rPr>
          <w:lang w:val="fr-FR"/>
        </w:rPr>
        <w:t xml:space="preserve">, </w:t>
      </w:r>
      <w:proofErr w:type="spellStart"/>
      <w:r w:rsidRPr="00491C1A">
        <w:rPr>
          <w:lang w:val="fr-FR"/>
        </w:rPr>
        <w:t>prazne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boce</w:t>
      </w:r>
      <w:proofErr w:type="spellEnd"/>
      <w:r w:rsidRPr="00491C1A">
        <w:rPr>
          <w:lang w:val="fr-FR"/>
        </w:rPr>
        <w:t xml:space="preserve"> u </w:t>
      </w:r>
      <w:proofErr w:type="spellStart"/>
      <w:r w:rsidRPr="00491C1A">
        <w:rPr>
          <w:lang w:val="fr-FR"/>
        </w:rPr>
        <w:t>prenosivom</w:t>
      </w:r>
      <w:proofErr w:type="spellEnd"/>
      <w:r w:rsidR="00100B6F" w:rsidRPr="00491C1A">
        <w:rPr>
          <w:lang w:val="fr-FR"/>
        </w:rPr>
        <w:t xml:space="preserve"> </w:t>
      </w:r>
      <w:proofErr w:type="spellStart"/>
      <w:r w:rsidR="00100B6F" w:rsidRPr="00491C1A">
        <w:rPr>
          <w:lang w:val="fr-FR"/>
        </w:rPr>
        <w:t>pojasu</w:t>
      </w:r>
      <w:proofErr w:type="spellEnd"/>
      <w:r w:rsidR="00100B6F" w:rsidRPr="00491C1A">
        <w:rPr>
          <w:lang w:val="fr-FR"/>
        </w:rPr>
        <w:t xml:space="preserve">, </w:t>
      </w:r>
      <w:proofErr w:type="spellStart"/>
      <w:r w:rsidRPr="00491C1A">
        <w:rPr>
          <w:lang w:val="fr-FR"/>
        </w:rPr>
        <w:t>vraćaju</w:t>
      </w:r>
      <w:proofErr w:type="spellEnd"/>
      <w:r w:rsidRPr="00491C1A">
        <w:rPr>
          <w:lang w:val="fr-FR"/>
        </w:rPr>
        <w:t xml:space="preserve"> </w:t>
      </w:r>
      <w:r w:rsidR="00100B6F" w:rsidRPr="00491C1A">
        <w:rPr>
          <w:lang w:val="fr-FR"/>
        </w:rPr>
        <w:t xml:space="preserve">se </w:t>
      </w:r>
      <w:r w:rsidRPr="00491C1A">
        <w:rPr>
          <w:lang w:val="fr-FR"/>
        </w:rPr>
        <w:t xml:space="preserve">na </w:t>
      </w:r>
      <w:proofErr w:type="spellStart"/>
      <w:r w:rsidRPr="00491C1A">
        <w:rPr>
          <w:lang w:val="fr-FR"/>
        </w:rPr>
        <w:t>m</w:t>
      </w:r>
      <w:r w:rsidR="003D5FB9">
        <w:rPr>
          <w:lang w:val="fr-FR"/>
        </w:rPr>
        <w:t>j</w:t>
      </w:r>
      <w:r w:rsidRPr="00491C1A">
        <w:rPr>
          <w:lang w:val="fr-FR"/>
        </w:rPr>
        <w:t>esto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merenja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markera</w:t>
      </w:r>
      <w:proofErr w:type="spellEnd"/>
      <w:r w:rsidRPr="00491C1A">
        <w:rPr>
          <w:lang w:val="fr-FR"/>
        </w:rPr>
        <w:t>.</w:t>
      </w:r>
    </w:p>
    <w:p w14:paraId="7389451E" w14:textId="77777777" w:rsidR="00A233B3" w:rsidRPr="00A233B3" w:rsidRDefault="00A233B3" w:rsidP="00A233B3">
      <w:pPr>
        <w:jc w:val="both"/>
        <w:rPr>
          <w:lang w:val="en-GB"/>
        </w:rPr>
      </w:pPr>
      <w:proofErr w:type="spellStart"/>
      <w:r w:rsidRPr="00A233B3">
        <w:rPr>
          <w:lang w:val="en-GB"/>
        </w:rPr>
        <w:t>Markiranje</w:t>
      </w:r>
      <w:proofErr w:type="spellEnd"/>
      <w:r w:rsidRPr="00A233B3">
        <w:rPr>
          <w:lang w:val="en-GB"/>
        </w:rPr>
        <w:t xml:space="preserve"> </w:t>
      </w:r>
      <w:proofErr w:type="spellStart"/>
      <w:r w:rsidRPr="00A233B3">
        <w:rPr>
          <w:lang w:val="en-GB"/>
        </w:rPr>
        <w:t>goriva</w:t>
      </w:r>
      <w:proofErr w:type="spellEnd"/>
      <w:r w:rsidRPr="00A233B3">
        <w:rPr>
          <w:lang w:val="en-GB"/>
        </w:rPr>
        <w:t xml:space="preserve"> u auto-</w:t>
      </w:r>
      <w:proofErr w:type="spellStart"/>
      <w:r w:rsidRPr="00A233B3">
        <w:rPr>
          <w:lang w:val="en-GB"/>
        </w:rPr>
        <w:t>cisternama</w:t>
      </w:r>
      <w:proofErr w:type="spellEnd"/>
      <w:r w:rsidRPr="00A233B3">
        <w:rPr>
          <w:lang w:val="en-GB"/>
        </w:rPr>
        <w:t xml:space="preserve"> </w:t>
      </w:r>
      <w:proofErr w:type="spellStart"/>
      <w:r w:rsidRPr="00A233B3">
        <w:rPr>
          <w:lang w:val="en-GB"/>
        </w:rPr>
        <w:t>može</w:t>
      </w:r>
      <w:proofErr w:type="spellEnd"/>
      <w:r w:rsidRPr="00A233B3">
        <w:rPr>
          <w:lang w:val="en-GB"/>
        </w:rPr>
        <w:t xml:space="preserve"> se </w:t>
      </w:r>
      <w:proofErr w:type="spellStart"/>
      <w:r w:rsidRPr="00A233B3">
        <w:rPr>
          <w:lang w:val="en-GB"/>
        </w:rPr>
        <w:t>vršiti</w:t>
      </w:r>
      <w:proofErr w:type="spellEnd"/>
      <w:r w:rsidRPr="00A233B3">
        <w:rPr>
          <w:lang w:val="en-GB"/>
        </w:rPr>
        <w:t xml:space="preserve"> </w:t>
      </w:r>
      <w:proofErr w:type="spellStart"/>
      <w:r w:rsidRPr="00A233B3">
        <w:rPr>
          <w:lang w:val="en-GB"/>
        </w:rPr>
        <w:t>i</w:t>
      </w:r>
      <w:proofErr w:type="spellEnd"/>
      <w:r w:rsidRPr="00A233B3">
        <w:rPr>
          <w:lang w:val="en-GB"/>
        </w:rPr>
        <w:t xml:space="preserve"> </w:t>
      </w:r>
      <w:proofErr w:type="spellStart"/>
      <w:r w:rsidRPr="00A233B3">
        <w:rPr>
          <w:lang w:val="en-GB"/>
        </w:rPr>
        <w:t>korišćenjem</w:t>
      </w:r>
      <w:proofErr w:type="spellEnd"/>
      <w:r w:rsidRPr="00A233B3">
        <w:rPr>
          <w:lang w:val="en-GB"/>
        </w:rPr>
        <w:t xml:space="preserve"> </w:t>
      </w:r>
      <w:proofErr w:type="spellStart"/>
      <w:r w:rsidRPr="00A233B3">
        <w:rPr>
          <w:lang w:val="en-GB"/>
        </w:rPr>
        <w:t>poluautomatskog</w:t>
      </w:r>
      <w:proofErr w:type="spellEnd"/>
      <w:r w:rsidRPr="00A233B3">
        <w:rPr>
          <w:lang w:val="en-GB"/>
        </w:rPr>
        <w:t xml:space="preserve"> </w:t>
      </w:r>
      <w:proofErr w:type="spellStart"/>
      <w:r w:rsidRPr="00A233B3">
        <w:rPr>
          <w:lang w:val="en-GB"/>
        </w:rPr>
        <w:t>uređaja</w:t>
      </w:r>
      <w:proofErr w:type="spellEnd"/>
      <w:r w:rsidRPr="00A233B3">
        <w:rPr>
          <w:lang w:val="en-GB"/>
        </w:rPr>
        <w:t xml:space="preserve"> za </w:t>
      </w:r>
      <w:proofErr w:type="spellStart"/>
      <w:r w:rsidRPr="00A233B3">
        <w:rPr>
          <w:lang w:val="en-GB"/>
        </w:rPr>
        <w:t>doziranje</w:t>
      </w:r>
      <w:proofErr w:type="spellEnd"/>
      <w:r w:rsidRPr="00A233B3">
        <w:rPr>
          <w:lang w:val="en-GB"/>
        </w:rPr>
        <w:t xml:space="preserve"> </w:t>
      </w:r>
      <w:proofErr w:type="spellStart"/>
      <w:r w:rsidRPr="00A233B3">
        <w:rPr>
          <w:lang w:val="en-GB"/>
        </w:rPr>
        <w:t>markera</w:t>
      </w:r>
      <w:proofErr w:type="spellEnd"/>
      <w:r w:rsidRPr="00A233B3">
        <w:rPr>
          <w:lang w:val="en-GB"/>
        </w:rPr>
        <w:t xml:space="preserve"> (SDD). </w:t>
      </w:r>
      <w:proofErr w:type="spellStart"/>
      <w:r w:rsidRPr="00A233B3">
        <w:rPr>
          <w:lang w:val="en-GB"/>
        </w:rPr>
        <w:t>Ovaj</w:t>
      </w:r>
      <w:proofErr w:type="spellEnd"/>
      <w:r w:rsidRPr="00A233B3">
        <w:rPr>
          <w:lang w:val="en-GB"/>
        </w:rPr>
        <w:t xml:space="preserve"> </w:t>
      </w:r>
      <w:proofErr w:type="spellStart"/>
      <w:r w:rsidRPr="00A233B3">
        <w:rPr>
          <w:lang w:val="en-GB"/>
        </w:rPr>
        <w:t>način</w:t>
      </w:r>
      <w:proofErr w:type="spellEnd"/>
      <w:r w:rsidRPr="00A233B3">
        <w:rPr>
          <w:lang w:val="en-GB"/>
        </w:rPr>
        <w:t xml:space="preserve"> </w:t>
      </w:r>
      <w:proofErr w:type="spellStart"/>
      <w:r w:rsidRPr="00A233B3">
        <w:rPr>
          <w:lang w:val="en-GB"/>
        </w:rPr>
        <w:t>markiranja</w:t>
      </w:r>
      <w:proofErr w:type="spellEnd"/>
      <w:r w:rsidRPr="00A233B3">
        <w:rPr>
          <w:lang w:val="en-GB"/>
        </w:rPr>
        <w:t xml:space="preserve"> </w:t>
      </w:r>
      <w:proofErr w:type="spellStart"/>
      <w:r w:rsidRPr="00A233B3">
        <w:rPr>
          <w:lang w:val="en-GB"/>
        </w:rPr>
        <w:t>može</w:t>
      </w:r>
      <w:proofErr w:type="spellEnd"/>
      <w:r w:rsidRPr="00A233B3">
        <w:rPr>
          <w:lang w:val="en-GB"/>
        </w:rPr>
        <w:t xml:space="preserve"> se </w:t>
      </w:r>
      <w:proofErr w:type="spellStart"/>
      <w:r w:rsidRPr="00A233B3">
        <w:rPr>
          <w:lang w:val="en-GB"/>
        </w:rPr>
        <w:t>primjenjivati</w:t>
      </w:r>
      <w:proofErr w:type="spellEnd"/>
      <w:r w:rsidRPr="00A233B3">
        <w:rPr>
          <w:lang w:val="en-GB"/>
        </w:rPr>
        <w:t xml:space="preserve"> </w:t>
      </w:r>
      <w:proofErr w:type="spellStart"/>
      <w:r w:rsidRPr="00A233B3">
        <w:rPr>
          <w:lang w:val="en-GB"/>
        </w:rPr>
        <w:t>isključivo</w:t>
      </w:r>
      <w:proofErr w:type="spellEnd"/>
      <w:r w:rsidRPr="00A233B3">
        <w:rPr>
          <w:lang w:val="en-GB"/>
        </w:rPr>
        <w:t xml:space="preserve"> u Luci Bar, </w:t>
      </w:r>
      <w:proofErr w:type="spellStart"/>
      <w:r w:rsidRPr="00A233B3">
        <w:rPr>
          <w:lang w:val="en-GB"/>
        </w:rPr>
        <w:t>kada</w:t>
      </w:r>
      <w:proofErr w:type="spellEnd"/>
      <w:r w:rsidRPr="00A233B3">
        <w:rPr>
          <w:lang w:val="en-GB"/>
        </w:rPr>
        <w:t xml:space="preserve"> se </w:t>
      </w:r>
      <w:proofErr w:type="spellStart"/>
      <w:r w:rsidRPr="00A233B3">
        <w:rPr>
          <w:lang w:val="en-GB"/>
        </w:rPr>
        <w:t>markiranje</w:t>
      </w:r>
      <w:proofErr w:type="spellEnd"/>
      <w:r w:rsidRPr="00A233B3">
        <w:rPr>
          <w:lang w:val="en-GB"/>
        </w:rPr>
        <w:t xml:space="preserve"> </w:t>
      </w:r>
      <w:proofErr w:type="spellStart"/>
      <w:r w:rsidRPr="00A233B3">
        <w:rPr>
          <w:lang w:val="en-GB"/>
        </w:rPr>
        <w:t>vrši</w:t>
      </w:r>
      <w:proofErr w:type="spellEnd"/>
      <w:r w:rsidRPr="00A233B3">
        <w:rPr>
          <w:lang w:val="en-GB"/>
        </w:rPr>
        <w:t xml:space="preserve"> </w:t>
      </w:r>
      <w:proofErr w:type="spellStart"/>
      <w:r w:rsidRPr="00A233B3">
        <w:rPr>
          <w:lang w:val="en-GB"/>
        </w:rPr>
        <w:t>prilikom</w:t>
      </w:r>
      <w:proofErr w:type="spellEnd"/>
      <w:r w:rsidRPr="00A233B3">
        <w:rPr>
          <w:lang w:val="en-GB"/>
        </w:rPr>
        <w:t xml:space="preserve"> </w:t>
      </w:r>
      <w:proofErr w:type="spellStart"/>
      <w:r w:rsidRPr="00A233B3">
        <w:rPr>
          <w:lang w:val="en-GB"/>
        </w:rPr>
        <w:t>utovara</w:t>
      </w:r>
      <w:proofErr w:type="spellEnd"/>
      <w:r w:rsidRPr="00A233B3">
        <w:rPr>
          <w:lang w:val="en-GB"/>
        </w:rPr>
        <w:t xml:space="preserve"> </w:t>
      </w:r>
      <w:proofErr w:type="spellStart"/>
      <w:r w:rsidRPr="00A233B3">
        <w:rPr>
          <w:lang w:val="en-GB"/>
        </w:rPr>
        <w:t>goriva</w:t>
      </w:r>
      <w:proofErr w:type="spellEnd"/>
      <w:r w:rsidRPr="00A233B3">
        <w:rPr>
          <w:lang w:val="en-GB"/>
        </w:rPr>
        <w:t xml:space="preserve"> u auto-</w:t>
      </w:r>
      <w:proofErr w:type="spellStart"/>
      <w:r w:rsidRPr="00A233B3">
        <w:rPr>
          <w:lang w:val="en-GB"/>
        </w:rPr>
        <w:t>cisterne</w:t>
      </w:r>
      <w:proofErr w:type="spellEnd"/>
      <w:r w:rsidRPr="00A233B3">
        <w:rPr>
          <w:lang w:val="en-GB"/>
        </w:rPr>
        <w:t xml:space="preserve"> (</w:t>
      </w:r>
      <w:proofErr w:type="spellStart"/>
      <w:r w:rsidRPr="00A233B3">
        <w:rPr>
          <w:lang w:val="en-GB"/>
        </w:rPr>
        <w:t>vidjeti</w:t>
      </w:r>
      <w:proofErr w:type="spellEnd"/>
      <w:r w:rsidRPr="00A233B3">
        <w:rPr>
          <w:lang w:val="en-GB"/>
        </w:rPr>
        <w:t xml:space="preserve"> </w:t>
      </w:r>
      <w:proofErr w:type="spellStart"/>
      <w:r w:rsidRPr="00A233B3">
        <w:rPr>
          <w:lang w:val="en-GB"/>
        </w:rPr>
        <w:t>poglavlje</w:t>
      </w:r>
      <w:proofErr w:type="spellEnd"/>
      <w:r w:rsidRPr="00A233B3">
        <w:rPr>
          <w:lang w:val="en-GB"/>
        </w:rPr>
        <w:t xml:space="preserve"> 10.3).</w:t>
      </w:r>
    </w:p>
    <w:p w14:paraId="42814A2B" w14:textId="70073426" w:rsidR="001512C8" w:rsidRPr="00491C1A" w:rsidRDefault="001512C8" w:rsidP="001512C8">
      <w:pPr>
        <w:pStyle w:val="Heading2"/>
        <w:rPr>
          <w:lang w:val="fr-FR"/>
        </w:rPr>
      </w:pPr>
      <w:bookmarkStart w:id="28" w:name="_Toc239637997"/>
      <w:bookmarkStart w:id="29" w:name="_Toc240964535"/>
      <w:r w:rsidRPr="00491C1A">
        <w:rPr>
          <w:lang w:val="fr-FR"/>
        </w:rPr>
        <w:t xml:space="preserve">10.3 </w:t>
      </w:r>
      <w:proofErr w:type="spellStart"/>
      <w:r w:rsidRPr="00491C1A">
        <w:rPr>
          <w:lang w:val="fr-FR"/>
        </w:rPr>
        <w:t>Markiranje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goriva</w:t>
      </w:r>
      <w:proofErr w:type="spellEnd"/>
      <w:r w:rsidRPr="00491C1A">
        <w:rPr>
          <w:lang w:val="fr-FR"/>
        </w:rPr>
        <w:t xml:space="preserve"> u </w:t>
      </w:r>
      <w:proofErr w:type="spellStart"/>
      <w:r w:rsidR="002C528D" w:rsidRPr="00491C1A">
        <w:rPr>
          <w:lang w:val="fr-FR"/>
        </w:rPr>
        <w:t>plovnim</w:t>
      </w:r>
      <w:proofErr w:type="spellEnd"/>
      <w:r w:rsidR="002C528D" w:rsidRPr="00491C1A">
        <w:rPr>
          <w:lang w:val="fr-FR"/>
        </w:rPr>
        <w:t xml:space="preserve"> </w:t>
      </w:r>
      <w:proofErr w:type="spellStart"/>
      <w:r w:rsidR="002C528D" w:rsidRPr="00491C1A">
        <w:rPr>
          <w:lang w:val="fr-FR"/>
        </w:rPr>
        <w:t>o</w:t>
      </w:r>
      <w:r w:rsidR="00FB744A" w:rsidRPr="00491C1A">
        <w:rPr>
          <w:lang w:val="fr-FR"/>
        </w:rPr>
        <w:t>bjektima</w:t>
      </w:r>
      <w:bookmarkEnd w:id="28"/>
      <w:bookmarkEnd w:id="29"/>
      <w:proofErr w:type="spellEnd"/>
    </w:p>
    <w:p w14:paraId="4A6CC806" w14:textId="77777777" w:rsidR="00760295" w:rsidRPr="00627C43" w:rsidRDefault="00760295" w:rsidP="00760295">
      <w:pPr>
        <w:jc w:val="both"/>
        <w:rPr>
          <w:lang w:val="fr-FR"/>
        </w:rPr>
      </w:pPr>
      <w:proofErr w:type="spellStart"/>
      <w:r w:rsidRPr="00627C43">
        <w:rPr>
          <w:lang w:val="fr-FR"/>
        </w:rPr>
        <w:t>Predstavnik</w:t>
      </w:r>
      <w:proofErr w:type="spellEnd"/>
      <w:r w:rsidRPr="00627C43">
        <w:rPr>
          <w:lang w:val="fr-FR"/>
        </w:rPr>
        <w:t xml:space="preserve"> </w:t>
      </w:r>
      <w:proofErr w:type="spellStart"/>
      <w:r w:rsidRPr="00627C43">
        <w:rPr>
          <w:lang w:val="fr-FR"/>
        </w:rPr>
        <w:t>Pružaoca</w:t>
      </w:r>
      <w:proofErr w:type="spellEnd"/>
      <w:r w:rsidRPr="00627C43">
        <w:rPr>
          <w:lang w:val="fr-FR"/>
        </w:rPr>
        <w:t xml:space="preserve"> </w:t>
      </w:r>
      <w:proofErr w:type="spellStart"/>
      <w:r w:rsidRPr="00627C43">
        <w:rPr>
          <w:lang w:val="fr-FR"/>
        </w:rPr>
        <w:t>usluge</w:t>
      </w:r>
      <w:proofErr w:type="spellEnd"/>
      <w:r w:rsidRPr="00627C43">
        <w:rPr>
          <w:lang w:val="fr-FR"/>
        </w:rPr>
        <w:t xml:space="preserve"> </w:t>
      </w:r>
      <w:proofErr w:type="spellStart"/>
      <w:r w:rsidRPr="00627C43">
        <w:rPr>
          <w:lang w:val="fr-FR"/>
        </w:rPr>
        <w:t>markiranja</w:t>
      </w:r>
      <w:proofErr w:type="spellEnd"/>
      <w:r w:rsidRPr="00627C43">
        <w:rPr>
          <w:lang w:val="fr-FR"/>
        </w:rPr>
        <w:t xml:space="preserve">, na </w:t>
      </w:r>
      <w:proofErr w:type="spellStart"/>
      <w:r w:rsidRPr="00627C43">
        <w:rPr>
          <w:lang w:val="fr-FR"/>
        </w:rPr>
        <w:t>osnovu</w:t>
      </w:r>
      <w:proofErr w:type="spellEnd"/>
      <w:r w:rsidRPr="00627C43">
        <w:rPr>
          <w:lang w:val="fr-FR"/>
        </w:rPr>
        <w:t xml:space="preserve"> </w:t>
      </w:r>
      <w:proofErr w:type="spellStart"/>
      <w:r w:rsidRPr="00627C43">
        <w:rPr>
          <w:lang w:val="fr-FR"/>
        </w:rPr>
        <w:t>prethodno</w:t>
      </w:r>
      <w:proofErr w:type="spellEnd"/>
      <w:r w:rsidRPr="00627C43">
        <w:rPr>
          <w:lang w:val="fr-FR"/>
        </w:rPr>
        <w:t xml:space="preserve"> </w:t>
      </w:r>
      <w:proofErr w:type="spellStart"/>
      <w:r w:rsidRPr="00627C43">
        <w:rPr>
          <w:lang w:val="fr-FR"/>
        </w:rPr>
        <w:t>zaprimljenog</w:t>
      </w:r>
      <w:proofErr w:type="spellEnd"/>
      <w:r w:rsidRPr="00627C43">
        <w:rPr>
          <w:lang w:val="fr-FR"/>
        </w:rPr>
        <w:t xml:space="preserve"> </w:t>
      </w:r>
      <w:proofErr w:type="spellStart"/>
      <w:r w:rsidRPr="00627C43">
        <w:rPr>
          <w:lang w:val="fr-FR"/>
        </w:rPr>
        <w:t>zahtjeva</w:t>
      </w:r>
      <w:proofErr w:type="spellEnd"/>
      <w:r w:rsidRPr="00627C43">
        <w:rPr>
          <w:lang w:val="fr-FR"/>
        </w:rPr>
        <w:t xml:space="preserve"> </w:t>
      </w:r>
      <w:proofErr w:type="spellStart"/>
      <w:r w:rsidRPr="00627C43">
        <w:rPr>
          <w:lang w:val="fr-FR"/>
        </w:rPr>
        <w:t>za</w:t>
      </w:r>
      <w:proofErr w:type="spellEnd"/>
      <w:r w:rsidRPr="00627C43">
        <w:rPr>
          <w:lang w:val="fr-FR"/>
        </w:rPr>
        <w:t xml:space="preserve"> </w:t>
      </w:r>
      <w:proofErr w:type="spellStart"/>
      <w:r w:rsidRPr="00627C43">
        <w:rPr>
          <w:lang w:val="fr-FR"/>
        </w:rPr>
        <w:t>markiranje</w:t>
      </w:r>
      <w:proofErr w:type="spellEnd"/>
      <w:r w:rsidRPr="00627C43">
        <w:rPr>
          <w:lang w:val="fr-FR"/>
        </w:rPr>
        <w:t xml:space="preserve"> i </w:t>
      </w:r>
      <w:proofErr w:type="spellStart"/>
      <w:r w:rsidRPr="00627C43">
        <w:rPr>
          <w:lang w:val="fr-FR"/>
        </w:rPr>
        <w:t>uvida</w:t>
      </w:r>
      <w:proofErr w:type="spellEnd"/>
      <w:r w:rsidRPr="00627C43">
        <w:rPr>
          <w:lang w:val="fr-FR"/>
        </w:rPr>
        <w:t xml:space="preserve"> u </w:t>
      </w:r>
      <w:proofErr w:type="spellStart"/>
      <w:r w:rsidRPr="00627C43">
        <w:rPr>
          <w:lang w:val="fr-FR"/>
        </w:rPr>
        <w:t>dokumentaciju</w:t>
      </w:r>
      <w:proofErr w:type="spellEnd"/>
      <w:r w:rsidRPr="00627C43">
        <w:rPr>
          <w:lang w:val="fr-FR"/>
        </w:rPr>
        <w:t xml:space="preserve"> </w:t>
      </w:r>
      <w:proofErr w:type="spellStart"/>
      <w:r w:rsidRPr="00627C43">
        <w:rPr>
          <w:lang w:val="fr-FR"/>
        </w:rPr>
        <w:t>obveznika</w:t>
      </w:r>
      <w:proofErr w:type="spellEnd"/>
      <w:r w:rsidRPr="00627C43">
        <w:rPr>
          <w:lang w:val="fr-FR"/>
        </w:rPr>
        <w:t xml:space="preserve"> </w:t>
      </w:r>
      <w:proofErr w:type="spellStart"/>
      <w:r w:rsidRPr="00627C43">
        <w:rPr>
          <w:lang w:val="fr-FR"/>
        </w:rPr>
        <w:t>markiranja</w:t>
      </w:r>
      <w:proofErr w:type="spellEnd"/>
      <w:r w:rsidRPr="00627C43">
        <w:rPr>
          <w:lang w:val="fr-FR"/>
        </w:rPr>
        <w:t xml:space="preserve"> o </w:t>
      </w:r>
      <w:proofErr w:type="spellStart"/>
      <w:r w:rsidRPr="00627C43">
        <w:rPr>
          <w:lang w:val="fr-FR"/>
        </w:rPr>
        <w:t>količini</w:t>
      </w:r>
      <w:proofErr w:type="spellEnd"/>
      <w:r w:rsidRPr="00627C43">
        <w:rPr>
          <w:lang w:val="fr-FR"/>
        </w:rPr>
        <w:t xml:space="preserve"> </w:t>
      </w:r>
      <w:proofErr w:type="spellStart"/>
      <w:r w:rsidRPr="00627C43">
        <w:rPr>
          <w:lang w:val="fr-FR"/>
        </w:rPr>
        <w:t>derivata</w:t>
      </w:r>
      <w:proofErr w:type="spellEnd"/>
      <w:r w:rsidRPr="00627C43">
        <w:rPr>
          <w:lang w:val="fr-FR"/>
        </w:rPr>
        <w:t xml:space="preserve"> </w:t>
      </w:r>
      <w:proofErr w:type="spellStart"/>
      <w:r w:rsidRPr="00627C43">
        <w:rPr>
          <w:lang w:val="fr-FR"/>
        </w:rPr>
        <w:t>nafte</w:t>
      </w:r>
      <w:proofErr w:type="spellEnd"/>
      <w:r w:rsidRPr="00627C43">
        <w:rPr>
          <w:lang w:val="fr-FR"/>
        </w:rPr>
        <w:t xml:space="preserve"> </w:t>
      </w:r>
      <w:proofErr w:type="spellStart"/>
      <w:r w:rsidRPr="00627C43">
        <w:rPr>
          <w:lang w:val="fr-FR"/>
        </w:rPr>
        <w:t>koja</w:t>
      </w:r>
      <w:proofErr w:type="spellEnd"/>
      <w:r w:rsidRPr="00627C43">
        <w:rPr>
          <w:lang w:val="fr-FR"/>
        </w:rPr>
        <w:t xml:space="preserve"> se </w:t>
      </w:r>
      <w:proofErr w:type="spellStart"/>
      <w:r w:rsidRPr="00627C43">
        <w:rPr>
          <w:lang w:val="fr-FR"/>
        </w:rPr>
        <w:t>isporučuje</w:t>
      </w:r>
      <w:proofErr w:type="spellEnd"/>
      <w:r w:rsidRPr="00627C43">
        <w:rPr>
          <w:lang w:val="fr-FR"/>
        </w:rPr>
        <w:t xml:space="preserve"> </w:t>
      </w:r>
      <w:proofErr w:type="spellStart"/>
      <w:r w:rsidRPr="00627C43">
        <w:rPr>
          <w:lang w:val="fr-FR"/>
        </w:rPr>
        <w:t>plovnom</w:t>
      </w:r>
      <w:proofErr w:type="spellEnd"/>
      <w:r w:rsidRPr="00627C43">
        <w:rPr>
          <w:lang w:val="fr-FR"/>
        </w:rPr>
        <w:t xml:space="preserve"> </w:t>
      </w:r>
      <w:proofErr w:type="spellStart"/>
      <w:r w:rsidRPr="00627C43">
        <w:rPr>
          <w:lang w:val="fr-FR"/>
        </w:rPr>
        <w:t>objektu</w:t>
      </w:r>
      <w:proofErr w:type="spellEnd"/>
      <w:r w:rsidRPr="00627C43">
        <w:rPr>
          <w:lang w:val="fr-FR"/>
        </w:rPr>
        <w:t xml:space="preserve">, </w:t>
      </w:r>
      <w:proofErr w:type="spellStart"/>
      <w:r w:rsidRPr="00627C43">
        <w:rPr>
          <w:lang w:val="fr-FR"/>
        </w:rPr>
        <w:t>utvrđuje</w:t>
      </w:r>
      <w:proofErr w:type="spellEnd"/>
      <w:r w:rsidRPr="00627C43">
        <w:rPr>
          <w:lang w:val="fr-FR"/>
        </w:rPr>
        <w:t xml:space="preserve"> da li </w:t>
      </w:r>
      <w:proofErr w:type="spellStart"/>
      <w:r w:rsidRPr="00627C43">
        <w:rPr>
          <w:lang w:val="fr-FR"/>
        </w:rPr>
        <w:t>predmetna</w:t>
      </w:r>
      <w:proofErr w:type="spellEnd"/>
      <w:r w:rsidRPr="00627C43">
        <w:rPr>
          <w:lang w:val="fr-FR"/>
        </w:rPr>
        <w:t xml:space="preserve"> </w:t>
      </w:r>
      <w:proofErr w:type="spellStart"/>
      <w:r w:rsidRPr="00627C43">
        <w:rPr>
          <w:lang w:val="fr-FR"/>
        </w:rPr>
        <w:t>pošiljka</w:t>
      </w:r>
      <w:proofErr w:type="spellEnd"/>
      <w:r w:rsidRPr="00627C43">
        <w:rPr>
          <w:lang w:val="fr-FR"/>
        </w:rPr>
        <w:t xml:space="preserve"> </w:t>
      </w:r>
      <w:proofErr w:type="spellStart"/>
      <w:r w:rsidRPr="00627C43">
        <w:rPr>
          <w:lang w:val="fr-FR"/>
        </w:rPr>
        <w:t>odgovara</w:t>
      </w:r>
      <w:proofErr w:type="spellEnd"/>
      <w:r w:rsidRPr="00627C43">
        <w:rPr>
          <w:lang w:val="fr-FR"/>
        </w:rPr>
        <w:t xml:space="preserve"> </w:t>
      </w:r>
      <w:proofErr w:type="spellStart"/>
      <w:r w:rsidRPr="00627C43">
        <w:rPr>
          <w:lang w:val="fr-FR"/>
        </w:rPr>
        <w:t>podacima</w:t>
      </w:r>
      <w:proofErr w:type="spellEnd"/>
      <w:r w:rsidRPr="00627C43">
        <w:rPr>
          <w:lang w:val="fr-FR"/>
        </w:rPr>
        <w:t xml:space="preserve"> </w:t>
      </w:r>
      <w:proofErr w:type="spellStart"/>
      <w:r w:rsidRPr="00627C43">
        <w:rPr>
          <w:lang w:val="fr-FR"/>
        </w:rPr>
        <w:t>navedenim</w:t>
      </w:r>
      <w:proofErr w:type="spellEnd"/>
      <w:r w:rsidRPr="00627C43">
        <w:rPr>
          <w:lang w:val="fr-FR"/>
        </w:rPr>
        <w:t xml:space="preserve"> u </w:t>
      </w:r>
      <w:proofErr w:type="spellStart"/>
      <w:r w:rsidRPr="00627C43">
        <w:rPr>
          <w:lang w:val="fr-FR"/>
        </w:rPr>
        <w:t>zahtjevu</w:t>
      </w:r>
      <w:proofErr w:type="spellEnd"/>
      <w:r w:rsidRPr="00627C43">
        <w:rPr>
          <w:lang w:val="fr-FR"/>
        </w:rPr>
        <w:t xml:space="preserve"> </w:t>
      </w:r>
      <w:proofErr w:type="spellStart"/>
      <w:r w:rsidRPr="00627C43">
        <w:rPr>
          <w:lang w:val="fr-FR"/>
        </w:rPr>
        <w:t>za</w:t>
      </w:r>
      <w:proofErr w:type="spellEnd"/>
      <w:r w:rsidRPr="00627C43">
        <w:rPr>
          <w:lang w:val="fr-FR"/>
        </w:rPr>
        <w:t xml:space="preserve"> </w:t>
      </w:r>
      <w:proofErr w:type="spellStart"/>
      <w:r w:rsidRPr="00627C43">
        <w:rPr>
          <w:lang w:val="fr-FR"/>
        </w:rPr>
        <w:t>markiranje</w:t>
      </w:r>
      <w:proofErr w:type="spellEnd"/>
      <w:r w:rsidRPr="00627C43">
        <w:rPr>
          <w:lang w:val="fr-FR"/>
        </w:rPr>
        <w:t>.</w:t>
      </w:r>
    </w:p>
    <w:p w14:paraId="31EDB7BA" w14:textId="1E74ECFC" w:rsidR="00760295" w:rsidRPr="00627C43" w:rsidRDefault="004156A8" w:rsidP="00760295">
      <w:pPr>
        <w:jc w:val="both"/>
        <w:rPr>
          <w:lang w:val="fr-FR"/>
        </w:rPr>
      </w:pPr>
      <w:proofErr w:type="spellStart"/>
      <w:r>
        <w:rPr>
          <w:lang w:val="fr-FR"/>
        </w:rPr>
        <w:t>P</w:t>
      </w:r>
      <w:r w:rsidR="00760295" w:rsidRPr="00627C43">
        <w:rPr>
          <w:lang w:val="fr-FR"/>
        </w:rPr>
        <w:t>ostupak</w:t>
      </w:r>
      <w:proofErr w:type="spellEnd"/>
      <w:r w:rsidR="00760295" w:rsidRPr="00627C43">
        <w:rPr>
          <w:lang w:val="fr-FR"/>
        </w:rPr>
        <w:t xml:space="preserve"> </w:t>
      </w:r>
      <w:proofErr w:type="spellStart"/>
      <w:r w:rsidR="00760295" w:rsidRPr="00627C43">
        <w:rPr>
          <w:lang w:val="fr-FR"/>
        </w:rPr>
        <w:t>markiranja</w:t>
      </w:r>
      <w:proofErr w:type="spellEnd"/>
      <w:r w:rsidR="00760295" w:rsidRPr="00627C43">
        <w:rPr>
          <w:lang w:val="fr-FR"/>
        </w:rPr>
        <w:t xml:space="preserve"> </w:t>
      </w:r>
      <w:proofErr w:type="spellStart"/>
      <w:r w:rsidR="00760295" w:rsidRPr="00627C43">
        <w:rPr>
          <w:lang w:val="fr-FR"/>
        </w:rPr>
        <w:t>plovnih</w:t>
      </w:r>
      <w:proofErr w:type="spellEnd"/>
      <w:r w:rsidR="00760295" w:rsidRPr="00627C43">
        <w:rPr>
          <w:lang w:val="fr-FR"/>
        </w:rPr>
        <w:t xml:space="preserve"> </w:t>
      </w:r>
      <w:proofErr w:type="spellStart"/>
      <w:r w:rsidR="00760295" w:rsidRPr="00627C43">
        <w:rPr>
          <w:lang w:val="fr-FR"/>
        </w:rPr>
        <w:t>objekata</w:t>
      </w:r>
      <w:proofErr w:type="spellEnd"/>
      <w:r w:rsidR="00760295" w:rsidRPr="00627C43">
        <w:rPr>
          <w:lang w:val="fr-FR"/>
        </w:rPr>
        <w:t xml:space="preserve"> </w:t>
      </w:r>
      <w:proofErr w:type="spellStart"/>
      <w:r w:rsidR="00760295" w:rsidRPr="00627C43">
        <w:rPr>
          <w:lang w:val="fr-FR"/>
        </w:rPr>
        <w:t>vrši</w:t>
      </w:r>
      <w:proofErr w:type="spellEnd"/>
      <w:r w:rsidR="00760295" w:rsidRPr="00627C43">
        <w:rPr>
          <w:lang w:val="fr-FR"/>
        </w:rPr>
        <w:t xml:space="preserve"> se </w:t>
      </w:r>
      <w:proofErr w:type="spellStart"/>
      <w:r w:rsidR="00760295" w:rsidRPr="00627C43">
        <w:rPr>
          <w:lang w:val="fr-FR"/>
        </w:rPr>
        <w:t>korišćenjem</w:t>
      </w:r>
      <w:proofErr w:type="spellEnd"/>
      <w:r w:rsidR="00760295" w:rsidRPr="00627C43">
        <w:rPr>
          <w:lang w:val="fr-FR"/>
        </w:rPr>
        <w:t xml:space="preserve"> </w:t>
      </w:r>
      <w:proofErr w:type="spellStart"/>
      <w:r w:rsidR="00760295" w:rsidRPr="00627C43">
        <w:rPr>
          <w:lang w:val="fr-FR"/>
        </w:rPr>
        <w:t>poluautomatskog</w:t>
      </w:r>
      <w:proofErr w:type="spellEnd"/>
      <w:r w:rsidR="00760295" w:rsidRPr="00627C43">
        <w:rPr>
          <w:lang w:val="fr-FR"/>
        </w:rPr>
        <w:t xml:space="preserve"> </w:t>
      </w:r>
      <w:proofErr w:type="spellStart"/>
      <w:r w:rsidR="00760295" w:rsidRPr="00627C43">
        <w:rPr>
          <w:lang w:val="fr-FR"/>
        </w:rPr>
        <w:t>uređaja</w:t>
      </w:r>
      <w:proofErr w:type="spellEnd"/>
      <w:r w:rsidR="00760295" w:rsidRPr="00627C43">
        <w:rPr>
          <w:lang w:val="fr-FR"/>
        </w:rPr>
        <w:t xml:space="preserve"> </w:t>
      </w:r>
      <w:proofErr w:type="spellStart"/>
      <w:r w:rsidR="00760295" w:rsidRPr="00627C43">
        <w:rPr>
          <w:lang w:val="fr-FR"/>
        </w:rPr>
        <w:t>za</w:t>
      </w:r>
      <w:proofErr w:type="spellEnd"/>
      <w:r w:rsidR="00760295" w:rsidRPr="00627C43">
        <w:rPr>
          <w:lang w:val="fr-FR"/>
        </w:rPr>
        <w:t xml:space="preserve"> </w:t>
      </w:r>
      <w:proofErr w:type="spellStart"/>
      <w:r w:rsidR="00760295" w:rsidRPr="00627C43">
        <w:rPr>
          <w:lang w:val="fr-FR"/>
        </w:rPr>
        <w:t>doziranje</w:t>
      </w:r>
      <w:proofErr w:type="spellEnd"/>
      <w:r w:rsidR="00760295" w:rsidRPr="00627C43">
        <w:rPr>
          <w:lang w:val="fr-FR"/>
        </w:rPr>
        <w:t xml:space="preserve"> </w:t>
      </w:r>
      <w:proofErr w:type="spellStart"/>
      <w:r w:rsidR="00760295" w:rsidRPr="00627C43">
        <w:rPr>
          <w:lang w:val="fr-FR"/>
        </w:rPr>
        <w:t>markera</w:t>
      </w:r>
      <w:proofErr w:type="spellEnd"/>
      <w:r w:rsidR="00760295" w:rsidRPr="00627C43">
        <w:rPr>
          <w:lang w:val="fr-FR"/>
        </w:rPr>
        <w:t xml:space="preserve"> (SDD).</w:t>
      </w:r>
    </w:p>
    <w:p w14:paraId="07AE3982" w14:textId="77777777" w:rsidR="00760295" w:rsidRPr="00627C43" w:rsidRDefault="00760295" w:rsidP="00760295">
      <w:pPr>
        <w:jc w:val="both"/>
        <w:rPr>
          <w:lang w:val="fr-FR"/>
        </w:rPr>
      </w:pPr>
      <w:proofErr w:type="spellStart"/>
      <w:r w:rsidRPr="00627C43">
        <w:rPr>
          <w:lang w:val="fr-FR"/>
        </w:rPr>
        <w:t>Prilikom</w:t>
      </w:r>
      <w:proofErr w:type="spellEnd"/>
      <w:r w:rsidRPr="00627C43">
        <w:rPr>
          <w:lang w:val="fr-FR"/>
        </w:rPr>
        <w:t xml:space="preserve"> </w:t>
      </w:r>
      <w:proofErr w:type="spellStart"/>
      <w:r w:rsidRPr="00627C43">
        <w:rPr>
          <w:lang w:val="fr-FR"/>
        </w:rPr>
        <w:t>pripreme</w:t>
      </w:r>
      <w:proofErr w:type="spellEnd"/>
      <w:r w:rsidRPr="00627C43">
        <w:rPr>
          <w:lang w:val="fr-FR"/>
        </w:rPr>
        <w:t xml:space="preserve"> i </w:t>
      </w:r>
      <w:proofErr w:type="spellStart"/>
      <w:r w:rsidRPr="00627C43">
        <w:rPr>
          <w:lang w:val="fr-FR"/>
        </w:rPr>
        <w:t>provođenja</w:t>
      </w:r>
      <w:proofErr w:type="spellEnd"/>
      <w:r w:rsidRPr="00627C43">
        <w:rPr>
          <w:lang w:val="fr-FR"/>
        </w:rPr>
        <w:t xml:space="preserve"> </w:t>
      </w:r>
      <w:proofErr w:type="spellStart"/>
      <w:r w:rsidRPr="00627C43">
        <w:rPr>
          <w:lang w:val="fr-FR"/>
        </w:rPr>
        <w:t>postupka</w:t>
      </w:r>
      <w:proofErr w:type="spellEnd"/>
      <w:r w:rsidRPr="00627C43">
        <w:rPr>
          <w:lang w:val="fr-FR"/>
        </w:rPr>
        <w:t xml:space="preserve"> </w:t>
      </w:r>
      <w:proofErr w:type="spellStart"/>
      <w:r w:rsidRPr="00627C43">
        <w:rPr>
          <w:lang w:val="fr-FR"/>
        </w:rPr>
        <w:t>markiranja</w:t>
      </w:r>
      <w:proofErr w:type="spellEnd"/>
      <w:r w:rsidRPr="00627C43">
        <w:rPr>
          <w:lang w:val="fr-FR"/>
        </w:rPr>
        <w:t xml:space="preserve">, u </w:t>
      </w:r>
      <w:proofErr w:type="spellStart"/>
      <w:r w:rsidRPr="00627C43">
        <w:rPr>
          <w:lang w:val="fr-FR"/>
        </w:rPr>
        <w:t>informacioni</w:t>
      </w:r>
      <w:proofErr w:type="spellEnd"/>
      <w:r w:rsidRPr="00627C43">
        <w:rPr>
          <w:lang w:val="fr-FR"/>
        </w:rPr>
        <w:t xml:space="preserve"> </w:t>
      </w:r>
      <w:proofErr w:type="spellStart"/>
      <w:r w:rsidRPr="00627C43">
        <w:rPr>
          <w:lang w:val="fr-FR"/>
        </w:rPr>
        <w:t>sistem</w:t>
      </w:r>
      <w:proofErr w:type="spellEnd"/>
      <w:r w:rsidRPr="00627C43">
        <w:rPr>
          <w:lang w:val="fr-FR"/>
        </w:rPr>
        <w:t xml:space="preserve"> </w:t>
      </w:r>
      <w:proofErr w:type="spellStart"/>
      <w:r w:rsidRPr="00627C43">
        <w:rPr>
          <w:lang w:val="fr-FR"/>
        </w:rPr>
        <w:t>unose</w:t>
      </w:r>
      <w:proofErr w:type="spellEnd"/>
      <w:r w:rsidRPr="00627C43">
        <w:rPr>
          <w:lang w:val="fr-FR"/>
        </w:rPr>
        <w:t xml:space="preserve"> se </w:t>
      </w:r>
      <w:proofErr w:type="spellStart"/>
      <w:r w:rsidRPr="00627C43">
        <w:rPr>
          <w:lang w:val="fr-FR"/>
        </w:rPr>
        <w:t>najmanje</w:t>
      </w:r>
      <w:proofErr w:type="spellEnd"/>
      <w:r w:rsidRPr="00627C43">
        <w:rPr>
          <w:lang w:val="fr-FR"/>
        </w:rPr>
        <w:t xml:space="preserve"> </w:t>
      </w:r>
      <w:proofErr w:type="spellStart"/>
      <w:r w:rsidRPr="00627C43">
        <w:rPr>
          <w:lang w:val="fr-FR"/>
        </w:rPr>
        <w:t>sljedeći</w:t>
      </w:r>
      <w:proofErr w:type="spellEnd"/>
      <w:r w:rsidRPr="00627C43">
        <w:rPr>
          <w:lang w:val="fr-FR"/>
        </w:rPr>
        <w:t xml:space="preserve"> </w:t>
      </w:r>
      <w:proofErr w:type="spellStart"/>
      <w:proofErr w:type="gramStart"/>
      <w:r w:rsidRPr="00627C43">
        <w:rPr>
          <w:lang w:val="fr-FR"/>
        </w:rPr>
        <w:t>podaci</w:t>
      </w:r>
      <w:proofErr w:type="spellEnd"/>
      <w:r w:rsidRPr="00627C43">
        <w:rPr>
          <w:lang w:val="fr-FR"/>
        </w:rPr>
        <w:t>:</w:t>
      </w:r>
      <w:proofErr w:type="gramEnd"/>
    </w:p>
    <w:p w14:paraId="41E0E906" w14:textId="1F4064C4" w:rsidR="00760295" w:rsidRPr="00627C43" w:rsidRDefault="004156A8" w:rsidP="00627C43">
      <w:pPr>
        <w:pStyle w:val="ListParagraph"/>
        <w:numPr>
          <w:ilvl w:val="0"/>
          <w:numId w:val="16"/>
        </w:numPr>
        <w:spacing w:line="240" w:lineRule="auto"/>
        <w:jc w:val="both"/>
        <w:rPr>
          <w:rFonts w:cs="Arial"/>
          <w:szCs w:val="24"/>
          <w:lang w:val="sr-Latn-CS"/>
        </w:rPr>
      </w:pPr>
      <w:r>
        <w:rPr>
          <w:rFonts w:cs="Arial"/>
          <w:szCs w:val="24"/>
          <w:lang w:val="sr-Latn-CS"/>
        </w:rPr>
        <w:t>O</w:t>
      </w:r>
      <w:r w:rsidR="00760295" w:rsidRPr="00627C43">
        <w:rPr>
          <w:rFonts w:cs="Arial"/>
          <w:szCs w:val="24"/>
          <w:lang w:val="sr-Latn-CS"/>
        </w:rPr>
        <w:t>bveznik markiranja</w:t>
      </w:r>
    </w:p>
    <w:p w14:paraId="6C5858E1" w14:textId="77777777" w:rsidR="00760295" w:rsidRPr="00627C43" w:rsidRDefault="00760295" w:rsidP="00627C43">
      <w:pPr>
        <w:pStyle w:val="ListParagraph"/>
        <w:numPr>
          <w:ilvl w:val="0"/>
          <w:numId w:val="16"/>
        </w:numPr>
        <w:spacing w:line="240" w:lineRule="auto"/>
        <w:jc w:val="both"/>
        <w:rPr>
          <w:rFonts w:cs="Arial"/>
          <w:szCs w:val="24"/>
          <w:lang w:val="sr-Latn-CS"/>
        </w:rPr>
      </w:pPr>
      <w:r w:rsidRPr="00627C43">
        <w:rPr>
          <w:rFonts w:cs="Arial"/>
          <w:szCs w:val="24"/>
          <w:lang w:val="sr-Latn-CS"/>
        </w:rPr>
        <w:t>Naziv i/ili registarska oznaka plovnog objekta</w:t>
      </w:r>
    </w:p>
    <w:p w14:paraId="14569771" w14:textId="77777777" w:rsidR="00760295" w:rsidRPr="00627C43" w:rsidRDefault="00760295" w:rsidP="00627C43">
      <w:pPr>
        <w:pStyle w:val="ListParagraph"/>
        <w:numPr>
          <w:ilvl w:val="0"/>
          <w:numId w:val="16"/>
        </w:numPr>
        <w:spacing w:line="240" w:lineRule="auto"/>
        <w:jc w:val="both"/>
        <w:rPr>
          <w:rFonts w:cs="Arial"/>
          <w:szCs w:val="24"/>
          <w:lang w:val="sr-Latn-CS"/>
        </w:rPr>
      </w:pPr>
      <w:r w:rsidRPr="00627C43">
        <w:rPr>
          <w:rFonts w:cs="Arial"/>
          <w:szCs w:val="24"/>
          <w:lang w:val="sr-Latn-CS"/>
        </w:rPr>
        <w:t>Vrsta derivata nafte</w:t>
      </w:r>
    </w:p>
    <w:p w14:paraId="58FC8C83" w14:textId="77777777" w:rsidR="00760295" w:rsidRPr="00627C43" w:rsidRDefault="00760295" w:rsidP="00627C43">
      <w:pPr>
        <w:pStyle w:val="ListParagraph"/>
        <w:numPr>
          <w:ilvl w:val="0"/>
          <w:numId w:val="16"/>
        </w:numPr>
        <w:spacing w:line="240" w:lineRule="auto"/>
        <w:jc w:val="both"/>
        <w:rPr>
          <w:rFonts w:cs="Arial"/>
          <w:szCs w:val="24"/>
          <w:lang w:val="sr-Latn-CS"/>
        </w:rPr>
      </w:pPr>
      <w:r w:rsidRPr="00627C43">
        <w:rPr>
          <w:rFonts w:cs="Arial"/>
          <w:szCs w:val="24"/>
          <w:lang w:val="sr-Latn-CS"/>
        </w:rPr>
        <w:t>Količina derivata nafte koja se markira (l)</w:t>
      </w:r>
    </w:p>
    <w:p w14:paraId="6BA75BD9" w14:textId="77777777" w:rsidR="00760295" w:rsidRPr="00627C43" w:rsidRDefault="00760295" w:rsidP="00627C43">
      <w:pPr>
        <w:pStyle w:val="ListParagraph"/>
        <w:numPr>
          <w:ilvl w:val="0"/>
          <w:numId w:val="16"/>
        </w:numPr>
        <w:spacing w:line="240" w:lineRule="auto"/>
        <w:jc w:val="both"/>
        <w:rPr>
          <w:rFonts w:cs="Arial"/>
          <w:szCs w:val="24"/>
          <w:lang w:val="sr-Latn-CS"/>
        </w:rPr>
      </w:pPr>
      <w:r w:rsidRPr="00627C43">
        <w:rPr>
          <w:rFonts w:cs="Arial"/>
          <w:szCs w:val="24"/>
          <w:lang w:val="sr-Latn-CS"/>
        </w:rPr>
        <w:t>Tip markera</w:t>
      </w:r>
    </w:p>
    <w:p w14:paraId="0E7B8102" w14:textId="77777777" w:rsidR="00760295" w:rsidRPr="00627C43" w:rsidRDefault="00760295" w:rsidP="00627C43">
      <w:pPr>
        <w:pStyle w:val="ListParagraph"/>
        <w:numPr>
          <w:ilvl w:val="0"/>
          <w:numId w:val="16"/>
        </w:numPr>
        <w:spacing w:line="240" w:lineRule="auto"/>
        <w:jc w:val="both"/>
        <w:rPr>
          <w:rFonts w:cs="Arial"/>
          <w:szCs w:val="24"/>
          <w:lang w:val="sr-Latn-CS"/>
        </w:rPr>
      </w:pPr>
      <w:r w:rsidRPr="00627C43">
        <w:rPr>
          <w:rFonts w:cs="Arial"/>
          <w:szCs w:val="24"/>
          <w:lang w:val="sr-Latn-CS"/>
        </w:rPr>
        <w:t>Mjesto markiranja</w:t>
      </w:r>
    </w:p>
    <w:p w14:paraId="3310CFDE" w14:textId="77777777" w:rsidR="00760295" w:rsidRPr="00627C43" w:rsidRDefault="00760295" w:rsidP="00760295">
      <w:pPr>
        <w:jc w:val="both"/>
        <w:rPr>
          <w:lang w:val="fr-FR"/>
        </w:rPr>
      </w:pPr>
      <w:proofErr w:type="spellStart"/>
      <w:r w:rsidRPr="00627C43">
        <w:rPr>
          <w:lang w:val="fr-FR"/>
        </w:rPr>
        <w:t>Prije</w:t>
      </w:r>
      <w:proofErr w:type="spellEnd"/>
      <w:r w:rsidRPr="00627C43">
        <w:rPr>
          <w:lang w:val="fr-FR"/>
        </w:rPr>
        <w:t xml:space="preserve"> </w:t>
      </w:r>
      <w:proofErr w:type="spellStart"/>
      <w:r w:rsidRPr="00627C43">
        <w:rPr>
          <w:lang w:val="fr-FR"/>
        </w:rPr>
        <w:t>početka</w:t>
      </w:r>
      <w:proofErr w:type="spellEnd"/>
      <w:r w:rsidRPr="00627C43">
        <w:rPr>
          <w:lang w:val="fr-FR"/>
        </w:rPr>
        <w:t xml:space="preserve"> </w:t>
      </w:r>
      <w:proofErr w:type="spellStart"/>
      <w:r w:rsidRPr="00627C43">
        <w:rPr>
          <w:lang w:val="fr-FR"/>
        </w:rPr>
        <w:t>markiranja</w:t>
      </w:r>
      <w:proofErr w:type="spellEnd"/>
      <w:r w:rsidRPr="00627C43">
        <w:rPr>
          <w:lang w:val="fr-FR"/>
        </w:rPr>
        <w:t xml:space="preserve"> </w:t>
      </w:r>
      <w:proofErr w:type="spellStart"/>
      <w:r w:rsidRPr="00627C43">
        <w:rPr>
          <w:lang w:val="fr-FR"/>
        </w:rPr>
        <w:t>predstavnik</w:t>
      </w:r>
      <w:proofErr w:type="spellEnd"/>
      <w:r w:rsidRPr="00627C43">
        <w:rPr>
          <w:lang w:val="fr-FR"/>
        </w:rPr>
        <w:t xml:space="preserve"> </w:t>
      </w:r>
      <w:proofErr w:type="spellStart"/>
      <w:r w:rsidRPr="00627C43">
        <w:rPr>
          <w:lang w:val="fr-FR"/>
        </w:rPr>
        <w:t>Pružaoca</w:t>
      </w:r>
      <w:proofErr w:type="spellEnd"/>
      <w:r w:rsidRPr="00627C43">
        <w:rPr>
          <w:lang w:val="fr-FR"/>
        </w:rPr>
        <w:t xml:space="preserve"> </w:t>
      </w:r>
      <w:proofErr w:type="spellStart"/>
      <w:r w:rsidRPr="00627C43">
        <w:rPr>
          <w:lang w:val="fr-FR"/>
        </w:rPr>
        <w:t>usluge</w:t>
      </w:r>
      <w:proofErr w:type="spellEnd"/>
      <w:r w:rsidRPr="00627C43">
        <w:rPr>
          <w:lang w:val="fr-FR"/>
        </w:rPr>
        <w:t xml:space="preserve"> </w:t>
      </w:r>
      <w:proofErr w:type="spellStart"/>
      <w:proofErr w:type="gramStart"/>
      <w:r w:rsidRPr="00627C43">
        <w:rPr>
          <w:lang w:val="fr-FR"/>
        </w:rPr>
        <w:t>markiranja</w:t>
      </w:r>
      <w:proofErr w:type="spellEnd"/>
      <w:r w:rsidRPr="00627C43">
        <w:rPr>
          <w:lang w:val="fr-FR"/>
        </w:rPr>
        <w:t>:</w:t>
      </w:r>
      <w:proofErr w:type="gramEnd"/>
    </w:p>
    <w:p w14:paraId="27033C96" w14:textId="77777777" w:rsidR="00760295" w:rsidRPr="00627C43" w:rsidRDefault="00760295" w:rsidP="00627C43">
      <w:pPr>
        <w:pStyle w:val="ListParagraph"/>
        <w:numPr>
          <w:ilvl w:val="0"/>
          <w:numId w:val="16"/>
        </w:numPr>
        <w:spacing w:line="240" w:lineRule="auto"/>
        <w:jc w:val="both"/>
        <w:rPr>
          <w:rFonts w:cs="Arial"/>
          <w:szCs w:val="24"/>
          <w:lang w:val="sr-Latn-CS"/>
        </w:rPr>
      </w:pPr>
      <w:r w:rsidRPr="00627C43">
        <w:rPr>
          <w:rFonts w:cs="Arial"/>
          <w:szCs w:val="24"/>
          <w:lang w:val="sr-Latn-CS"/>
        </w:rPr>
        <w:t>vrši vizuelni pregled SDD uređaja;</w:t>
      </w:r>
    </w:p>
    <w:p w14:paraId="4237FE2A" w14:textId="77777777" w:rsidR="00760295" w:rsidRPr="00627C43" w:rsidRDefault="00760295" w:rsidP="00627C43">
      <w:pPr>
        <w:pStyle w:val="ListParagraph"/>
        <w:numPr>
          <w:ilvl w:val="0"/>
          <w:numId w:val="16"/>
        </w:numPr>
        <w:spacing w:line="240" w:lineRule="auto"/>
        <w:jc w:val="both"/>
        <w:rPr>
          <w:rFonts w:cs="Arial"/>
          <w:szCs w:val="24"/>
          <w:lang w:val="sr-Latn-CS"/>
        </w:rPr>
      </w:pPr>
      <w:r w:rsidRPr="00627C43">
        <w:rPr>
          <w:rFonts w:cs="Arial"/>
          <w:szCs w:val="24"/>
          <w:lang w:val="sr-Latn-CS"/>
        </w:rPr>
        <w:t>provjerava integritet crijeva i spojnih elemenata;</w:t>
      </w:r>
    </w:p>
    <w:p w14:paraId="791E6985" w14:textId="77777777" w:rsidR="00760295" w:rsidRPr="00627C43" w:rsidRDefault="00760295" w:rsidP="00627C43">
      <w:pPr>
        <w:pStyle w:val="ListParagraph"/>
        <w:numPr>
          <w:ilvl w:val="0"/>
          <w:numId w:val="16"/>
        </w:numPr>
        <w:spacing w:line="240" w:lineRule="auto"/>
        <w:jc w:val="both"/>
        <w:rPr>
          <w:rFonts w:cs="Arial"/>
          <w:szCs w:val="24"/>
          <w:lang w:val="sr-Latn-CS"/>
        </w:rPr>
      </w:pPr>
      <w:r w:rsidRPr="00627C43">
        <w:rPr>
          <w:rFonts w:cs="Arial"/>
          <w:szCs w:val="24"/>
          <w:lang w:val="sr-Latn-CS"/>
        </w:rPr>
        <w:t>povezuje usisno crijevo sa posudom koja sadrži marker;</w:t>
      </w:r>
    </w:p>
    <w:p w14:paraId="1EC31279" w14:textId="77777777" w:rsidR="00760295" w:rsidRPr="00627C43" w:rsidRDefault="00760295" w:rsidP="00627C43">
      <w:pPr>
        <w:pStyle w:val="ListParagraph"/>
        <w:numPr>
          <w:ilvl w:val="0"/>
          <w:numId w:val="16"/>
        </w:numPr>
        <w:spacing w:line="240" w:lineRule="auto"/>
        <w:jc w:val="both"/>
        <w:rPr>
          <w:rFonts w:cs="Arial"/>
          <w:szCs w:val="24"/>
          <w:lang w:val="sr-Latn-CS"/>
        </w:rPr>
      </w:pPr>
      <w:r w:rsidRPr="00627C43">
        <w:rPr>
          <w:rFonts w:cs="Arial"/>
          <w:szCs w:val="24"/>
          <w:lang w:val="sr-Latn-CS"/>
        </w:rPr>
        <w:t>povezuje izlazno crijevo na mjesto predviđeno za doziranje markera u tok goriva;</w:t>
      </w:r>
    </w:p>
    <w:p w14:paraId="3CA868E0" w14:textId="77777777" w:rsidR="00760295" w:rsidRPr="00627C43" w:rsidRDefault="00760295" w:rsidP="00627C43">
      <w:pPr>
        <w:pStyle w:val="ListParagraph"/>
        <w:numPr>
          <w:ilvl w:val="0"/>
          <w:numId w:val="16"/>
        </w:numPr>
        <w:spacing w:line="240" w:lineRule="auto"/>
        <w:jc w:val="both"/>
        <w:rPr>
          <w:rFonts w:cs="Arial"/>
          <w:szCs w:val="24"/>
          <w:lang w:val="sr-Latn-CS"/>
        </w:rPr>
      </w:pPr>
      <w:r w:rsidRPr="00627C43">
        <w:rPr>
          <w:rFonts w:cs="Arial"/>
          <w:szCs w:val="24"/>
          <w:lang w:val="sr-Latn-CS"/>
        </w:rPr>
        <w:t>provjerava ispravnost svih priključaka i spojeva.</w:t>
      </w:r>
    </w:p>
    <w:p w14:paraId="23CC26B4" w14:textId="77777777" w:rsidR="00760295" w:rsidRPr="00627C43" w:rsidRDefault="00760295" w:rsidP="00760295">
      <w:pPr>
        <w:jc w:val="both"/>
        <w:rPr>
          <w:lang w:val="fr-FR"/>
        </w:rPr>
      </w:pPr>
      <w:proofErr w:type="spellStart"/>
      <w:r w:rsidRPr="00627C43">
        <w:rPr>
          <w:lang w:val="fr-FR"/>
        </w:rPr>
        <w:t>Tokom</w:t>
      </w:r>
      <w:proofErr w:type="spellEnd"/>
      <w:r w:rsidRPr="00627C43">
        <w:rPr>
          <w:lang w:val="fr-FR"/>
        </w:rPr>
        <w:t xml:space="preserve"> </w:t>
      </w:r>
      <w:proofErr w:type="spellStart"/>
      <w:r w:rsidRPr="00627C43">
        <w:rPr>
          <w:lang w:val="fr-FR"/>
        </w:rPr>
        <w:t>markiranja</w:t>
      </w:r>
      <w:proofErr w:type="spellEnd"/>
      <w:r w:rsidRPr="00627C43">
        <w:rPr>
          <w:lang w:val="fr-FR"/>
        </w:rPr>
        <w:t xml:space="preserve"> </w:t>
      </w:r>
      <w:proofErr w:type="spellStart"/>
      <w:r w:rsidRPr="00627C43">
        <w:rPr>
          <w:lang w:val="fr-FR"/>
        </w:rPr>
        <w:t>predstavnik</w:t>
      </w:r>
      <w:proofErr w:type="spellEnd"/>
      <w:r w:rsidRPr="00627C43">
        <w:rPr>
          <w:lang w:val="fr-FR"/>
        </w:rPr>
        <w:t xml:space="preserve"> </w:t>
      </w:r>
      <w:proofErr w:type="spellStart"/>
      <w:r w:rsidRPr="00627C43">
        <w:rPr>
          <w:lang w:val="fr-FR"/>
        </w:rPr>
        <w:t>Pružaoca</w:t>
      </w:r>
      <w:proofErr w:type="spellEnd"/>
      <w:r w:rsidRPr="00627C43">
        <w:rPr>
          <w:lang w:val="fr-FR"/>
        </w:rPr>
        <w:t xml:space="preserve"> </w:t>
      </w:r>
      <w:proofErr w:type="spellStart"/>
      <w:r w:rsidRPr="00627C43">
        <w:rPr>
          <w:lang w:val="fr-FR"/>
        </w:rPr>
        <w:t>usluge</w:t>
      </w:r>
      <w:proofErr w:type="spellEnd"/>
      <w:r w:rsidRPr="00627C43">
        <w:rPr>
          <w:lang w:val="fr-FR"/>
        </w:rPr>
        <w:t xml:space="preserve"> </w:t>
      </w:r>
      <w:proofErr w:type="spellStart"/>
      <w:proofErr w:type="gramStart"/>
      <w:r w:rsidRPr="00627C43">
        <w:rPr>
          <w:lang w:val="fr-FR"/>
        </w:rPr>
        <w:t>markiranja</w:t>
      </w:r>
      <w:proofErr w:type="spellEnd"/>
      <w:r w:rsidRPr="00627C43">
        <w:rPr>
          <w:lang w:val="fr-FR"/>
        </w:rPr>
        <w:t>:</w:t>
      </w:r>
      <w:proofErr w:type="gramEnd"/>
    </w:p>
    <w:p w14:paraId="69F58C3F" w14:textId="77777777" w:rsidR="00760295" w:rsidRPr="00627C43" w:rsidRDefault="00760295" w:rsidP="00627C43">
      <w:pPr>
        <w:pStyle w:val="ListParagraph"/>
        <w:numPr>
          <w:ilvl w:val="0"/>
          <w:numId w:val="16"/>
        </w:numPr>
        <w:spacing w:line="240" w:lineRule="auto"/>
        <w:jc w:val="both"/>
        <w:rPr>
          <w:rFonts w:cs="Arial"/>
          <w:szCs w:val="24"/>
          <w:lang w:val="sr-Latn-CS"/>
        </w:rPr>
      </w:pPr>
      <w:r w:rsidRPr="00627C43">
        <w:rPr>
          <w:rFonts w:cs="Arial"/>
          <w:szCs w:val="24"/>
          <w:lang w:val="sr-Latn-CS"/>
        </w:rPr>
        <w:lastRenderedPageBreak/>
        <w:t>unosi količinu goriva koja se markira;</w:t>
      </w:r>
    </w:p>
    <w:p w14:paraId="0C124A52" w14:textId="7EF8D435" w:rsidR="00760295" w:rsidRPr="00627C43" w:rsidRDefault="00760295" w:rsidP="00627C43">
      <w:pPr>
        <w:pStyle w:val="ListParagraph"/>
        <w:numPr>
          <w:ilvl w:val="0"/>
          <w:numId w:val="16"/>
        </w:numPr>
        <w:spacing w:line="240" w:lineRule="auto"/>
        <w:jc w:val="both"/>
        <w:rPr>
          <w:rFonts w:cs="Arial"/>
          <w:szCs w:val="24"/>
          <w:lang w:val="sr-Latn-CS"/>
        </w:rPr>
      </w:pPr>
      <w:r w:rsidRPr="00627C43">
        <w:rPr>
          <w:rFonts w:cs="Arial"/>
          <w:szCs w:val="24"/>
          <w:lang w:val="sr-Latn-CS"/>
        </w:rPr>
        <w:t>potvrđuje propisan</w:t>
      </w:r>
      <w:r w:rsidR="004156A8">
        <w:rPr>
          <w:rFonts w:cs="Arial"/>
          <w:szCs w:val="24"/>
          <w:lang w:val="sr-Latn-CS"/>
        </w:rPr>
        <w:t>i nivo</w:t>
      </w:r>
      <w:r w:rsidRPr="00627C43">
        <w:rPr>
          <w:rFonts w:cs="Arial"/>
          <w:szCs w:val="24"/>
          <w:lang w:val="sr-Latn-CS"/>
        </w:rPr>
        <w:t xml:space="preserve"> doziranja markera</w:t>
      </w:r>
      <w:r w:rsidR="004156A8">
        <w:rPr>
          <w:rFonts w:cs="Arial"/>
          <w:szCs w:val="24"/>
          <w:lang w:val="sr-Latn-CS"/>
        </w:rPr>
        <w:t xml:space="preserve"> u skladu sa poglavljem 10.1 ovog Uputstva</w:t>
      </w:r>
    </w:p>
    <w:p w14:paraId="34B9E1D0" w14:textId="77777777" w:rsidR="00760295" w:rsidRPr="00627C43" w:rsidRDefault="00760295" w:rsidP="00627C43">
      <w:pPr>
        <w:pStyle w:val="ListParagraph"/>
        <w:numPr>
          <w:ilvl w:val="0"/>
          <w:numId w:val="16"/>
        </w:numPr>
        <w:spacing w:line="240" w:lineRule="auto"/>
        <w:jc w:val="both"/>
        <w:rPr>
          <w:rFonts w:cs="Arial"/>
          <w:szCs w:val="24"/>
          <w:lang w:val="sr-Latn-CS"/>
        </w:rPr>
      </w:pPr>
      <w:r w:rsidRPr="00627C43">
        <w:rPr>
          <w:rFonts w:cs="Arial"/>
          <w:szCs w:val="24"/>
          <w:lang w:val="sr-Latn-CS"/>
        </w:rPr>
        <w:t>pokreće proces doziranja markera;</w:t>
      </w:r>
    </w:p>
    <w:p w14:paraId="5A18C0FA" w14:textId="77777777" w:rsidR="00760295" w:rsidRPr="00627C43" w:rsidRDefault="00760295" w:rsidP="00627C43">
      <w:pPr>
        <w:pStyle w:val="ListParagraph"/>
        <w:numPr>
          <w:ilvl w:val="0"/>
          <w:numId w:val="16"/>
        </w:numPr>
        <w:spacing w:line="240" w:lineRule="auto"/>
        <w:jc w:val="both"/>
        <w:rPr>
          <w:rFonts w:cs="Arial"/>
          <w:szCs w:val="24"/>
          <w:lang w:val="sr-Latn-CS"/>
        </w:rPr>
      </w:pPr>
      <w:r w:rsidRPr="00627C43">
        <w:rPr>
          <w:rFonts w:cs="Arial"/>
          <w:szCs w:val="24"/>
          <w:lang w:val="sr-Latn-CS"/>
        </w:rPr>
        <w:t>prati parametre rada uređaja;</w:t>
      </w:r>
    </w:p>
    <w:p w14:paraId="02B01D8D" w14:textId="77777777" w:rsidR="00760295" w:rsidRPr="00627C43" w:rsidRDefault="00760295" w:rsidP="00627C43">
      <w:pPr>
        <w:pStyle w:val="ListParagraph"/>
        <w:numPr>
          <w:ilvl w:val="0"/>
          <w:numId w:val="16"/>
        </w:numPr>
        <w:spacing w:line="240" w:lineRule="auto"/>
        <w:jc w:val="both"/>
        <w:rPr>
          <w:rFonts w:cs="Arial"/>
          <w:szCs w:val="24"/>
          <w:lang w:val="sr-Latn-CS"/>
        </w:rPr>
      </w:pPr>
      <w:r w:rsidRPr="00627C43">
        <w:rPr>
          <w:rFonts w:cs="Arial"/>
          <w:szCs w:val="24"/>
          <w:lang w:val="sr-Latn-CS"/>
        </w:rPr>
        <w:t>nadzire postupak pretakanja goriva i doziranja markera;</w:t>
      </w:r>
    </w:p>
    <w:p w14:paraId="396A5ED3" w14:textId="77777777" w:rsidR="00760295" w:rsidRPr="00627C43" w:rsidRDefault="00760295" w:rsidP="00627C43">
      <w:pPr>
        <w:pStyle w:val="ListParagraph"/>
        <w:numPr>
          <w:ilvl w:val="0"/>
          <w:numId w:val="16"/>
        </w:numPr>
        <w:spacing w:line="240" w:lineRule="auto"/>
        <w:jc w:val="both"/>
        <w:rPr>
          <w:rFonts w:cs="Arial"/>
          <w:szCs w:val="24"/>
          <w:lang w:val="sr-Latn-CS"/>
        </w:rPr>
      </w:pPr>
      <w:r w:rsidRPr="00627C43">
        <w:rPr>
          <w:rFonts w:cs="Arial"/>
          <w:szCs w:val="24"/>
          <w:lang w:val="sr-Latn-CS"/>
        </w:rPr>
        <w:t>potvrđuje uspješan završetak postupka doziranja.</w:t>
      </w:r>
    </w:p>
    <w:p w14:paraId="40C48BC3" w14:textId="77777777" w:rsidR="00760295" w:rsidRDefault="00760295" w:rsidP="00760295">
      <w:pPr>
        <w:jc w:val="both"/>
        <w:rPr>
          <w:lang w:val="fr-FR"/>
        </w:rPr>
      </w:pPr>
      <w:r w:rsidRPr="00627C43">
        <w:rPr>
          <w:lang w:val="fr-FR"/>
        </w:rPr>
        <w:t xml:space="preserve">Marker se </w:t>
      </w:r>
      <w:proofErr w:type="spellStart"/>
      <w:r w:rsidRPr="00627C43">
        <w:rPr>
          <w:lang w:val="fr-FR"/>
        </w:rPr>
        <w:t>dodaje</w:t>
      </w:r>
      <w:proofErr w:type="spellEnd"/>
      <w:r w:rsidRPr="00627C43">
        <w:rPr>
          <w:lang w:val="fr-FR"/>
        </w:rPr>
        <w:t xml:space="preserve"> u </w:t>
      </w:r>
      <w:proofErr w:type="spellStart"/>
      <w:r w:rsidRPr="00627C43">
        <w:rPr>
          <w:lang w:val="fr-FR"/>
        </w:rPr>
        <w:t>tok</w:t>
      </w:r>
      <w:proofErr w:type="spellEnd"/>
      <w:r w:rsidRPr="00627C43">
        <w:rPr>
          <w:lang w:val="fr-FR"/>
        </w:rPr>
        <w:t xml:space="preserve"> </w:t>
      </w:r>
      <w:proofErr w:type="spellStart"/>
      <w:r w:rsidRPr="00627C43">
        <w:rPr>
          <w:lang w:val="fr-FR"/>
        </w:rPr>
        <w:t>goriva</w:t>
      </w:r>
      <w:proofErr w:type="spellEnd"/>
      <w:r w:rsidRPr="00627C43">
        <w:rPr>
          <w:lang w:val="fr-FR"/>
        </w:rPr>
        <w:t xml:space="preserve"> </w:t>
      </w:r>
      <w:proofErr w:type="spellStart"/>
      <w:r w:rsidRPr="00627C43">
        <w:rPr>
          <w:lang w:val="fr-FR"/>
        </w:rPr>
        <w:t>tokom</w:t>
      </w:r>
      <w:proofErr w:type="spellEnd"/>
      <w:r w:rsidRPr="00627C43">
        <w:rPr>
          <w:lang w:val="fr-FR"/>
        </w:rPr>
        <w:t xml:space="preserve"> </w:t>
      </w:r>
      <w:proofErr w:type="spellStart"/>
      <w:r w:rsidRPr="00627C43">
        <w:rPr>
          <w:lang w:val="fr-FR"/>
        </w:rPr>
        <w:t>punjenja</w:t>
      </w:r>
      <w:proofErr w:type="spellEnd"/>
      <w:r w:rsidRPr="00627C43">
        <w:rPr>
          <w:lang w:val="fr-FR"/>
        </w:rPr>
        <w:t xml:space="preserve"> </w:t>
      </w:r>
      <w:proofErr w:type="spellStart"/>
      <w:r w:rsidRPr="00627C43">
        <w:rPr>
          <w:lang w:val="fr-FR"/>
        </w:rPr>
        <w:t>plovnog</w:t>
      </w:r>
      <w:proofErr w:type="spellEnd"/>
      <w:r w:rsidRPr="00627C43">
        <w:rPr>
          <w:lang w:val="fr-FR"/>
        </w:rPr>
        <w:t xml:space="preserve"> </w:t>
      </w:r>
      <w:proofErr w:type="spellStart"/>
      <w:r w:rsidRPr="00627C43">
        <w:rPr>
          <w:lang w:val="fr-FR"/>
        </w:rPr>
        <w:t>objekta</w:t>
      </w:r>
      <w:proofErr w:type="spellEnd"/>
      <w:r w:rsidRPr="00627C43">
        <w:rPr>
          <w:lang w:val="fr-FR"/>
        </w:rPr>
        <w:t xml:space="preserve">, </w:t>
      </w:r>
      <w:proofErr w:type="spellStart"/>
      <w:r w:rsidRPr="00627C43">
        <w:rPr>
          <w:lang w:val="fr-FR"/>
        </w:rPr>
        <w:t>pri</w:t>
      </w:r>
      <w:proofErr w:type="spellEnd"/>
      <w:r w:rsidRPr="00627C43">
        <w:rPr>
          <w:lang w:val="fr-FR"/>
        </w:rPr>
        <w:t xml:space="preserve"> </w:t>
      </w:r>
      <w:proofErr w:type="spellStart"/>
      <w:r w:rsidRPr="00627C43">
        <w:rPr>
          <w:lang w:val="fr-FR"/>
        </w:rPr>
        <w:t>čemu</w:t>
      </w:r>
      <w:proofErr w:type="spellEnd"/>
      <w:r w:rsidRPr="00627C43">
        <w:rPr>
          <w:lang w:val="fr-FR"/>
        </w:rPr>
        <w:t xml:space="preserve"> SDD </w:t>
      </w:r>
      <w:proofErr w:type="spellStart"/>
      <w:r w:rsidRPr="00627C43">
        <w:rPr>
          <w:lang w:val="fr-FR"/>
        </w:rPr>
        <w:t>uređaj</w:t>
      </w:r>
      <w:proofErr w:type="spellEnd"/>
      <w:r w:rsidRPr="00627C43">
        <w:rPr>
          <w:lang w:val="fr-FR"/>
        </w:rPr>
        <w:t xml:space="preserve"> </w:t>
      </w:r>
      <w:proofErr w:type="spellStart"/>
      <w:r w:rsidRPr="00627C43">
        <w:rPr>
          <w:lang w:val="fr-FR"/>
        </w:rPr>
        <w:t>automatski</w:t>
      </w:r>
      <w:proofErr w:type="spellEnd"/>
      <w:r w:rsidRPr="00627C43">
        <w:rPr>
          <w:lang w:val="fr-FR"/>
        </w:rPr>
        <w:t xml:space="preserve"> </w:t>
      </w:r>
      <w:proofErr w:type="spellStart"/>
      <w:r w:rsidRPr="00627C43">
        <w:rPr>
          <w:lang w:val="fr-FR"/>
        </w:rPr>
        <w:t>dozira</w:t>
      </w:r>
      <w:proofErr w:type="spellEnd"/>
      <w:r w:rsidRPr="00627C43">
        <w:rPr>
          <w:lang w:val="fr-FR"/>
        </w:rPr>
        <w:t xml:space="preserve"> </w:t>
      </w:r>
      <w:proofErr w:type="spellStart"/>
      <w:r w:rsidRPr="00627C43">
        <w:rPr>
          <w:lang w:val="fr-FR"/>
        </w:rPr>
        <w:t>količinu</w:t>
      </w:r>
      <w:proofErr w:type="spellEnd"/>
      <w:r w:rsidRPr="00627C43">
        <w:rPr>
          <w:lang w:val="fr-FR"/>
        </w:rPr>
        <w:t xml:space="preserve"> </w:t>
      </w:r>
      <w:proofErr w:type="spellStart"/>
      <w:r w:rsidRPr="00627C43">
        <w:rPr>
          <w:lang w:val="fr-FR"/>
        </w:rPr>
        <w:t>markera</w:t>
      </w:r>
      <w:proofErr w:type="spellEnd"/>
      <w:r w:rsidRPr="00627C43">
        <w:rPr>
          <w:lang w:val="fr-FR"/>
        </w:rPr>
        <w:t xml:space="preserve"> </w:t>
      </w:r>
      <w:proofErr w:type="spellStart"/>
      <w:r w:rsidRPr="00627C43">
        <w:rPr>
          <w:lang w:val="fr-FR"/>
        </w:rPr>
        <w:t>potrebnu</w:t>
      </w:r>
      <w:proofErr w:type="spellEnd"/>
      <w:r w:rsidRPr="00627C43">
        <w:rPr>
          <w:lang w:val="fr-FR"/>
        </w:rPr>
        <w:t xml:space="preserve"> </w:t>
      </w:r>
      <w:proofErr w:type="spellStart"/>
      <w:r w:rsidRPr="00627C43">
        <w:rPr>
          <w:lang w:val="fr-FR"/>
        </w:rPr>
        <w:t>za</w:t>
      </w:r>
      <w:proofErr w:type="spellEnd"/>
      <w:r w:rsidRPr="00627C43">
        <w:rPr>
          <w:lang w:val="fr-FR"/>
        </w:rPr>
        <w:t xml:space="preserve"> </w:t>
      </w:r>
      <w:proofErr w:type="spellStart"/>
      <w:r w:rsidRPr="00627C43">
        <w:rPr>
          <w:lang w:val="fr-FR"/>
        </w:rPr>
        <w:t>postizanje</w:t>
      </w:r>
      <w:proofErr w:type="spellEnd"/>
      <w:r w:rsidRPr="00627C43">
        <w:rPr>
          <w:lang w:val="fr-FR"/>
        </w:rPr>
        <w:t xml:space="preserve"> </w:t>
      </w:r>
      <w:proofErr w:type="spellStart"/>
      <w:r w:rsidRPr="00627C43">
        <w:rPr>
          <w:lang w:val="fr-FR"/>
        </w:rPr>
        <w:t>propisanog</w:t>
      </w:r>
      <w:proofErr w:type="spellEnd"/>
      <w:r w:rsidRPr="00627C43">
        <w:rPr>
          <w:lang w:val="fr-FR"/>
        </w:rPr>
        <w:t xml:space="preserve"> </w:t>
      </w:r>
      <w:proofErr w:type="spellStart"/>
      <w:r w:rsidRPr="00627C43">
        <w:rPr>
          <w:lang w:val="fr-FR"/>
        </w:rPr>
        <w:t>nivoa</w:t>
      </w:r>
      <w:proofErr w:type="spellEnd"/>
      <w:r w:rsidRPr="00627C43">
        <w:rPr>
          <w:lang w:val="fr-FR"/>
        </w:rPr>
        <w:t xml:space="preserve"> </w:t>
      </w:r>
      <w:proofErr w:type="spellStart"/>
      <w:r w:rsidRPr="00627C43">
        <w:rPr>
          <w:lang w:val="fr-FR"/>
        </w:rPr>
        <w:t>markiranja</w:t>
      </w:r>
      <w:proofErr w:type="spellEnd"/>
      <w:r w:rsidRPr="00627C43">
        <w:rPr>
          <w:lang w:val="fr-FR"/>
        </w:rPr>
        <w:t>.</w:t>
      </w:r>
    </w:p>
    <w:p w14:paraId="367F1B51" w14:textId="2CF5157F" w:rsidR="00F5152C" w:rsidRDefault="00F5152C" w:rsidP="00760295">
      <w:pPr>
        <w:jc w:val="both"/>
        <w:rPr>
          <w:lang w:val="en-GB"/>
        </w:rPr>
      </w:pPr>
      <w:r w:rsidRPr="00F5152C">
        <w:rPr>
          <w:lang w:val="en-GB"/>
        </w:rPr>
        <w:t xml:space="preserve">U </w:t>
      </w:r>
      <w:proofErr w:type="spellStart"/>
      <w:r w:rsidRPr="00F5152C">
        <w:rPr>
          <w:lang w:val="en-GB"/>
        </w:rPr>
        <w:t>slučaju</w:t>
      </w:r>
      <w:proofErr w:type="spellEnd"/>
      <w:r w:rsidRPr="00F5152C">
        <w:rPr>
          <w:lang w:val="en-GB"/>
        </w:rPr>
        <w:t xml:space="preserve"> </w:t>
      </w:r>
      <w:proofErr w:type="spellStart"/>
      <w:r w:rsidRPr="00F5152C">
        <w:rPr>
          <w:lang w:val="en-GB"/>
        </w:rPr>
        <w:t>tehničke</w:t>
      </w:r>
      <w:proofErr w:type="spellEnd"/>
      <w:r w:rsidRPr="00F5152C">
        <w:rPr>
          <w:lang w:val="en-GB"/>
        </w:rPr>
        <w:t xml:space="preserve"> </w:t>
      </w:r>
      <w:proofErr w:type="spellStart"/>
      <w:r w:rsidRPr="00F5152C">
        <w:rPr>
          <w:lang w:val="en-GB"/>
        </w:rPr>
        <w:t>neispravnosti</w:t>
      </w:r>
      <w:proofErr w:type="spellEnd"/>
      <w:r w:rsidRPr="00F5152C">
        <w:rPr>
          <w:lang w:val="en-GB"/>
        </w:rPr>
        <w:t xml:space="preserve"> </w:t>
      </w:r>
      <w:proofErr w:type="spellStart"/>
      <w:r w:rsidRPr="00F5152C">
        <w:rPr>
          <w:lang w:val="en-GB"/>
        </w:rPr>
        <w:t>ili</w:t>
      </w:r>
      <w:proofErr w:type="spellEnd"/>
      <w:r w:rsidRPr="00F5152C">
        <w:rPr>
          <w:lang w:val="en-GB"/>
        </w:rPr>
        <w:t xml:space="preserve"> </w:t>
      </w:r>
      <w:proofErr w:type="spellStart"/>
      <w:r w:rsidRPr="00F5152C">
        <w:rPr>
          <w:lang w:val="en-GB"/>
        </w:rPr>
        <w:t>nedostupnosti</w:t>
      </w:r>
      <w:proofErr w:type="spellEnd"/>
      <w:r w:rsidRPr="00F5152C">
        <w:rPr>
          <w:lang w:val="en-GB"/>
        </w:rPr>
        <w:t xml:space="preserve"> SDD </w:t>
      </w:r>
      <w:proofErr w:type="spellStart"/>
      <w:r w:rsidRPr="00F5152C">
        <w:rPr>
          <w:lang w:val="en-GB"/>
        </w:rPr>
        <w:t>uređaja</w:t>
      </w:r>
      <w:proofErr w:type="spellEnd"/>
      <w:r w:rsidRPr="00F5152C">
        <w:rPr>
          <w:lang w:val="en-GB"/>
        </w:rPr>
        <w:t xml:space="preserve">, </w:t>
      </w:r>
      <w:proofErr w:type="spellStart"/>
      <w:r w:rsidRPr="00F5152C">
        <w:rPr>
          <w:lang w:val="en-GB"/>
        </w:rPr>
        <w:t>markiranje</w:t>
      </w:r>
      <w:proofErr w:type="spellEnd"/>
      <w:r w:rsidRPr="00F5152C">
        <w:rPr>
          <w:lang w:val="en-GB"/>
        </w:rPr>
        <w:t xml:space="preserve"> se </w:t>
      </w:r>
      <w:proofErr w:type="spellStart"/>
      <w:r w:rsidRPr="00F5152C">
        <w:rPr>
          <w:lang w:val="en-GB"/>
        </w:rPr>
        <w:t>može</w:t>
      </w:r>
      <w:proofErr w:type="spellEnd"/>
      <w:r w:rsidRPr="00F5152C">
        <w:rPr>
          <w:lang w:val="en-GB"/>
        </w:rPr>
        <w:t xml:space="preserve"> </w:t>
      </w:r>
      <w:proofErr w:type="spellStart"/>
      <w:r w:rsidRPr="00F5152C">
        <w:rPr>
          <w:lang w:val="en-GB"/>
        </w:rPr>
        <w:t>izvršiti</w:t>
      </w:r>
      <w:proofErr w:type="spellEnd"/>
      <w:r w:rsidRPr="00F5152C">
        <w:rPr>
          <w:lang w:val="en-GB"/>
        </w:rPr>
        <w:t xml:space="preserve"> </w:t>
      </w:r>
      <w:proofErr w:type="spellStart"/>
      <w:r w:rsidRPr="00F5152C">
        <w:rPr>
          <w:lang w:val="en-GB"/>
        </w:rPr>
        <w:t>ručnim</w:t>
      </w:r>
      <w:proofErr w:type="spellEnd"/>
      <w:r w:rsidRPr="00F5152C">
        <w:rPr>
          <w:lang w:val="en-GB"/>
        </w:rPr>
        <w:t xml:space="preserve"> </w:t>
      </w:r>
      <w:proofErr w:type="spellStart"/>
      <w:r w:rsidRPr="00F5152C">
        <w:rPr>
          <w:lang w:val="en-GB"/>
        </w:rPr>
        <w:t>doziranjem</w:t>
      </w:r>
      <w:proofErr w:type="spellEnd"/>
      <w:r w:rsidRPr="00F5152C">
        <w:rPr>
          <w:lang w:val="en-GB"/>
        </w:rPr>
        <w:t xml:space="preserve"> </w:t>
      </w:r>
      <w:proofErr w:type="spellStart"/>
      <w:r w:rsidRPr="00F5152C">
        <w:rPr>
          <w:lang w:val="en-GB"/>
        </w:rPr>
        <w:t>markera</w:t>
      </w:r>
      <w:proofErr w:type="spellEnd"/>
      <w:r w:rsidRPr="00F5152C">
        <w:rPr>
          <w:lang w:val="en-GB"/>
        </w:rPr>
        <w:t xml:space="preserve">, </w:t>
      </w:r>
      <w:proofErr w:type="spellStart"/>
      <w:r w:rsidR="0091213C">
        <w:rPr>
          <w:lang w:val="en-GB"/>
        </w:rPr>
        <w:t>kao</w:t>
      </w:r>
      <w:proofErr w:type="spellEnd"/>
      <w:r w:rsidR="0091213C">
        <w:rPr>
          <w:lang w:val="en-GB"/>
        </w:rPr>
        <w:t xml:space="preserve"> </w:t>
      </w:r>
      <w:proofErr w:type="spellStart"/>
      <w:r w:rsidR="0091213C">
        <w:rPr>
          <w:lang w:val="en-GB"/>
        </w:rPr>
        <w:t>što</w:t>
      </w:r>
      <w:proofErr w:type="spellEnd"/>
      <w:r w:rsidR="0091213C">
        <w:rPr>
          <w:lang w:val="en-GB"/>
        </w:rPr>
        <w:t xml:space="preserve"> je </w:t>
      </w:r>
      <w:proofErr w:type="spellStart"/>
      <w:r w:rsidR="0091213C">
        <w:rPr>
          <w:lang w:val="en-GB"/>
        </w:rPr>
        <w:t>opisano</w:t>
      </w:r>
      <w:proofErr w:type="spellEnd"/>
      <w:r w:rsidR="0091213C">
        <w:rPr>
          <w:lang w:val="en-GB"/>
        </w:rPr>
        <w:t xml:space="preserve"> u </w:t>
      </w:r>
      <w:proofErr w:type="spellStart"/>
      <w:r w:rsidR="0091213C">
        <w:rPr>
          <w:lang w:val="en-GB"/>
        </w:rPr>
        <w:t>poglavlju</w:t>
      </w:r>
      <w:proofErr w:type="spellEnd"/>
      <w:r w:rsidR="0091213C">
        <w:rPr>
          <w:lang w:val="en-GB"/>
        </w:rPr>
        <w:t xml:space="preserve"> 10.2.</w:t>
      </w:r>
    </w:p>
    <w:p w14:paraId="4B922D12" w14:textId="19F3809E" w:rsidR="009015F3" w:rsidRPr="00627C43" w:rsidRDefault="009015F3" w:rsidP="009015F3">
      <w:pPr>
        <w:pStyle w:val="Heading2"/>
        <w:rPr>
          <w:lang w:val="sr-Latn-ME"/>
        </w:rPr>
      </w:pPr>
      <w:bookmarkStart w:id="30" w:name="_Toc240964536"/>
      <w:r w:rsidRPr="00491C1A">
        <w:rPr>
          <w:lang w:val="fr-FR"/>
        </w:rPr>
        <w:t>10.</w:t>
      </w:r>
      <w:r>
        <w:rPr>
          <w:lang w:val="fr-FR"/>
        </w:rPr>
        <w:t>4</w:t>
      </w:r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Markiranje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goriva</w:t>
      </w:r>
      <w:proofErr w:type="spellEnd"/>
      <w:r w:rsidRPr="00491C1A">
        <w:rPr>
          <w:lang w:val="fr-FR"/>
        </w:rPr>
        <w:t xml:space="preserve"> u </w:t>
      </w:r>
      <w:proofErr w:type="spellStart"/>
      <w:r>
        <w:rPr>
          <w:lang w:val="fr-FR"/>
        </w:rPr>
        <w:t>skladi</w:t>
      </w:r>
      <w:proofErr w:type="spellEnd"/>
      <w:r>
        <w:rPr>
          <w:lang w:val="sr-Latn-ME"/>
        </w:rPr>
        <w:t>šnim rezervoarima</w:t>
      </w:r>
      <w:bookmarkEnd w:id="30"/>
    </w:p>
    <w:p w14:paraId="36089F04" w14:textId="4FAAFA5C" w:rsidR="009015F3" w:rsidRPr="00627C43" w:rsidRDefault="009015F3" w:rsidP="009015F3">
      <w:pPr>
        <w:jc w:val="both"/>
        <w:rPr>
          <w:rFonts w:cs="Times New Roman"/>
          <w:lang w:val="sr-Latn-ME"/>
        </w:rPr>
      </w:pPr>
      <w:proofErr w:type="spellStart"/>
      <w:r w:rsidRPr="00627C43">
        <w:rPr>
          <w:rFonts w:cs="Times New Roman"/>
          <w:lang w:val="en-GB"/>
        </w:rPr>
        <w:t>Predstavnik</w:t>
      </w:r>
      <w:proofErr w:type="spellEnd"/>
      <w:r w:rsidRPr="00627C43">
        <w:rPr>
          <w:rFonts w:cs="Times New Roman"/>
          <w:lang w:val="sr-Latn-ME"/>
        </w:rPr>
        <w:t xml:space="preserve"> </w:t>
      </w:r>
      <w:r>
        <w:rPr>
          <w:rFonts w:cs="Times New Roman"/>
          <w:lang w:val="sr-Latn-ME"/>
        </w:rPr>
        <w:t>Pružaoca usluge markiranja</w:t>
      </w:r>
      <w:r w:rsidRPr="00627C43">
        <w:rPr>
          <w:rFonts w:cs="Times New Roman"/>
          <w:lang w:val="sr-Latn-ME"/>
        </w:rPr>
        <w:t xml:space="preserve"> </w:t>
      </w:r>
      <w:proofErr w:type="spellStart"/>
      <w:r w:rsidRPr="00627C43">
        <w:rPr>
          <w:rFonts w:cs="Times New Roman"/>
          <w:lang w:val="en-GB"/>
        </w:rPr>
        <w:t>na</w:t>
      </w:r>
      <w:proofErr w:type="spellEnd"/>
      <w:r w:rsidRPr="00627C43">
        <w:rPr>
          <w:rFonts w:cs="Times New Roman"/>
          <w:lang w:val="sr-Latn-ME"/>
        </w:rPr>
        <w:t xml:space="preserve"> </w:t>
      </w:r>
      <w:proofErr w:type="spellStart"/>
      <w:r w:rsidRPr="00627C43">
        <w:rPr>
          <w:rFonts w:cs="Times New Roman"/>
          <w:lang w:val="en-GB"/>
        </w:rPr>
        <w:t>osnovu</w:t>
      </w:r>
      <w:proofErr w:type="spellEnd"/>
      <w:r w:rsidRPr="00627C43">
        <w:rPr>
          <w:rFonts w:cs="Times New Roman"/>
          <w:lang w:val="sr-Latn-ME"/>
        </w:rPr>
        <w:t xml:space="preserve"> </w:t>
      </w:r>
      <w:proofErr w:type="spellStart"/>
      <w:r w:rsidRPr="00627C43">
        <w:rPr>
          <w:rFonts w:cs="Times New Roman"/>
          <w:lang w:val="en-GB"/>
        </w:rPr>
        <w:t>prethodno</w:t>
      </w:r>
      <w:proofErr w:type="spellEnd"/>
      <w:r w:rsidRPr="00627C43">
        <w:rPr>
          <w:rFonts w:cs="Times New Roman"/>
          <w:lang w:val="sr-Latn-ME"/>
        </w:rPr>
        <w:t xml:space="preserve"> </w:t>
      </w:r>
      <w:proofErr w:type="spellStart"/>
      <w:r w:rsidRPr="00627C43">
        <w:rPr>
          <w:rFonts w:cs="Times New Roman"/>
          <w:lang w:val="en-GB"/>
        </w:rPr>
        <w:t>zaprimljenog</w:t>
      </w:r>
      <w:proofErr w:type="spellEnd"/>
      <w:r w:rsidRPr="00627C43">
        <w:rPr>
          <w:rFonts w:cs="Times New Roman"/>
          <w:lang w:val="sr-Latn-ME"/>
        </w:rPr>
        <w:t xml:space="preserve"> </w:t>
      </w:r>
      <w:proofErr w:type="spellStart"/>
      <w:r w:rsidRPr="00627C43">
        <w:rPr>
          <w:rFonts w:cs="Times New Roman"/>
          <w:lang w:val="en-GB"/>
        </w:rPr>
        <w:t>zahtjeva</w:t>
      </w:r>
      <w:proofErr w:type="spellEnd"/>
      <w:r w:rsidRPr="00627C43">
        <w:rPr>
          <w:rFonts w:cs="Times New Roman"/>
          <w:lang w:val="sr-Latn-ME"/>
        </w:rPr>
        <w:t xml:space="preserve"> </w:t>
      </w:r>
      <w:r w:rsidRPr="00627C43">
        <w:rPr>
          <w:rFonts w:cs="Times New Roman"/>
          <w:lang w:val="en-GB"/>
        </w:rPr>
        <w:t>za</w:t>
      </w:r>
      <w:r w:rsidRPr="00627C43">
        <w:rPr>
          <w:rFonts w:cs="Times New Roman"/>
          <w:lang w:val="sr-Latn-ME"/>
        </w:rPr>
        <w:t xml:space="preserve"> </w:t>
      </w:r>
      <w:proofErr w:type="spellStart"/>
      <w:r w:rsidRPr="00627C43">
        <w:rPr>
          <w:rFonts w:cs="Times New Roman"/>
          <w:lang w:val="en-GB"/>
        </w:rPr>
        <w:t>markiranje</w:t>
      </w:r>
      <w:proofErr w:type="spellEnd"/>
      <w:r w:rsidRPr="00627C43">
        <w:rPr>
          <w:rFonts w:cs="Times New Roman"/>
          <w:lang w:val="sr-Latn-ME"/>
        </w:rPr>
        <w:t xml:space="preserve"> </w:t>
      </w:r>
      <w:proofErr w:type="spellStart"/>
      <w:r w:rsidRPr="00627C43">
        <w:rPr>
          <w:rFonts w:cs="Times New Roman"/>
          <w:lang w:val="en-GB"/>
        </w:rPr>
        <w:t>i</w:t>
      </w:r>
      <w:proofErr w:type="spellEnd"/>
      <w:r w:rsidRPr="00627C43">
        <w:rPr>
          <w:rFonts w:cs="Times New Roman"/>
          <w:lang w:val="sr-Latn-ME"/>
        </w:rPr>
        <w:t xml:space="preserve"> </w:t>
      </w:r>
      <w:r w:rsidRPr="00627C43">
        <w:rPr>
          <w:rFonts w:cs="Times New Roman"/>
          <w:lang w:val="en-GB"/>
        </w:rPr>
        <w:t>po</w:t>
      </w:r>
      <w:r w:rsidRPr="00627C43">
        <w:rPr>
          <w:rFonts w:cs="Times New Roman"/>
          <w:lang w:val="sr-Latn-ME"/>
        </w:rPr>
        <w:t xml:space="preserve"> </w:t>
      </w:r>
      <w:proofErr w:type="spellStart"/>
      <w:r w:rsidRPr="00627C43">
        <w:rPr>
          <w:rFonts w:cs="Times New Roman"/>
          <w:lang w:val="en-GB"/>
        </w:rPr>
        <w:t>uvidu</w:t>
      </w:r>
      <w:proofErr w:type="spellEnd"/>
      <w:r w:rsidRPr="00627C43">
        <w:rPr>
          <w:rFonts w:cs="Times New Roman"/>
          <w:lang w:val="sr-Latn-ME"/>
        </w:rPr>
        <w:t xml:space="preserve"> </w:t>
      </w:r>
      <w:r w:rsidRPr="00627C43">
        <w:rPr>
          <w:rFonts w:cs="Times New Roman"/>
          <w:lang w:val="en-GB"/>
        </w:rPr>
        <w:t>u</w:t>
      </w:r>
      <w:r w:rsidRPr="00627C43">
        <w:rPr>
          <w:rFonts w:cs="Times New Roman"/>
          <w:lang w:val="sr-Latn-ME"/>
        </w:rPr>
        <w:t xml:space="preserve"> </w:t>
      </w:r>
      <w:proofErr w:type="spellStart"/>
      <w:r w:rsidRPr="00627C43">
        <w:rPr>
          <w:rFonts w:cs="Times New Roman"/>
          <w:lang w:val="en-GB"/>
        </w:rPr>
        <w:t>dokumentaciju</w:t>
      </w:r>
      <w:proofErr w:type="spellEnd"/>
      <w:r w:rsidRPr="00627C43">
        <w:rPr>
          <w:rFonts w:cs="Times New Roman"/>
          <w:lang w:val="sr-Latn-ME"/>
        </w:rPr>
        <w:t xml:space="preserve"> </w:t>
      </w:r>
      <w:proofErr w:type="spellStart"/>
      <w:r w:rsidRPr="00627C43">
        <w:rPr>
          <w:rFonts w:cs="Times New Roman"/>
          <w:lang w:val="en-GB"/>
        </w:rPr>
        <w:t>obveznika</w:t>
      </w:r>
      <w:proofErr w:type="spellEnd"/>
      <w:r w:rsidRPr="00627C43">
        <w:rPr>
          <w:rFonts w:cs="Times New Roman"/>
          <w:lang w:val="sr-Latn-ME"/>
        </w:rPr>
        <w:t xml:space="preserve"> </w:t>
      </w:r>
      <w:proofErr w:type="spellStart"/>
      <w:r w:rsidRPr="00627C43">
        <w:rPr>
          <w:rFonts w:cs="Times New Roman"/>
          <w:lang w:val="en-GB"/>
        </w:rPr>
        <w:t>markiranja</w:t>
      </w:r>
      <w:proofErr w:type="spellEnd"/>
      <w:r w:rsidRPr="00627C43">
        <w:rPr>
          <w:rFonts w:cs="Times New Roman"/>
          <w:lang w:val="sr-Latn-ME"/>
        </w:rPr>
        <w:t xml:space="preserve"> </w:t>
      </w:r>
      <w:proofErr w:type="spellStart"/>
      <w:r w:rsidRPr="00627C43">
        <w:rPr>
          <w:rFonts w:cs="Times New Roman"/>
          <w:lang w:val="en-GB"/>
        </w:rPr>
        <w:t>identifikuje</w:t>
      </w:r>
      <w:proofErr w:type="spellEnd"/>
      <w:r w:rsidRPr="00627C43">
        <w:rPr>
          <w:rFonts w:cs="Times New Roman"/>
          <w:lang w:val="sr-Latn-ME"/>
        </w:rPr>
        <w:t xml:space="preserve"> </w:t>
      </w:r>
      <w:proofErr w:type="spellStart"/>
      <w:r w:rsidRPr="00627C43">
        <w:rPr>
          <w:rFonts w:cs="Times New Roman"/>
          <w:lang w:val="en-GB"/>
        </w:rPr>
        <w:t>rezervoar</w:t>
      </w:r>
      <w:proofErr w:type="spellEnd"/>
      <w:r w:rsidRPr="00627C43">
        <w:rPr>
          <w:rFonts w:cs="Times New Roman"/>
          <w:lang w:val="sr-Latn-ME"/>
        </w:rPr>
        <w:t xml:space="preserve"> </w:t>
      </w:r>
      <w:proofErr w:type="spellStart"/>
      <w:r w:rsidRPr="00627C43">
        <w:rPr>
          <w:rFonts w:cs="Times New Roman"/>
          <w:lang w:val="en-GB"/>
        </w:rPr>
        <w:t>sa</w:t>
      </w:r>
      <w:proofErr w:type="spellEnd"/>
      <w:r w:rsidRPr="00627C43">
        <w:rPr>
          <w:rFonts w:cs="Times New Roman"/>
          <w:lang w:val="sr-Latn-ME"/>
        </w:rPr>
        <w:t xml:space="preserve"> </w:t>
      </w:r>
      <w:proofErr w:type="spellStart"/>
      <w:r w:rsidRPr="00627C43">
        <w:rPr>
          <w:rFonts w:cs="Times New Roman"/>
          <w:lang w:val="en-GB"/>
        </w:rPr>
        <w:t>gorivom</w:t>
      </w:r>
      <w:proofErr w:type="spellEnd"/>
      <w:r w:rsidRPr="00627C43">
        <w:rPr>
          <w:rFonts w:cs="Times New Roman"/>
          <w:lang w:val="sr-Latn-ME"/>
        </w:rPr>
        <w:t xml:space="preserve"> </w:t>
      </w:r>
      <w:proofErr w:type="spellStart"/>
      <w:r w:rsidRPr="00627C43">
        <w:rPr>
          <w:rFonts w:cs="Times New Roman"/>
          <w:lang w:val="en-GB"/>
        </w:rPr>
        <w:t>koje</w:t>
      </w:r>
      <w:proofErr w:type="spellEnd"/>
      <w:r w:rsidRPr="00627C43">
        <w:rPr>
          <w:rFonts w:cs="Times New Roman"/>
          <w:lang w:val="sr-Latn-ME"/>
        </w:rPr>
        <w:t xml:space="preserve"> </w:t>
      </w:r>
      <w:proofErr w:type="spellStart"/>
      <w:r w:rsidRPr="00627C43">
        <w:rPr>
          <w:rFonts w:cs="Times New Roman"/>
          <w:lang w:val="en-GB"/>
        </w:rPr>
        <w:t>treba</w:t>
      </w:r>
      <w:proofErr w:type="spellEnd"/>
      <w:r w:rsidRPr="00627C43">
        <w:rPr>
          <w:rFonts w:cs="Times New Roman"/>
          <w:lang w:val="sr-Latn-ME"/>
        </w:rPr>
        <w:t xml:space="preserve"> </w:t>
      </w:r>
      <w:proofErr w:type="spellStart"/>
      <w:r w:rsidRPr="00627C43">
        <w:rPr>
          <w:rFonts w:cs="Times New Roman"/>
          <w:lang w:val="en-GB"/>
        </w:rPr>
        <w:t>markirati</w:t>
      </w:r>
      <w:proofErr w:type="spellEnd"/>
      <w:r w:rsidRPr="00627C43">
        <w:rPr>
          <w:rFonts w:cs="Times New Roman"/>
          <w:lang w:val="sr-Latn-ME"/>
        </w:rPr>
        <w:t>.</w:t>
      </w:r>
    </w:p>
    <w:p w14:paraId="03C92EBA" w14:textId="19D7FD28" w:rsidR="009015F3" w:rsidRPr="00627C43" w:rsidRDefault="009015F3" w:rsidP="009015F3">
      <w:pPr>
        <w:jc w:val="both"/>
        <w:rPr>
          <w:rFonts w:cs="Times New Roman"/>
          <w:lang w:val="sr-Latn-ME"/>
        </w:rPr>
      </w:pPr>
      <w:r w:rsidRPr="00627C43">
        <w:rPr>
          <w:rFonts w:cs="Times New Roman"/>
          <w:lang w:val="en-GB"/>
        </w:rPr>
        <w:t>Po</w:t>
      </w:r>
      <w:r w:rsidRPr="00627C43">
        <w:rPr>
          <w:rFonts w:cs="Times New Roman"/>
          <w:lang w:val="sr-Latn-ME"/>
        </w:rPr>
        <w:t xml:space="preserve"> </w:t>
      </w:r>
      <w:proofErr w:type="spellStart"/>
      <w:r w:rsidRPr="00627C43">
        <w:rPr>
          <w:rFonts w:cs="Times New Roman"/>
          <w:lang w:val="en-GB"/>
        </w:rPr>
        <w:t>uvidu</w:t>
      </w:r>
      <w:proofErr w:type="spellEnd"/>
      <w:r w:rsidRPr="00627C43">
        <w:rPr>
          <w:rFonts w:cs="Times New Roman"/>
          <w:lang w:val="sr-Latn-ME"/>
        </w:rPr>
        <w:t xml:space="preserve"> </w:t>
      </w:r>
      <w:r w:rsidRPr="00627C43">
        <w:rPr>
          <w:rFonts w:cs="Times New Roman"/>
          <w:lang w:val="en-GB"/>
        </w:rPr>
        <w:t>u</w:t>
      </w:r>
      <w:r w:rsidRPr="00627C43">
        <w:rPr>
          <w:rFonts w:cs="Times New Roman"/>
          <w:lang w:val="sr-Latn-ME"/>
        </w:rPr>
        <w:t xml:space="preserve"> </w:t>
      </w:r>
      <w:proofErr w:type="spellStart"/>
      <w:r w:rsidRPr="00627C43">
        <w:rPr>
          <w:rFonts w:cs="Times New Roman"/>
          <w:lang w:val="en-GB"/>
        </w:rPr>
        <w:t>dokumentaciju</w:t>
      </w:r>
      <w:proofErr w:type="spellEnd"/>
      <w:r w:rsidRPr="00627C43">
        <w:rPr>
          <w:rFonts w:cs="Times New Roman"/>
          <w:lang w:val="sr-Latn-ME"/>
        </w:rPr>
        <w:t xml:space="preserve"> </w:t>
      </w:r>
      <w:proofErr w:type="spellStart"/>
      <w:r w:rsidRPr="00627C43">
        <w:rPr>
          <w:rFonts w:cs="Times New Roman"/>
          <w:lang w:val="en-GB"/>
        </w:rPr>
        <w:t>obveznika</w:t>
      </w:r>
      <w:proofErr w:type="spellEnd"/>
      <w:r w:rsidRPr="00627C43">
        <w:rPr>
          <w:rFonts w:cs="Times New Roman"/>
          <w:lang w:val="sr-Latn-ME"/>
        </w:rPr>
        <w:t xml:space="preserve"> </w:t>
      </w:r>
      <w:proofErr w:type="spellStart"/>
      <w:r w:rsidRPr="00627C43">
        <w:rPr>
          <w:rFonts w:cs="Times New Roman"/>
          <w:lang w:val="en-GB"/>
        </w:rPr>
        <w:t>markiranja</w:t>
      </w:r>
      <w:proofErr w:type="spellEnd"/>
      <w:r w:rsidRPr="00627C43">
        <w:rPr>
          <w:rFonts w:cs="Times New Roman"/>
          <w:lang w:val="sr-Latn-ME"/>
        </w:rPr>
        <w:t xml:space="preserve"> </w:t>
      </w:r>
      <w:r w:rsidRPr="00627C43">
        <w:rPr>
          <w:rFonts w:cs="Times New Roman"/>
          <w:lang w:val="en-GB"/>
        </w:rPr>
        <w:t>o</w:t>
      </w:r>
      <w:r w:rsidRPr="00627C43">
        <w:rPr>
          <w:rFonts w:cs="Times New Roman"/>
          <w:lang w:val="sr-Latn-ME"/>
        </w:rPr>
        <w:t xml:space="preserve"> </w:t>
      </w:r>
      <w:proofErr w:type="spellStart"/>
      <w:r w:rsidRPr="00627C43">
        <w:rPr>
          <w:rFonts w:cs="Times New Roman"/>
          <w:lang w:val="en-GB"/>
        </w:rPr>
        <w:t>koli</w:t>
      </w:r>
      <w:proofErr w:type="spellEnd"/>
      <w:r w:rsidRPr="00627C43">
        <w:rPr>
          <w:rFonts w:cs="Times New Roman"/>
          <w:lang w:val="sr-Latn-ME"/>
        </w:rPr>
        <w:t>č</w:t>
      </w:r>
      <w:proofErr w:type="spellStart"/>
      <w:r w:rsidRPr="00627C43">
        <w:rPr>
          <w:rFonts w:cs="Times New Roman"/>
          <w:lang w:val="en-GB"/>
        </w:rPr>
        <w:t>inama</w:t>
      </w:r>
      <w:proofErr w:type="spellEnd"/>
      <w:r w:rsidRPr="00627C43">
        <w:rPr>
          <w:rFonts w:cs="Times New Roman"/>
          <w:lang w:val="en-GB"/>
        </w:rPr>
        <w:t xml:space="preserve"> </w:t>
      </w:r>
      <w:proofErr w:type="spellStart"/>
      <w:r w:rsidRPr="00627C43">
        <w:rPr>
          <w:rFonts w:cs="Times New Roman"/>
          <w:lang w:val="en-GB"/>
        </w:rPr>
        <w:t>goriva</w:t>
      </w:r>
      <w:proofErr w:type="spellEnd"/>
      <w:r w:rsidRPr="00627C43">
        <w:rPr>
          <w:rFonts w:cs="Times New Roman"/>
          <w:lang w:val="sr-Latn-ME"/>
        </w:rPr>
        <w:t xml:space="preserve">, </w:t>
      </w:r>
      <w:proofErr w:type="spellStart"/>
      <w:r w:rsidRPr="00627C43">
        <w:rPr>
          <w:rFonts w:cs="Times New Roman"/>
          <w:lang w:val="en-GB"/>
        </w:rPr>
        <w:t>predstavnik</w:t>
      </w:r>
      <w:proofErr w:type="spellEnd"/>
      <w:r w:rsidRPr="00627C43">
        <w:rPr>
          <w:rFonts w:cs="Times New Roman"/>
          <w:lang w:val="sr-Latn-ME"/>
        </w:rPr>
        <w:t xml:space="preserve"> </w:t>
      </w:r>
      <w:r>
        <w:rPr>
          <w:rFonts w:cs="Times New Roman"/>
          <w:lang w:val="sr-Latn-ME"/>
        </w:rPr>
        <w:t>Pružaoca usluge markiranja</w:t>
      </w:r>
      <w:r w:rsidRPr="00EC394A">
        <w:rPr>
          <w:rFonts w:cs="Times New Roman"/>
          <w:lang w:val="sr-Latn-ME"/>
        </w:rPr>
        <w:t xml:space="preserve"> </w:t>
      </w:r>
      <w:proofErr w:type="spellStart"/>
      <w:r w:rsidRPr="00627C43">
        <w:rPr>
          <w:rFonts w:cs="Times New Roman"/>
          <w:lang w:val="en-GB"/>
        </w:rPr>
        <w:t>unosi</w:t>
      </w:r>
      <w:proofErr w:type="spellEnd"/>
      <w:r w:rsidRPr="00627C43">
        <w:rPr>
          <w:rFonts w:cs="Times New Roman"/>
          <w:lang w:val="sr-Latn-ME"/>
        </w:rPr>
        <w:t xml:space="preserve"> </w:t>
      </w:r>
      <w:proofErr w:type="spellStart"/>
      <w:r w:rsidRPr="00627C43">
        <w:rPr>
          <w:rFonts w:cs="Times New Roman"/>
          <w:lang w:val="en-GB"/>
        </w:rPr>
        <w:t>relevantne</w:t>
      </w:r>
      <w:proofErr w:type="spellEnd"/>
      <w:r w:rsidRPr="00627C43">
        <w:rPr>
          <w:rFonts w:cs="Times New Roman"/>
          <w:lang w:val="sr-Latn-ME"/>
        </w:rPr>
        <w:t xml:space="preserve"> </w:t>
      </w:r>
      <w:proofErr w:type="spellStart"/>
      <w:r w:rsidRPr="00627C43">
        <w:rPr>
          <w:rFonts w:cs="Times New Roman"/>
          <w:lang w:val="en-GB"/>
        </w:rPr>
        <w:t>podatke</w:t>
      </w:r>
      <w:proofErr w:type="spellEnd"/>
      <w:r w:rsidRPr="00627C43">
        <w:rPr>
          <w:rFonts w:cs="Times New Roman"/>
          <w:lang w:val="sr-Latn-ME"/>
        </w:rPr>
        <w:t xml:space="preserve"> </w:t>
      </w:r>
      <w:r w:rsidRPr="00627C43">
        <w:rPr>
          <w:rFonts w:cs="Times New Roman"/>
          <w:lang w:val="en-GB"/>
        </w:rPr>
        <w:t>u</w:t>
      </w:r>
      <w:r w:rsidRPr="00627C43">
        <w:rPr>
          <w:rFonts w:cs="Times New Roman"/>
          <w:lang w:val="sr-Latn-ME"/>
        </w:rPr>
        <w:t xml:space="preserve"> </w:t>
      </w:r>
      <w:proofErr w:type="spellStart"/>
      <w:r w:rsidRPr="00627C43">
        <w:rPr>
          <w:rFonts w:cs="Times New Roman"/>
          <w:lang w:val="en-GB"/>
        </w:rPr>
        <w:t>informacioni</w:t>
      </w:r>
      <w:proofErr w:type="spellEnd"/>
      <w:r w:rsidRPr="00627C43">
        <w:rPr>
          <w:rFonts w:cs="Times New Roman"/>
          <w:lang w:val="sr-Latn-ME"/>
        </w:rPr>
        <w:t xml:space="preserve"> </w:t>
      </w:r>
      <w:proofErr w:type="spellStart"/>
      <w:r w:rsidRPr="00627C43">
        <w:rPr>
          <w:rFonts w:cs="Times New Roman"/>
          <w:lang w:val="en-GB"/>
        </w:rPr>
        <w:t>sistem</w:t>
      </w:r>
      <w:proofErr w:type="spellEnd"/>
      <w:r w:rsidRPr="00627C43">
        <w:rPr>
          <w:rFonts w:cs="Times New Roman"/>
          <w:lang w:val="sr-Latn-ME"/>
        </w:rPr>
        <w:t xml:space="preserve">, </w:t>
      </w:r>
      <w:proofErr w:type="spellStart"/>
      <w:r w:rsidRPr="00627C43">
        <w:rPr>
          <w:rFonts w:cs="Times New Roman"/>
          <w:lang w:val="en-GB"/>
        </w:rPr>
        <w:t>nakon</w:t>
      </w:r>
      <w:proofErr w:type="spellEnd"/>
      <w:r w:rsidRPr="00627C43">
        <w:rPr>
          <w:rFonts w:cs="Times New Roman"/>
          <w:lang w:val="sr-Latn-ME"/>
        </w:rPr>
        <w:t xml:space="preserve"> č</w:t>
      </w:r>
      <w:proofErr w:type="spellStart"/>
      <w:r w:rsidRPr="00627C43">
        <w:rPr>
          <w:rFonts w:cs="Times New Roman"/>
          <w:lang w:val="en-GB"/>
        </w:rPr>
        <w:t>ega</w:t>
      </w:r>
      <w:proofErr w:type="spellEnd"/>
      <w:r w:rsidRPr="00627C43">
        <w:rPr>
          <w:rFonts w:cs="Times New Roman"/>
          <w:lang w:val="sr-Latn-ME"/>
        </w:rPr>
        <w:t xml:space="preserve"> </w:t>
      </w:r>
      <w:proofErr w:type="spellStart"/>
      <w:r w:rsidRPr="00627C43">
        <w:rPr>
          <w:rFonts w:cs="Times New Roman"/>
          <w:lang w:val="en-GB"/>
        </w:rPr>
        <w:t>sistem</w:t>
      </w:r>
      <w:proofErr w:type="spellEnd"/>
      <w:r w:rsidRPr="00627C43">
        <w:rPr>
          <w:rFonts w:cs="Times New Roman"/>
          <w:lang w:val="sr-Latn-ME"/>
        </w:rPr>
        <w:t xml:space="preserve"> </w:t>
      </w:r>
      <w:proofErr w:type="spellStart"/>
      <w:r w:rsidRPr="00627C43">
        <w:rPr>
          <w:rFonts w:cs="Times New Roman"/>
          <w:lang w:val="en-GB"/>
        </w:rPr>
        <w:t>automatski</w:t>
      </w:r>
      <w:proofErr w:type="spellEnd"/>
      <w:r w:rsidRPr="00627C43">
        <w:rPr>
          <w:rFonts w:cs="Times New Roman"/>
          <w:lang w:val="sr-Latn-ME"/>
        </w:rPr>
        <w:t xml:space="preserve"> </w:t>
      </w:r>
      <w:proofErr w:type="spellStart"/>
      <w:r w:rsidRPr="00627C43">
        <w:rPr>
          <w:rFonts w:cs="Times New Roman"/>
          <w:lang w:val="en-GB"/>
        </w:rPr>
        <w:t>odre</w:t>
      </w:r>
      <w:proofErr w:type="spellEnd"/>
      <w:r w:rsidRPr="00627C43">
        <w:rPr>
          <w:rFonts w:cs="Times New Roman"/>
          <w:lang w:val="sr-Latn-ME"/>
        </w:rPr>
        <w:t>đ</w:t>
      </w:r>
      <w:proofErr w:type="spellStart"/>
      <w:r w:rsidRPr="00627C43">
        <w:rPr>
          <w:rFonts w:cs="Times New Roman"/>
          <w:lang w:val="en-GB"/>
        </w:rPr>
        <w:t>uje</w:t>
      </w:r>
      <w:proofErr w:type="spellEnd"/>
      <w:r w:rsidRPr="00627C43">
        <w:rPr>
          <w:rFonts w:cs="Times New Roman"/>
          <w:lang w:val="sr-Latn-ME"/>
        </w:rPr>
        <w:t xml:space="preserve"> </w:t>
      </w:r>
      <w:proofErr w:type="spellStart"/>
      <w:r w:rsidRPr="00627C43">
        <w:rPr>
          <w:rFonts w:cs="Times New Roman"/>
          <w:lang w:val="en-GB"/>
        </w:rPr>
        <w:t>ciljanu</w:t>
      </w:r>
      <w:proofErr w:type="spellEnd"/>
      <w:r w:rsidRPr="00627C43">
        <w:rPr>
          <w:rFonts w:cs="Times New Roman"/>
          <w:lang w:val="sr-Latn-ME"/>
        </w:rPr>
        <w:t xml:space="preserve"> </w:t>
      </w:r>
      <w:proofErr w:type="spellStart"/>
      <w:r w:rsidRPr="00627C43">
        <w:rPr>
          <w:rFonts w:cs="Times New Roman"/>
          <w:lang w:val="en-GB"/>
        </w:rPr>
        <w:t>masu</w:t>
      </w:r>
      <w:proofErr w:type="spellEnd"/>
      <w:r w:rsidRPr="00627C43">
        <w:rPr>
          <w:rFonts w:cs="Times New Roman"/>
          <w:lang w:val="sr-Latn-ME"/>
        </w:rPr>
        <w:t xml:space="preserve"> </w:t>
      </w:r>
      <w:proofErr w:type="spellStart"/>
      <w:r w:rsidRPr="00627C43">
        <w:rPr>
          <w:rFonts w:cs="Times New Roman"/>
          <w:lang w:val="en-GB"/>
        </w:rPr>
        <w:t>markera</w:t>
      </w:r>
      <w:proofErr w:type="spellEnd"/>
      <w:r w:rsidRPr="00627C43">
        <w:rPr>
          <w:rFonts w:cs="Times New Roman"/>
          <w:lang w:val="sr-Latn-ME"/>
        </w:rPr>
        <w:t xml:space="preserve"> </w:t>
      </w:r>
      <w:proofErr w:type="spellStart"/>
      <w:r w:rsidRPr="00627C43">
        <w:rPr>
          <w:rFonts w:cs="Times New Roman"/>
          <w:lang w:val="en-GB"/>
        </w:rPr>
        <w:t>potrebnu</w:t>
      </w:r>
      <w:proofErr w:type="spellEnd"/>
      <w:r w:rsidRPr="00627C43">
        <w:rPr>
          <w:rFonts w:cs="Times New Roman"/>
          <w:lang w:val="sr-Latn-ME"/>
        </w:rPr>
        <w:t xml:space="preserve"> </w:t>
      </w:r>
      <w:r w:rsidRPr="00627C43">
        <w:rPr>
          <w:rFonts w:cs="Times New Roman"/>
          <w:lang w:val="en-GB"/>
        </w:rPr>
        <w:t>za</w:t>
      </w:r>
      <w:r w:rsidRPr="00627C43">
        <w:rPr>
          <w:rFonts w:cs="Times New Roman"/>
          <w:lang w:val="sr-Latn-ME"/>
        </w:rPr>
        <w:t xml:space="preserve"> </w:t>
      </w:r>
      <w:proofErr w:type="spellStart"/>
      <w:r w:rsidRPr="00627C43">
        <w:rPr>
          <w:rFonts w:cs="Times New Roman"/>
          <w:lang w:val="en-GB"/>
        </w:rPr>
        <w:t>markiranje</w:t>
      </w:r>
      <w:proofErr w:type="spellEnd"/>
      <w:r w:rsidRPr="00627C43">
        <w:rPr>
          <w:rFonts w:cs="Times New Roman"/>
          <w:lang w:val="sr-Latn-ME"/>
        </w:rPr>
        <w:t xml:space="preserve"> </w:t>
      </w:r>
      <w:r w:rsidRPr="00627C43">
        <w:rPr>
          <w:rFonts w:cs="Times New Roman"/>
          <w:lang w:val="en-GB"/>
        </w:rPr>
        <w:t>u</w:t>
      </w:r>
      <w:r w:rsidRPr="00627C43">
        <w:rPr>
          <w:rFonts w:cs="Times New Roman"/>
          <w:lang w:val="sr-Latn-ME"/>
        </w:rPr>
        <w:t xml:space="preserve"> </w:t>
      </w:r>
      <w:proofErr w:type="spellStart"/>
      <w:r w:rsidRPr="00627C43">
        <w:rPr>
          <w:rFonts w:cs="Times New Roman"/>
          <w:lang w:val="en-GB"/>
        </w:rPr>
        <w:t>skladu</w:t>
      </w:r>
      <w:proofErr w:type="spellEnd"/>
      <w:r w:rsidRPr="00627C43">
        <w:rPr>
          <w:rFonts w:cs="Times New Roman"/>
          <w:lang w:val="sr-Latn-ME"/>
        </w:rPr>
        <w:t xml:space="preserve"> </w:t>
      </w:r>
      <w:proofErr w:type="spellStart"/>
      <w:r w:rsidRPr="00627C43">
        <w:rPr>
          <w:rFonts w:cs="Times New Roman"/>
          <w:lang w:val="en-GB"/>
        </w:rPr>
        <w:t>sa</w:t>
      </w:r>
      <w:proofErr w:type="spellEnd"/>
      <w:r w:rsidRPr="00627C43">
        <w:rPr>
          <w:rFonts w:cs="Times New Roman"/>
          <w:lang w:val="sr-Latn-ME"/>
        </w:rPr>
        <w:t xml:space="preserve"> </w:t>
      </w:r>
      <w:proofErr w:type="spellStart"/>
      <w:r w:rsidRPr="00627C43">
        <w:rPr>
          <w:rFonts w:cs="Times New Roman"/>
          <w:lang w:val="en-GB"/>
        </w:rPr>
        <w:t>poglavljem</w:t>
      </w:r>
      <w:proofErr w:type="spellEnd"/>
      <w:r w:rsidRPr="00627C43">
        <w:rPr>
          <w:rFonts w:cs="Times New Roman"/>
          <w:lang w:val="sr-Latn-ME"/>
        </w:rPr>
        <w:t xml:space="preserve"> 10.1 </w:t>
      </w:r>
      <w:proofErr w:type="spellStart"/>
      <w:r w:rsidRPr="00627C43">
        <w:rPr>
          <w:rFonts w:cs="Times New Roman"/>
          <w:lang w:val="en-GB"/>
        </w:rPr>
        <w:t>ovog</w:t>
      </w:r>
      <w:proofErr w:type="spellEnd"/>
      <w:r w:rsidRPr="00627C43">
        <w:rPr>
          <w:rFonts w:cs="Times New Roman"/>
          <w:lang w:val="sr-Latn-ME"/>
        </w:rPr>
        <w:t xml:space="preserve"> </w:t>
      </w:r>
      <w:proofErr w:type="spellStart"/>
      <w:r w:rsidRPr="00627C43">
        <w:rPr>
          <w:rFonts w:cs="Times New Roman"/>
          <w:lang w:val="en-GB"/>
        </w:rPr>
        <w:t>Uputstva</w:t>
      </w:r>
      <w:proofErr w:type="spellEnd"/>
      <w:r>
        <w:rPr>
          <w:rFonts w:cs="Times New Roman"/>
          <w:lang w:val="sr-Latn-ME"/>
        </w:rPr>
        <w:t>.</w:t>
      </w:r>
    </w:p>
    <w:p w14:paraId="581259FB" w14:textId="77777777" w:rsidR="009015F3" w:rsidRPr="00627C43" w:rsidRDefault="009015F3" w:rsidP="009015F3">
      <w:pPr>
        <w:jc w:val="both"/>
        <w:rPr>
          <w:rFonts w:cs="Times New Roman"/>
          <w:lang w:val="sr-Latn-ME"/>
        </w:rPr>
      </w:pPr>
      <w:proofErr w:type="spellStart"/>
      <w:r w:rsidRPr="00627C43">
        <w:rPr>
          <w:rFonts w:cs="Times New Roman"/>
          <w:lang w:val="en-GB"/>
        </w:rPr>
        <w:t>Operacija</w:t>
      </w:r>
      <w:proofErr w:type="spellEnd"/>
      <w:r w:rsidRPr="00627C43">
        <w:rPr>
          <w:rFonts w:cs="Times New Roman"/>
          <w:lang w:val="sr-Latn-ME"/>
        </w:rPr>
        <w:t xml:space="preserve"> </w:t>
      </w:r>
      <w:proofErr w:type="spellStart"/>
      <w:r w:rsidRPr="00627C43">
        <w:rPr>
          <w:rFonts w:cs="Times New Roman"/>
          <w:lang w:val="en-GB"/>
        </w:rPr>
        <w:t>markiranja</w:t>
      </w:r>
      <w:proofErr w:type="spellEnd"/>
      <w:r w:rsidRPr="00627C43">
        <w:rPr>
          <w:rFonts w:cs="Times New Roman"/>
          <w:lang w:val="en-GB"/>
        </w:rPr>
        <w:t xml:space="preserve"> </w:t>
      </w:r>
      <w:proofErr w:type="spellStart"/>
      <w:r w:rsidRPr="00627C43">
        <w:rPr>
          <w:rFonts w:cs="Times New Roman"/>
          <w:lang w:val="en-GB"/>
        </w:rPr>
        <w:t>goriva</w:t>
      </w:r>
      <w:proofErr w:type="spellEnd"/>
      <w:r w:rsidRPr="00627C43">
        <w:rPr>
          <w:rFonts w:cs="Times New Roman"/>
          <w:lang w:val="en-GB"/>
        </w:rPr>
        <w:t xml:space="preserve"> u</w:t>
      </w:r>
      <w:r w:rsidRPr="00627C43">
        <w:rPr>
          <w:rFonts w:cs="Times New Roman"/>
          <w:lang w:val="sr-Latn-ME"/>
        </w:rPr>
        <w:t xml:space="preserve"> </w:t>
      </w:r>
      <w:proofErr w:type="spellStart"/>
      <w:r w:rsidRPr="00627C43">
        <w:rPr>
          <w:rFonts w:cs="Times New Roman"/>
          <w:lang w:val="en-GB"/>
        </w:rPr>
        <w:t>rezervoaru</w:t>
      </w:r>
      <w:proofErr w:type="spellEnd"/>
      <w:r w:rsidRPr="00627C43">
        <w:rPr>
          <w:rFonts w:cs="Times New Roman"/>
          <w:lang w:val="sr-Latn-ME"/>
        </w:rPr>
        <w:t xml:space="preserve"> </w:t>
      </w:r>
      <w:proofErr w:type="spellStart"/>
      <w:r w:rsidRPr="00627C43">
        <w:rPr>
          <w:rFonts w:cs="Times New Roman"/>
          <w:lang w:val="en-GB"/>
        </w:rPr>
        <w:t>podrazumeva</w:t>
      </w:r>
      <w:proofErr w:type="spellEnd"/>
      <w:r w:rsidRPr="00627C43">
        <w:rPr>
          <w:rFonts w:cs="Times New Roman"/>
          <w:lang w:val="sr-Latn-ME"/>
        </w:rPr>
        <w:t xml:space="preserve"> </w:t>
      </w:r>
      <w:r w:rsidRPr="00627C43">
        <w:rPr>
          <w:rFonts w:cs="Times New Roman"/>
          <w:lang w:val="en-GB"/>
        </w:rPr>
        <w:t>kori</w:t>
      </w:r>
      <w:r w:rsidRPr="00627C43">
        <w:rPr>
          <w:rFonts w:cs="Times New Roman"/>
          <w:lang w:val="sr-Latn-ME"/>
        </w:rPr>
        <w:t>šć</w:t>
      </w:r>
      <w:proofErr w:type="spellStart"/>
      <w:r w:rsidRPr="00627C43">
        <w:rPr>
          <w:rFonts w:cs="Times New Roman"/>
          <w:lang w:val="en-GB"/>
        </w:rPr>
        <w:t>enje</w:t>
      </w:r>
      <w:proofErr w:type="spellEnd"/>
      <w:r w:rsidRPr="00627C43">
        <w:rPr>
          <w:rFonts w:cs="Times New Roman"/>
          <w:lang w:val="sr-Latn-ME"/>
        </w:rPr>
        <w:t xml:space="preserve"> </w:t>
      </w:r>
      <w:proofErr w:type="spellStart"/>
      <w:r w:rsidRPr="00627C43">
        <w:rPr>
          <w:rFonts w:cs="Times New Roman"/>
          <w:lang w:val="en-GB"/>
        </w:rPr>
        <w:t>plasti</w:t>
      </w:r>
      <w:proofErr w:type="spellEnd"/>
      <w:r w:rsidRPr="00627C43">
        <w:rPr>
          <w:rFonts w:cs="Times New Roman"/>
          <w:lang w:val="sr-Latn-ME"/>
        </w:rPr>
        <w:t>č</w:t>
      </w:r>
      <w:proofErr w:type="spellStart"/>
      <w:r w:rsidRPr="00627C43">
        <w:rPr>
          <w:rFonts w:cs="Times New Roman"/>
          <w:lang w:val="en-GB"/>
        </w:rPr>
        <w:t>nih</w:t>
      </w:r>
      <w:proofErr w:type="spellEnd"/>
      <w:r w:rsidRPr="00627C43">
        <w:rPr>
          <w:rFonts w:cs="Times New Roman"/>
          <w:lang w:val="sr-Latn-ME"/>
        </w:rPr>
        <w:t xml:space="preserve"> </w:t>
      </w:r>
      <w:proofErr w:type="spellStart"/>
      <w:r w:rsidRPr="00627C43">
        <w:rPr>
          <w:rFonts w:cs="Times New Roman"/>
          <w:lang w:val="en-GB"/>
        </w:rPr>
        <w:t>kanistera</w:t>
      </w:r>
      <w:proofErr w:type="spellEnd"/>
      <w:r w:rsidRPr="00627C43">
        <w:rPr>
          <w:rFonts w:cs="Times New Roman"/>
          <w:lang w:val="sr-Latn-ME"/>
        </w:rPr>
        <w:t xml:space="preserve">. </w:t>
      </w:r>
      <w:proofErr w:type="spellStart"/>
      <w:r w:rsidRPr="00627C43">
        <w:rPr>
          <w:rFonts w:cs="Times New Roman"/>
          <w:lang w:val="fr-FR"/>
        </w:rPr>
        <w:t>Prilikom</w:t>
      </w:r>
      <w:proofErr w:type="spellEnd"/>
      <w:r w:rsidRPr="00627C43">
        <w:rPr>
          <w:rFonts w:cs="Times New Roman"/>
          <w:lang w:val="sr-Latn-ME"/>
        </w:rPr>
        <w:t xml:space="preserve"> </w:t>
      </w:r>
      <w:proofErr w:type="spellStart"/>
      <w:r w:rsidRPr="00627C43">
        <w:rPr>
          <w:rFonts w:cs="Times New Roman"/>
          <w:lang w:val="fr-FR"/>
        </w:rPr>
        <w:t>pripreme</w:t>
      </w:r>
      <w:proofErr w:type="spellEnd"/>
      <w:r w:rsidRPr="00627C43">
        <w:rPr>
          <w:rFonts w:cs="Times New Roman"/>
          <w:lang w:val="sr-Latn-ME"/>
        </w:rPr>
        <w:t xml:space="preserve"> </w:t>
      </w:r>
      <w:r w:rsidRPr="00627C43">
        <w:rPr>
          <w:rFonts w:cs="Times New Roman"/>
          <w:lang w:val="fr-FR"/>
        </w:rPr>
        <w:t>i</w:t>
      </w:r>
      <w:r w:rsidRPr="00627C43">
        <w:rPr>
          <w:rFonts w:cs="Times New Roman"/>
          <w:lang w:val="sr-Latn-ME"/>
        </w:rPr>
        <w:t xml:space="preserve"> </w:t>
      </w:r>
      <w:r w:rsidRPr="00627C43">
        <w:rPr>
          <w:rFonts w:cs="Times New Roman"/>
          <w:lang w:val="fr-FR"/>
        </w:rPr>
        <w:t>provo</w:t>
      </w:r>
      <w:r w:rsidRPr="00627C43">
        <w:rPr>
          <w:rFonts w:cs="Times New Roman"/>
          <w:lang w:val="sr-Latn-ME"/>
        </w:rPr>
        <w:t>đ</w:t>
      </w:r>
      <w:proofErr w:type="spellStart"/>
      <w:r w:rsidRPr="00627C43">
        <w:rPr>
          <w:rFonts w:cs="Times New Roman"/>
          <w:lang w:val="fr-FR"/>
        </w:rPr>
        <w:t>enja</w:t>
      </w:r>
      <w:proofErr w:type="spellEnd"/>
      <w:r w:rsidRPr="00627C43">
        <w:rPr>
          <w:rFonts w:cs="Times New Roman"/>
          <w:lang w:val="sr-Latn-ME"/>
        </w:rPr>
        <w:t xml:space="preserve"> </w:t>
      </w:r>
      <w:proofErr w:type="spellStart"/>
      <w:r w:rsidRPr="00627C43">
        <w:rPr>
          <w:rFonts w:cs="Times New Roman"/>
          <w:lang w:val="fr-FR"/>
        </w:rPr>
        <w:t>postupka</w:t>
      </w:r>
      <w:proofErr w:type="spellEnd"/>
      <w:r w:rsidRPr="00627C43">
        <w:rPr>
          <w:rFonts w:cs="Times New Roman"/>
          <w:lang w:val="sr-Latn-ME"/>
        </w:rPr>
        <w:t xml:space="preserve"> </w:t>
      </w:r>
      <w:proofErr w:type="spellStart"/>
      <w:r w:rsidRPr="00627C43">
        <w:rPr>
          <w:rFonts w:cs="Times New Roman"/>
          <w:lang w:val="fr-FR"/>
        </w:rPr>
        <w:t>markiranja</w:t>
      </w:r>
      <w:proofErr w:type="spellEnd"/>
      <w:r w:rsidRPr="00627C43">
        <w:rPr>
          <w:rFonts w:cs="Times New Roman"/>
          <w:lang w:val="sr-Latn-ME"/>
        </w:rPr>
        <w:t xml:space="preserve">, </w:t>
      </w:r>
      <w:r w:rsidRPr="00627C43">
        <w:rPr>
          <w:rFonts w:cs="Times New Roman"/>
          <w:lang w:val="fr-FR"/>
        </w:rPr>
        <w:t>u</w:t>
      </w:r>
      <w:r w:rsidRPr="00627C43">
        <w:rPr>
          <w:rFonts w:cs="Times New Roman"/>
          <w:lang w:val="sr-Latn-ME"/>
        </w:rPr>
        <w:t xml:space="preserve"> </w:t>
      </w:r>
      <w:proofErr w:type="spellStart"/>
      <w:r w:rsidRPr="00627C43">
        <w:rPr>
          <w:rFonts w:cs="Times New Roman"/>
          <w:lang w:val="fr-FR"/>
        </w:rPr>
        <w:t>informacioni</w:t>
      </w:r>
      <w:proofErr w:type="spellEnd"/>
      <w:r w:rsidRPr="00627C43">
        <w:rPr>
          <w:rFonts w:cs="Times New Roman"/>
          <w:lang w:val="sr-Latn-ME"/>
        </w:rPr>
        <w:t xml:space="preserve"> </w:t>
      </w:r>
      <w:proofErr w:type="spellStart"/>
      <w:r w:rsidRPr="00627C43">
        <w:rPr>
          <w:rFonts w:cs="Times New Roman"/>
          <w:lang w:val="fr-FR"/>
        </w:rPr>
        <w:t>sistem</w:t>
      </w:r>
      <w:proofErr w:type="spellEnd"/>
      <w:r w:rsidRPr="00627C43">
        <w:rPr>
          <w:rFonts w:cs="Times New Roman"/>
          <w:lang w:val="sr-Latn-ME"/>
        </w:rPr>
        <w:t xml:space="preserve"> </w:t>
      </w:r>
      <w:proofErr w:type="spellStart"/>
      <w:r w:rsidRPr="00627C43">
        <w:rPr>
          <w:rFonts w:cs="Times New Roman"/>
          <w:lang w:val="fr-FR"/>
        </w:rPr>
        <w:t>unose</w:t>
      </w:r>
      <w:proofErr w:type="spellEnd"/>
      <w:r w:rsidRPr="00627C43">
        <w:rPr>
          <w:rFonts w:cs="Times New Roman"/>
          <w:lang w:val="sr-Latn-ME"/>
        </w:rPr>
        <w:t xml:space="preserve"> </w:t>
      </w:r>
      <w:r w:rsidRPr="00627C43">
        <w:rPr>
          <w:rFonts w:cs="Times New Roman"/>
          <w:lang w:val="fr-FR"/>
        </w:rPr>
        <w:t>se</w:t>
      </w:r>
      <w:r w:rsidRPr="00627C43">
        <w:rPr>
          <w:rFonts w:cs="Times New Roman"/>
          <w:lang w:val="sr-Latn-ME"/>
        </w:rPr>
        <w:t xml:space="preserve"> </w:t>
      </w:r>
      <w:proofErr w:type="spellStart"/>
      <w:r w:rsidRPr="00627C43">
        <w:rPr>
          <w:rFonts w:cs="Times New Roman"/>
          <w:lang w:val="fr-FR"/>
        </w:rPr>
        <w:t>najmanje</w:t>
      </w:r>
      <w:proofErr w:type="spellEnd"/>
      <w:r w:rsidRPr="00627C43">
        <w:rPr>
          <w:rFonts w:cs="Times New Roman"/>
          <w:lang w:val="sr-Latn-ME"/>
        </w:rPr>
        <w:t xml:space="preserve"> </w:t>
      </w:r>
      <w:proofErr w:type="spellStart"/>
      <w:r w:rsidRPr="00627C43">
        <w:rPr>
          <w:rFonts w:cs="Times New Roman"/>
          <w:lang w:val="fr-FR"/>
        </w:rPr>
        <w:t>sljede</w:t>
      </w:r>
      <w:proofErr w:type="spellEnd"/>
      <w:r w:rsidRPr="00627C43">
        <w:rPr>
          <w:rFonts w:cs="Times New Roman"/>
          <w:lang w:val="sr-Latn-ME"/>
        </w:rPr>
        <w:t>ć</w:t>
      </w:r>
      <w:r w:rsidRPr="00627C43">
        <w:rPr>
          <w:rFonts w:cs="Times New Roman"/>
          <w:lang w:val="fr-FR"/>
        </w:rPr>
        <w:t>i</w:t>
      </w:r>
      <w:r w:rsidRPr="00627C43">
        <w:rPr>
          <w:rFonts w:cs="Times New Roman"/>
          <w:lang w:val="sr-Latn-ME"/>
        </w:rPr>
        <w:t xml:space="preserve"> </w:t>
      </w:r>
      <w:proofErr w:type="spellStart"/>
      <w:proofErr w:type="gramStart"/>
      <w:r w:rsidRPr="00627C43">
        <w:rPr>
          <w:rFonts w:cs="Times New Roman"/>
          <w:lang w:val="fr-FR"/>
        </w:rPr>
        <w:t>podaci</w:t>
      </w:r>
      <w:proofErr w:type="spellEnd"/>
      <w:r w:rsidRPr="00627C43">
        <w:rPr>
          <w:rFonts w:cs="Times New Roman"/>
          <w:lang w:val="sr-Latn-ME"/>
        </w:rPr>
        <w:t>:</w:t>
      </w:r>
      <w:proofErr w:type="gramEnd"/>
    </w:p>
    <w:p w14:paraId="5312C5CD" w14:textId="335A090B" w:rsidR="009015F3" w:rsidRPr="00627C43" w:rsidRDefault="009015F3" w:rsidP="009015F3">
      <w:pPr>
        <w:pStyle w:val="ListParagraph"/>
        <w:numPr>
          <w:ilvl w:val="0"/>
          <w:numId w:val="16"/>
        </w:numPr>
        <w:spacing w:line="240" w:lineRule="auto"/>
        <w:ind w:left="720"/>
        <w:rPr>
          <w:rFonts w:cs="Times New Roman"/>
          <w:lang w:val="en-GB"/>
        </w:rPr>
      </w:pPr>
      <w:proofErr w:type="spellStart"/>
      <w:r>
        <w:rPr>
          <w:rFonts w:cs="Times New Roman"/>
          <w:lang w:val="en-GB"/>
        </w:rPr>
        <w:t>O</w:t>
      </w:r>
      <w:r w:rsidRPr="00627C43">
        <w:rPr>
          <w:rFonts w:cs="Times New Roman"/>
          <w:lang w:val="en-GB"/>
        </w:rPr>
        <w:t>bveznik</w:t>
      </w:r>
      <w:proofErr w:type="spellEnd"/>
      <w:r w:rsidRPr="00627C43">
        <w:rPr>
          <w:rFonts w:cs="Times New Roman"/>
          <w:lang w:val="en-GB"/>
        </w:rPr>
        <w:t xml:space="preserve"> </w:t>
      </w:r>
      <w:proofErr w:type="spellStart"/>
      <w:r w:rsidRPr="00627C43">
        <w:rPr>
          <w:rFonts w:cs="Times New Roman"/>
          <w:lang w:val="en-GB"/>
        </w:rPr>
        <w:t>markiranja</w:t>
      </w:r>
      <w:proofErr w:type="spellEnd"/>
    </w:p>
    <w:p w14:paraId="123B3E97" w14:textId="77777777" w:rsidR="009015F3" w:rsidRPr="00627C43" w:rsidRDefault="009015F3" w:rsidP="009015F3">
      <w:pPr>
        <w:pStyle w:val="ListParagraph"/>
        <w:numPr>
          <w:ilvl w:val="0"/>
          <w:numId w:val="16"/>
        </w:numPr>
        <w:spacing w:line="240" w:lineRule="auto"/>
        <w:ind w:left="720"/>
        <w:rPr>
          <w:rFonts w:cs="Times New Roman"/>
          <w:szCs w:val="24"/>
          <w:lang w:val="sr-Latn-CS"/>
        </w:rPr>
      </w:pPr>
      <w:r w:rsidRPr="00627C43">
        <w:rPr>
          <w:rFonts w:cs="Times New Roman"/>
          <w:szCs w:val="24"/>
          <w:lang w:val="sr-Latn-CS"/>
        </w:rPr>
        <w:t xml:space="preserve">Oznaka skladišnog rezervoara   </w:t>
      </w:r>
    </w:p>
    <w:p w14:paraId="05DCD6AA" w14:textId="77777777" w:rsidR="009015F3" w:rsidRPr="00627C43" w:rsidRDefault="009015F3" w:rsidP="009015F3">
      <w:pPr>
        <w:pStyle w:val="ListParagraph"/>
        <w:numPr>
          <w:ilvl w:val="0"/>
          <w:numId w:val="16"/>
        </w:numPr>
        <w:spacing w:line="240" w:lineRule="auto"/>
        <w:ind w:left="720"/>
        <w:rPr>
          <w:rFonts w:cs="Times New Roman"/>
          <w:szCs w:val="24"/>
          <w:lang w:val="sr-Latn-CS"/>
        </w:rPr>
      </w:pPr>
      <w:r w:rsidRPr="00627C43">
        <w:rPr>
          <w:rFonts w:cs="Times New Roman"/>
          <w:szCs w:val="24"/>
          <w:lang w:val="sr-Latn-CS"/>
        </w:rPr>
        <w:t>Vrsta goriva</w:t>
      </w:r>
    </w:p>
    <w:p w14:paraId="0423E6E4" w14:textId="77777777" w:rsidR="009015F3" w:rsidRPr="00627C43" w:rsidRDefault="009015F3" w:rsidP="009015F3">
      <w:pPr>
        <w:pStyle w:val="ListParagraph"/>
        <w:numPr>
          <w:ilvl w:val="0"/>
          <w:numId w:val="16"/>
        </w:numPr>
        <w:spacing w:line="240" w:lineRule="auto"/>
        <w:ind w:left="720"/>
        <w:rPr>
          <w:rFonts w:cs="Times New Roman"/>
          <w:szCs w:val="24"/>
          <w:lang w:val="sr-Latn-CS"/>
        </w:rPr>
      </w:pPr>
      <w:r w:rsidRPr="00627C43">
        <w:rPr>
          <w:rFonts w:cs="Times New Roman"/>
          <w:szCs w:val="24"/>
          <w:lang w:val="sr-Latn-CS"/>
        </w:rPr>
        <w:t xml:space="preserve">Količina goriva koja se prima u skladišni rezervoar (l)  </w:t>
      </w:r>
    </w:p>
    <w:p w14:paraId="705D75F8" w14:textId="77777777" w:rsidR="009015F3" w:rsidRPr="00627C43" w:rsidRDefault="009015F3" w:rsidP="009015F3">
      <w:pPr>
        <w:pStyle w:val="ListParagraph"/>
        <w:numPr>
          <w:ilvl w:val="0"/>
          <w:numId w:val="16"/>
        </w:numPr>
        <w:spacing w:line="240" w:lineRule="auto"/>
        <w:ind w:left="720"/>
        <w:rPr>
          <w:rFonts w:cs="Times New Roman"/>
          <w:szCs w:val="24"/>
          <w:lang w:val="sr-Latn-CS"/>
        </w:rPr>
      </w:pPr>
      <w:r w:rsidRPr="00627C43">
        <w:rPr>
          <w:rFonts w:cs="Times New Roman"/>
          <w:szCs w:val="24"/>
          <w:lang w:val="sr-Latn-CS"/>
        </w:rPr>
        <w:t>Ime markera</w:t>
      </w:r>
    </w:p>
    <w:p w14:paraId="4C838D53" w14:textId="77777777" w:rsidR="009015F3" w:rsidRPr="00627C43" w:rsidRDefault="009015F3" w:rsidP="009015F3">
      <w:pPr>
        <w:pStyle w:val="ListParagraph"/>
        <w:numPr>
          <w:ilvl w:val="0"/>
          <w:numId w:val="16"/>
        </w:numPr>
        <w:spacing w:line="240" w:lineRule="auto"/>
        <w:ind w:left="720"/>
        <w:rPr>
          <w:rFonts w:cs="Times New Roman"/>
          <w:szCs w:val="24"/>
          <w:lang w:val="sr-Latn-CS"/>
        </w:rPr>
      </w:pPr>
      <w:proofErr w:type="spellStart"/>
      <w:r w:rsidRPr="00627C43">
        <w:rPr>
          <w:rFonts w:cs="Times New Roman"/>
          <w:szCs w:val="24"/>
        </w:rPr>
        <w:t>Jedinstveni</w:t>
      </w:r>
      <w:proofErr w:type="spellEnd"/>
      <w:r w:rsidRPr="00627C43">
        <w:rPr>
          <w:rFonts w:cs="Times New Roman"/>
          <w:szCs w:val="24"/>
        </w:rPr>
        <w:t xml:space="preserve"> </w:t>
      </w:r>
      <w:proofErr w:type="spellStart"/>
      <w:r w:rsidRPr="00627C43">
        <w:rPr>
          <w:rFonts w:cs="Times New Roman"/>
          <w:szCs w:val="24"/>
        </w:rPr>
        <w:t>identifikacioni</w:t>
      </w:r>
      <w:proofErr w:type="spellEnd"/>
      <w:r w:rsidRPr="00627C43">
        <w:rPr>
          <w:rFonts w:cs="Times New Roman"/>
          <w:szCs w:val="24"/>
        </w:rPr>
        <w:t xml:space="preserve"> </w:t>
      </w:r>
      <w:proofErr w:type="spellStart"/>
      <w:r w:rsidRPr="00627C43">
        <w:rPr>
          <w:rFonts w:cs="Times New Roman"/>
          <w:szCs w:val="24"/>
        </w:rPr>
        <w:t>broj</w:t>
      </w:r>
      <w:proofErr w:type="spellEnd"/>
      <w:r w:rsidRPr="00627C43">
        <w:rPr>
          <w:rFonts w:cs="Times New Roman"/>
          <w:szCs w:val="24"/>
        </w:rPr>
        <w:t xml:space="preserve"> </w:t>
      </w:r>
      <w:proofErr w:type="spellStart"/>
      <w:r w:rsidRPr="00627C43">
        <w:rPr>
          <w:rFonts w:cs="Times New Roman"/>
          <w:szCs w:val="24"/>
        </w:rPr>
        <w:t>kanistera</w:t>
      </w:r>
      <w:proofErr w:type="spellEnd"/>
      <w:r w:rsidRPr="00627C43">
        <w:rPr>
          <w:rFonts w:cs="Times New Roman"/>
          <w:szCs w:val="24"/>
          <w:lang w:val="sr-Latn-CS"/>
        </w:rPr>
        <w:t xml:space="preserve"> sa markerom</w:t>
      </w:r>
    </w:p>
    <w:p w14:paraId="6DD18816" w14:textId="77777777" w:rsidR="009015F3" w:rsidRPr="00627C43" w:rsidRDefault="009015F3" w:rsidP="009015F3">
      <w:pPr>
        <w:pStyle w:val="ListParagraph"/>
        <w:spacing w:line="240" w:lineRule="auto"/>
        <w:rPr>
          <w:rFonts w:cs="Times New Roman"/>
          <w:szCs w:val="24"/>
          <w:lang w:val="sr-Latn-CS"/>
        </w:rPr>
      </w:pPr>
    </w:p>
    <w:p w14:paraId="1A5E9327" w14:textId="60A55A58" w:rsidR="009015F3" w:rsidRPr="00627C43" w:rsidRDefault="009015F3" w:rsidP="009015F3">
      <w:pPr>
        <w:jc w:val="both"/>
        <w:rPr>
          <w:rFonts w:cs="Times New Roman"/>
          <w:lang w:val="sr-Latn-CS"/>
        </w:rPr>
      </w:pPr>
      <w:proofErr w:type="spellStart"/>
      <w:r w:rsidRPr="00627C43">
        <w:rPr>
          <w:rFonts w:cs="Times New Roman"/>
          <w:lang w:val="en-GB"/>
        </w:rPr>
        <w:t>Mjerenje</w:t>
      </w:r>
      <w:proofErr w:type="spellEnd"/>
      <w:r w:rsidRPr="00627C43">
        <w:rPr>
          <w:rFonts w:cs="Times New Roman"/>
          <w:lang w:val="sr-Latn-CS"/>
        </w:rPr>
        <w:t xml:space="preserve"> </w:t>
      </w:r>
      <w:proofErr w:type="spellStart"/>
      <w:r w:rsidRPr="00627C43">
        <w:rPr>
          <w:rFonts w:cs="Times New Roman"/>
          <w:lang w:val="en-GB"/>
        </w:rPr>
        <w:t>koli</w:t>
      </w:r>
      <w:proofErr w:type="spellEnd"/>
      <w:r w:rsidRPr="00627C43">
        <w:rPr>
          <w:rFonts w:cs="Times New Roman"/>
          <w:lang w:val="sr-Latn-CS"/>
        </w:rPr>
        <w:t>č</w:t>
      </w:r>
      <w:proofErr w:type="spellStart"/>
      <w:r w:rsidRPr="00627C43">
        <w:rPr>
          <w:rFonts w:cs="Times New Roman"/>
          <w:lang w:val="en-GB"/>
        </w:rPr>
        <w:t>ine</w:t>
      </w:r>
      <w:proofErr w:type="spellEnd"/>
      <w:r w:rsidRPr="00627C43">
        <w:rPr>
          <w:rFonts w:cs="Times New Roman"/>
          <w:lang w:val="sr-Latn-CS"/>
        </w:rPr>
        <w:t xml:space="preserve"> </w:t>
      </w:r>
      <w:proofErr w:type="spellStart"/>
      <w:r w:rsidRPr="00627C43">
        <w:rPr>
          <w:rFonts w:cs="Times New Roman"/>
          <w:lang w:val="en-GB"/>
        </w:rPr>
        <w:t>markera</w:t>
      </w:r>
      <w:proofErr w:type="spellEnd"/>
      <w:r w:rsidRPr="00627C43">
        <w:rPr>
          <w:rFonts w:cs="Times New Roman"/>
          <w:lang w:val="sr-Latn-CS"/>
        </w:rPr>
        <w:t xml:space="preserve"> </w:t>
      </w:r>
      <w:proofErr w:type="spellStart"/>
      <w:r w:rsidRPr="00627C43">
        <w:rPr>
          <w:rFonts w:cs="Times New Roman"/>
          <w:lang w:val="en-GB"/>
        </w:rPr>
        <w:t>kao</w:t>
      </w:r>
      <w:proofErr w:type="spellEnd"/>
      <w:r w:rsidRPr="00627C43">
        <w:rPr>
          <w:rFonts w:cs="Times New Roman"/>
          <w:lang w:val="sr-Latn-CS"/>
        </w:rPr>
        <w:t xml:space="preserve"> </w:t>
      </w:r>
      <w:proofErr w:type="spellStart"/>
      <w:r w:rsidRPr="00627C43">
        <w:rPr>
          <w:rFonts w:cs="Times New Roman"/>
          <w:lang w:val="en-GB"/>
        </w:rPr>
        <w:t>i</w:t>
      </w:r>
      <w:proofErr w:type="spellEnd"/>
      <w:r w:rsidRPr="00627C43">
        <w:rPr>
          <w:rFonts w:cs="Times New Roman"/>
          <w:lang w:val="sr-Latn-CS"/>
        </w:rPr>
        <w:t xml:space="preserve"> </w:t>
      </w:r>
      <w:proofErr w:type="spellStart"/>
      <w:r w:rsidRPr="00627C43">
        <w:rPr>
          <w:rFonts w:cs="Times New Roman"/>
          <w:lang w:val="en-GB"/>
        </w:rPr>
        <w:t>dodavanje</w:t>
      </w:r>
      <w:proofErr w:type="spellEnd"/>
      <w:r w:rsidRPr="00627C43">
        <w:rPr>
          <w:rFonts w:cs="Times New Roman"/>
          <w:lang w:val="sr-Latn-CS"/>
        </w:rPr>
        <w:t xml:space="preserve"> </w:t>
      </w:r>
      <w:proofErr w:type="spellStart"/>
      <w:r w:rsidRPr="00627C43">
        <w:rPr>
          <w:rFonts w:cs="Times New Roman"/>
          <w:lang w:val="en-GB"/>
        </w:rPr>
        <w:t>markera</w:t>
      </w:r>
      <w:proofErr w:type="spellEnd"/>
      <w:r w:rsidRPr="00627C43">
        <w:rPr>
          <w:rFonts w:cs="Times New Roman"/>
          <w:lang w:val="sr-Latn-CS"/>
        </w:rPr>
        <w:t xml:space="preserve"> </w:t>
      </w:r>
      <w:r w:rsidRPr="00627C43">
        <w:rPr>
          <w:rFonts w:cs="Times New Roman"/>
          <w:lang w:val="en-GB"/>
        </w:rPr>
        <w:t>u</w:t>
      </w:r>
      <w:r w:rsidRPr="00627C43">
        <w:rPr>
          <w:rFonts w:cs="Times New Roman"/>
          <w:lang w:val="sr-Latn-CS"/>
        </w:rPr>
        <w:t xml:space="preserve"> </w:t>
      </w:r>
      <w:proofErr w:type="spellStart"/>
      <w:r w:rsidRPr="00627C43">
        <w:rPr>
          <w:rFonts w:cs="Times New Roman"/>
          <w:lang w:val="en-GB"/>
        </w:rPr>
        <w:t>gorivo</w:t>
      </w:r>
      <w:proofErr w:type="spellEnd"/>
      <w:r w:rsidRPr="00627C43">
        <w:rPr>
          <w:rFonts w:cs="Times New Roman"/>
          <w:lang w:val="sr-Latn-CS"/>
        </w:rPr>
        <w:t xml:space="preserve"> </w:t>
      </w:r>
      <w:proofErr w:type="spellStart"/>
      <w:r w:rsidRPr="00627C43">
        <w:rPr>
          <w:rFonts w:cs="Times New Roman"/>
          <w:lang w:val="en-GB"/>
        </w:rPr>
        <w:t>vr</w:t>
      </w:r>
      <w:proofErr w:type="spellEnd"/>
      <w:r w:rsidRPr="00627C43">
        <w:rPr>
          <w:rFonts w:cs="Times New Roman"/>
          <w:lang w:val="sr-Latn-CS"/>
        </w:rPr>
        <w:t>š</w:t>
      </w:r>
      <w:r w:rsidRPr="00627C43">
        <w:rPr>
          <w:rFonts w:cs="Times New Roman"/>
          <w:lang w:val="en-GB"/>
        </w:rPr>
        <w:t>e</w:t>
      </w:r>
      <w:r w:rsidRPr="00627C43">
        <w:rPr>
          <w:rFonts w:cs="Times New Roman"/>
          <w:lang w:val="sr-Latn-CS"/>
        </w:rPr>
        <w:t xml:space="preserve"> </w:t>
      </w:r>
      <w:proofErr w:type="spellStart"/>
      <w:r w:rsidRPr="00627C43">
        <w:rPr>
          <w:rFonts w:cs="Times New Roman"/>
          <w:lang w:val="en-GB"/>
        </w:rPr>
        <w:t>predstavnici</w:t>
      </w:r>
      <w:proofErr w:type="spellEnd"/>
      <w:r w:rsidRPr="00627C43">
        <w:rPr>
          <w:rFonts w:cs="Times New Roman"/>
          <w:lang w:val="sr-Latn-CS"/>
        </w:rPr>
        <w:t xml:space="preserve"> </w:t>
      </w:r>
      <w:r>
        <w:rPr>
          <w:rFonts w:cs="Times New Roman"/>
          <w:lang w:val="sr-Latn-ME"/>
        </w:rPr>
        <w:t>Pružaoca usluge markiranja</w:t>
      </w:r>
      <w:r w:rsidRPr="00EC394A">
        <w:rPr>
          <w:rFonts w:cs="Times New Roman"/>
          <w:lang w:val="sr-Latn-ME"/>
        </w:rPr>
        <w:t xml:space="preserve"> </w:t>
      </w:r>
      <w:r w:rsidRPr="00627C43">
        <w:rPr>
          <w:rFonts w:cs="Times New Roman"/>
          <w:lang w:val="en-GB"/>
        </w:rPr>
        <w:t>a</w:t>
      </w:r>
      <w:r w:rsidRPr="00627C43">
        <w:rPr>
          <w:rFonts w:cs="Times New Roman"/>
          <w:lang w:val="sr-Latn-CS"/>
        </w:rPr>
        <w:t xml:space="preserve"> </w:t>
      </w:r>
      <w:proofErr w:type="spellStart"/>
      <w:r w:rsidRPr="00627C43">
        <w:rPr>
          <w:rFonts w:cs="Times New Roman"/>
          <w:lang w:val="en-GB"/>
        </w:rPr>
        <w:t>verifikaciju</w:t>
      </w:r>
      <w:proofErr w:type="spellEnd"/>
      <w:r w:rsidRPr="00627C43">
        <w:rPr>
          <w:rFonts w:cs="Times New Roman"/>
          <w:lang w:val="sr-Latn-CS"/>
        </w:rPr>
        <w:t xml:space="preserve"> </w:t>
      </w:r>
      <w:proofErr w:type="spellStart"/>
      <w:r w:rsidRPr="00627C43">
        <w:rPr>
          <w:rFonts w:cs="Times New Roman"/>
          <w:lang w:val="en-GB"/>
        </w:rPr>
        <w:t>dodavanja</w:t>
      </w:r>
      <w:proofErr w:type="spellEnd"/>
      <w:r w:rsidRPr="00627C43">
        <w:rPr>
          <w:rFonts w:cs="Times New Roman"/>
          <w:lang w:val="sr-Latn-CS"/>
        </w:rPr>
        <w:t xml:space="preserve"> </w:t>
      </w:r>
      <w:proofErr w:type="spellStart"/>
      <w:r w:rsidRPr="00627C43">
        <w:rPr>
          <w:rFonts w:cs="Times New Roman"/>
          <w:lang w:val="en-GB"/>
        </w:rPr>
        <w:t>markera</w:t>
      </w:r>
      <w:proofErr w:type="spellEnd"/>
      <w:r w:rsidRPr="00627C43">
        <w:rPr>
          <w:rFonts w:cs="Times New Roman"/>
          <w:lang w:val="sr-Latn-CS"/>
        </w:rPr>
        <w:t xml:space="preserve"> </w:t>
      </w:r>
      <w:r w:rsidRPr="00627C43">
        <w:rPr>
          <w:rFonts w:cs="Times New Roman"/>
          <w:lang w:val="en-GB"/>
        </w:rPr>
        <w:t>u</w:t>
      </w:r>
      <w:r w:rsidRPr="00627C43">
        <w:rPr>
          <w:rFonts w:cs="Times New Roman"/>
          <w:lang w:val="sr-Latn-CS"/>
        </w:rPr>
        <w:t xml:space="preserve"> gorivo, </w:t>
      </w:r>
      <w:proofErr w:type="spellStart"/>
      <w:r w:rsidRPr="00627C43">
        <w:rPr>
          <w:rFonts w:cs="Times New Roman"/>
          <w:lang w:val="en-GB"/>
        </w:rPr>
        <w:t>vr</w:t>
      </w:r>
      <w:proofErr w:type="spellEnd"/>
      <w:r w:rsidRPr="00627C43">
        <w:rPr>
          <w:rFonts w:cs="Times New Roman"/>
          <w:lang w:val="sr-Latn-CS"/>
        </w:rPr>
        <w:t>š</w:t>
      </w:r>
      <w:r w:rsidRPr="00627C43">
        <w:rPr>
          <w:rFonts w:cs="Times New Roman"/>
          <w:lang w:val="en-GB"/>
        </w:rPr>
        <w:t>e</w:t>
      </w:r>
      <w:r w:rsidRPr="00627C43">
        <w:rPr>
          <w:rFonts w:cs="Times New Roman"/>
          <w:lang w:val="sr-Latn-CS"/>
        </w:rPr>
        <w:t xml:space="preserve"> </w:t>
      </w:r>
      <w:proofErr w:type="spellStart"/>
      <w:r w:rsidRPr="00627C43">
        <w:rPr>
          <w:rFonts w:cs="Times New Roman"/>
          <w:lang w:val="en-GB"/>
        </w:rPr>
        <w:t>predstavnici</w:t>
      </w:r>
      <w:proofErr w:type="spellEnd"/>
      <w:r w:rsidRPr="00627C43">
        <w:rPr>
          <w:rFonts w:cs="Times New Roman"/>
          <w:lang w:val="sr-Latn-CS"/>
        </w:rPr>
        <w:t xml:space="preserve"> </w:t>
      </w:r>
      <w:proofErr w:type="spellStart"/>
      <w:r w:rsidRPr="00627C43">
        <w:rPr>
          <w:rFonts w:cs="Times New Roman"/>
          <w:lang w:val="en-GB"/>
        </w:rPr>
        <w:t>obveznika</w:t>
      </w:r>
      <w:proofErr w:type="spellEnd"/>
      <w:r w:rsidRPr="00627C43">
        <w:rPr>
          <w:rFonts w:cs="Times New Roman"/>
          <w:lang w:val="sr-Latn-CS"/>
        </w:rPr>
        <w:t xml:space="preserve"> </w:t>
      </w:r>
      <w:proofErr w:type="spellStart"/>
      <w:r w:rsidRPr="00627C43">
        <w:rPr>
          <w:rFonts w:cs="Times New Roman"/>
          <w:lang w:val="en-GB"/>
        </w:rPr>
        <w:t>markiranja</w:t>
      </w:r>
      <w:proofErr w:type="spellEnd"/>
      <w:r w:rsidRPr="00627C43">
        <w:rPr>
          <w:rFonts w:cs="Times New Roman"/>
          <w:lang w:val="sr-Latn-CS"/>
        </w:rPr>
        <w:t>.</w:t>
      </w:r>
    </w:p>
    <w:p w14:paraId="39400D05" w14:textId="77777777" w:rsidR="009015F3" w:rsidRPr="00627C43" w:rsidRDefault="009015F3" w:rsidP="009015F3">
      <w:pPr>
        <w:jc w:val="both"/>
        <w:rPr>
          <w:rFonts w:cs="Times New Roman"/>
          <w:lang w:val="fr-FR"/>
        </w:rPr>
      </w:pPr>
      <w:proofErr w:type="spellStart"/>
      <w:r w:rsidRPr="00627C43">
        <w:rPr>
          <w:rFonts w:cs="Times New Roman"/>
          <w:lang w:val="fr-FR"/>
        </w:rPr>
        <w:t>Prilikom</w:t>
      </w:r>
      <w:proofErr w:type="spellEnd"/>
      <w:r w:rsidRPr="00627C43">
        <w:rPr>
          <w:rFonts w:cs="Times New Roman"/>
          <w:lang w:val="fr-FR"/>
        </w:rPr>
        <w:t xml:space="preserve"> </w:t>
      </w:r>
      <w:proofErr w:type="spellStart"/>
      <w:r w:rsidRPr="00627C43">
        <w:rPr>
          <w:rFonts w:cs="Times New Roman"/>
          <w:lang w:val="fr-FR"/>
        </w:rPr>
        <w:t>markiranja</w:t>
      </w:r>
      <w:proofErr w:type="spellEnd"/>
      <w:r w:rsidRPr="00627C43">
        <w:rPr>
          <w:rFonts w:cs="Times New Roman"/>
          <w:lang w:val="fr-FR"/>
        </w:rPr>
        <w:t xml:space="preserve">, </w:t>
      </w:r>
      <w:proofErr w:type="spellStart"/>
      <w:r w:rsidRPr="00627C43">
        <w:rPr>
          <w:rFonts w:cs="Times New Roman"/>
          <w:lang w:val="fr-FR"/>
        </w:rPr>
        <w:t>prati</w:t>
      </w:r>
      <w:proofErr w:type="spellEnd"/>
      <w:r w:rsidRPr="00627C43">
        <w:rPr>
          <w:rFonts w:cs="Times New Roman"/>
          <w:lang w:val="fr-FR"/>
        </w:rPr>
        <w:t xml:space="preserve"> se </w:t>
      </w:r>
      <w:proofErr w:type="spellStart"/>
      <w:r w:rsidRPr="00627C43">
        <w:rPr>
          <w:rFonts w:cs="Times New Roman"/>
          <w:lang w:val="fr-FR"/>
        </w:rPr>
        <w:t>sledeći</w:t>
      </w:r>
      <w:proofErr w:type="spellEnd"/>
      <w:r w:rsidRPr="00627C43">
        <w:rPr>
          <w:rFonts w:cs="Times New Roman"/>
          <w:lang w:val="fr-FR"/>
        </w:rPr>
        <w:t xml:space="preserve"> </w:t>
      </w:r>
      <w:proofErr w:type="spellStart"/>
      <w:r w:rsidRPr="00627C43">
        <w:rPr>
          <w:rFonts w:cs="Times New Roman"/>
          <w:lang w:val="fr-FR"/>
        </w:rPr>
        <w:t>proces</w:t>
      </w:r>
      <w:proofErr w:type="spellEnd"/>
      <w:r w:rsidRPr="00627C43">
        <w:rPr>
          <w:rFonts w:cs="Times New Roman"/>
          <w:lang w:val="fr-FR"/>
        </w:rPr>
        <w:t xml:space="preserve">, </w:t>
      </w:r>
      <w:proofErr w:type="spellStart"/>
      <w:r w:rsidRPr="00627C43">
        <w:rPr>
          <w:rFonts w:cs="Times New Roman"/>
          <w:lang w:val="fr-FR"/>
        </w:rPr>
        <w:t>kako</w:t>
      </w:r>
      <w:proofErr w:type="spellEnd"/>
      <w:r w:rsidRPr="00627C43">
        <w:rPr>
          <w:rFonts w:cs="Times New Roman"/>
          <w:lang w:val="fr-FR"/>
        </w:rPr>
        <w:t xml:space="preserve"> bi se </w:t>
      </w:r>
      <w:proofErr w:type="spellStart"/>
      <w:r w:rsidRPr="00627C43">
        <w:rPr>
          <w:rFonts w:cs="Times New Roman"/>
          <w:lang w:val="fr-FR"/>
        </w:rPr>
        <w:t>sipala</w:t>
      </w:r>
      <w:proofErr w:type="spellEnd"/>
      <w:r w:rsidRPr="00627C43">
        <w:rPr>
          <w:rFonts w:cs="Times New Roman"/>
          <w:lang w:val="fr-FR"/>
        </w:rPr>
        <w:t xml:space="preserve"> </w:t>
      </w:r>
      <w:proofErr w:type="spellStart"/>
      <w:r w:rsidRPr="00627C43">
        <w:rPr>
          <w:rFonts w:cs="Times New Roman"/>
          <w:lang w:val="fr-FR"/>
        </w:rPr>
        <w:t>tačna</w:t>
      </w:r>
      <w:proofErr w:type="spellEnd"/>
      <w:r w:rsidRPr="00627C43">
        <w:rPr>
          <w:rFonts w:cs="Times New Roman"/>
          <w:lang w:val="fr-FR"/>
        </w:rPr>
        <w:t xml:space="preserve"> </w:t>
      </w:r>
      <w:proofErr w:type="spellStart"/>
      <w:r w:rsidRPr="00627C43">
        <w:rPr>
          <w:rFonts w:cs="Times New Roman"/>
          <w:lang w:val="fr-FR"/>
        </w:rPr>
        <w:t>masa</w:t>
      </w:r>
      <w:proofErr w:type="spellEnd"/>
      <w:r w:rsidRPr="00627C43">
        <w:rPr>
          <w:rFonts w:cs="Times New Roman"/>
          <w:lang w:val="fr-FR"/>
        </w:rPr>
        <w:t xml:space="preserve"> </w:t>
      </w:r>
      <w:proofErr w:type="spellStart"/>
      <w:r w:rsidRPr="00627C43">
        <w:rPr>
          <w:rFonts w:cs="Times New Roman"/>
          <w:lang w:val="fr-FR"/>
        </w:rPr>
        <w:t>markera</w:t>
      </w:r>
      <w:proofErr w:type="spellEnd"/>
      <w:r w:rsidRPr="00627C43">
        <w:rPr>
          <w:rFonts w:cs="Times New Roman"/>
          <w:lang w:val="fr-FR"/>
        </w:rPr>
        <w:t xml:space="preserve"> u </w:t>
      </w:r>
      <w:proofErr w:type="spellStart"/>
      <w:proofErr w:type="gramStart"/>
      <w:r w:rsidRPr="00627C43">
        <w:rPr>
          <w:rFonts w:cs="Times New Roman"/>
          <w:lang w:val="fr-FR"/>
        </w:rPr>
        <w:t>kanister</w:t>
      </w:r>
      <w:proofErr w:type="spellEnd"/>
      <w:r w:rsidRPr="00627C43">
        <w:rPr>
          <w:rFonts w:cs="Times New Roman"/>
          <w:lang w:val="fr-FR"/>
        </w:rPr>
        <w:t>:</w:t>
      </w:r>
      <w:proofErr w:type="gramEnd"/>
      <w:r w:rsidRPr="00627C43">
        <w:rPr>
          <w:rFonts w:cs="Times New Roman"/>
          <w:lang w:val="fr-FR"/>
        </w:rPr>
        <w:t xml:space="preserve"> </w:t>
      </w:r>
    </w:p>
    <w:p w14:paraId="69404817" w14:textId="77777777" w:rsidR="009015F3" w:rsidRPr="00627C43" w:rsidRDefault="009015F3" w:rsidP="009015F3">
      <w:pPr>
        <w:pStyle w:val="ListParagraph"/>
        <w:numPr>
          <w:ilvl w:val="0"/>
          <w:numId w:val="16"/>
        </w:numPr>
        <w:spacing w:line="240" w:lineRule="auto"/>
        <w:ind w:left="720"/>
        <w:jc w:val="both"/>
        <w:rPr>
          <w:rFonts w:cs="Times New Roman"/>
          <w:szCs w:val="24"/>
          <w:lang w:val="sr-Latn-CS"/>
        </w:rPr>
      </w:pPr>
      <w:r w:rsidRPr="00627C43">
        <w:rPr>
          <w:rFonts w:cs="Times New Roman"/>
          <w:szCs w:val="24"/>
          <w:lang w:val="sr-Latn-CS"/>
        </w:rPr>
        <w:t>Postaviti prazan kanister bez poklopca na kalibrisanu elektronsku vagu sa rezolucijom</w:t>
      </w:r>
      <w:r w:rsidRPr="00627C43">
        <w:rPr>
          <w:rFonts w:cs="Times New Roman"/>
          <w:lang w:val="fr-FR"/>
        </w:rPr>
        <w:t xml:space="preserve"> </w:t>
      </w:r>
      <w:proofErr w:type="spellStart"/>
      <w:r w:rsidRPr="00627C43">
        <w:rPr>
          <w:rFonts w:cs="Times New Roman"/>
          <w:lang w:val="fr-FR"/>
        </w:rPr>
        <w:t>očitavanja</w:t>
      </w:r>
      <w:proofErr w:type="spellEnd"/>
      <w:r w:rsidRPr="00627C43">
        <w:rPr>
          <w:rFonts w:cs="Times New Roman"/>
          <w:lang w:val="fr-FR"/>
        </w:rPr>
        <w:t xml:space="preserve"> mase u </w:t>
      </w:r>
      <w:proofErr w:type="spellStart"/>
      <w:r w:rsidRPr="00627C43">
        <w:rPr>
          <w:rFonts w:cs="Times New Roman"/>
          <w:lang w:val="fr-FR"/>
        </w:rPr>
        <w:t>koracima</w:t>
      </w:r>
      <w:proofErr w:type="spellEnd"/>
      <w:r w:rsidRPr="00627C43">
        <w:rPr>
          <w:rFonts w:cs="Times New Roman"/>
          <w:lang w:val="fr-FR"/>
        </w:rPr>
        <w:t xml:space="preserve"> </w:t>
      </w:r>
      <w:proofErr w:type="spellStart"/>
      <w:r w:rsidRPr="00627C43">
        <w:rPr>
          <w:rFonts w:cs="Times New Roman"/>
          <w:lang w:val="fr-FR"/>
        </w:rPr>
        <w:t>od</w:t>
      </w:r>
      <w:proofErr w:type="spellEnd"/>
      <w:r w:rsidRPr="00627C43">
        <w:rPr>
          <w:rFonts w:cs="Times New Roman"/>
          <w:lang w:val="fr-FR"/>
        </w:rPr>
        <w:t xml:space="preserve"> 1 g</w:t>
      </w:r>
      <w:r w:rsidRPr="00627C43">
        <w:rPr>
          <w:rFonts w:cs="Times New Roman"/>
          <w:szCs w:val="24"/>
          <w:lang w:val="sr-Latn-CS"/>
        </w:rPr>
        <w:t xml:space="preserve">. Izuzetno, </w:t>
      </w:r>
      <w:proofErr w:type="spellStart"/>
      <w:r w:rsidRPr="00627C43">
        <w:rPr>
          <w:rFonts w:cs="Times New Roman"/>
          <w:szCs w:val="24"/>
          <w:lang w:val="fr-FR"/>
        </w:rPr>
        <w:t>ukoliko</w:t>
      </w:r>
      <w:proofErr w:type="spellEnd"/>
      <w:r w:rsidRPr="00627C43">
        <w:rPr>
          <w:rFonts w:cs="Times New Roman"/>
          <w:szCs w:val="24"/>
          <w:lang w:val="fr-FR"/>
        </w:rPr>
        <w:t xml:space="preserve"> je </w:t>
      </w:r>
      <w:proofErr w:type="spellStart"/>
      <w:r w:rsidRPr="00627C43">
        <w:rPr>
          <w:rFonts w:cs="Times New Roman"/>
          <w:szCs w:val="24"/>
          <w:lang w:val="fr-FR"/>
        </w:rPr>
        <w:t>za</w:t>
      </w:r>
      <w:proofErr w:type="spellEnd"/>
      <w:r w:rsidRPr="00627C43">
        <w:rPr>
          <w:rFonts w:cs="Times New Roman"/>
          <w:szCs w:val="24"/>
          <w:lang w:val="fr-FR"/>
        </w:rPr>
        <w:t xml:space="preserve"> </w:t>
      </w:r>
      <w:proofErr w:type="spellStart"/>
      <w:r w:rsidRPr="00627C43">
        <w:rPr>
          <w:rFonts w:cs="Times New Roman"/>
          <w:szCs w:val="24"/>
          <w:lang w:val="fr-FR"/>
        </w:rPr>
        <w:t>markiranje</w:t>
      </w:r>
      <w:proofErr w:type="spellEnd"/>
      <w:r w:rsidRPr="00627C43">
        <w:rPr>
          <w:rFonts w:cs="Times New Roman"/>
          <w:szCs w:val="24"/>
          <w:lang w:val="fr-FR"/>
        </w:rPr>
        <w:t xml:space="preserve"> </w:t>
      </w:r>
      <w:proofErr w:type="spellStart"/>
      <w:r w:rsidRPr="00627C43">
        <w:rPr>
          <w:rFonts w:cs="Times New Roman"/>
          <w:szCs w:val="24"/>
          <w:lang w:val="fr-FR"/>
        </w:rPr>
        <w:t>predmetne</w:t>
      </w:r>
      <w:proofErr w:type="spellEnd"/>
      <w:r w:rsidRPr="00627C43">
        <w:rPr>
          <w:rFonts w:cs="Times New Roman"/>
          <w:szCs w:val="24"/>
          <w:lang w:val="fr-FR"/>
        </w:rPr>
        <w:t xml:space="preserve"> </w:t>
      </w:r>
      <w:proofErr w:type="spellStart"/>
      <w:r w:rsidRPr="00627C43">
        <w:rPr>
          <w:rFonts w:cs="Times New Roman"/>
          <w:szCs w:val="24"/>
          <w:lang w:val="fr-FR"/>
        </w:rPr>
        <w:t>količine</w:t>
      </w:r>
      <w:proofErr w:type="spellEnd"/>
      <w:r w:rsidRPr="00627C43">
        <w:rPr>
          <w:rFonts w:cs="Times New Roman"/>
          <w:szCs w:val="24"/>
          <w:lang w:val="fr-FR"/>
        </w:rPr>
        <w:t xml:space="preserve"> </w:t>
      </w:r>
      <w:proofErr w:type="spellStart"/>
      <w:r w:rsidRPr="00627C43">
        <w:rPr>
          <w:rFonts w:cs="Times New Roman"/>
          <w:szCs w:val="24"/>
          <w:lang w:val="fr-FR"/>
        </w:rPr>
        <w:t>goriva</w:t>
      </w:r>
      <w:proofErr w:type="spellEnd"/>
      <w:r w:rsidRPr="00627C43">
        <w:rPr>
          <w:rFonts w:cs="Times New Roman"/>
          <w:szCs w:val="24"/>
          <w:lang w:val="fr-FR"/>
        </w:rPr>
        <w:t xml:space="preserve"> </w:t>
      </w:r>
      <w:proofErr w:type="spellStart"/>
      <w:r w:rsidRPr="00627C43">
        <w:rPr>
          <w:rFonts w:cs="Times New Roman"/>
          <w:szCs w:val="24"/>
          <w:lang w:val="fr-FR"/>
        </w:rPr>
        <w:t>potrebno</w:t>
      </w:r>
      <w:proofErr w:type="spellEnd"/>
      <w:r w:rsidRPr="00627C43">
        <w:rPr>
          <w:rFonts w:cs="Times New Roman"/>
          <w:szCs w:val="24"/>
          <w:lang w:val="fr-FR"/>
        </w:rPr>
        <w:t xml:space="preserve"> </w:t>
      </w:r>
      <w:proofErr w:type="spellStart"/>
      <w:r w:rsidRPr="00627C43">
        <w:rPr>
          <w:rFonts w:cs="Times New Roman"/>
          <w:szCs w:val="24"/>
          <w:lang w:val="fr-FR"/>
        </w:rPr>
        <w:t>manje</w:t>
      </w:r>
      <w:proofErr w:type="spellEnd"/>
      <w:r w:rsidRPr="00627C43">
        <w:rPr>
          <w:rFonts w:cs="Times New Roman"/>
          <w:szCs w:val="24"/>
          <w:lang w:val="fr-FR"/>
        </w:rPr>
        <w:t xml:space="preserve"> </w:t>
      </w:r>
      <w:proofErr w:type="spellStart"/>
      <w:r w:rsidRPr="00627C43">
        <w:rPr>
          <w:rFonts w:cs="Times New Roman"/>
          <w:szCs w:val="24"/>
          <w:lang w:val="fr-FR"/>
        </w:rPr>
        <w:t>od</w:t>
      </w:r>
      <w:proofErr w:type="spellEnd"/>
      <w:r w:rsidRPr="00627C43">
        <w:rPr>
          <w:rFonts w:cs="Times New Roman"/>
          <w:szCs w:val="24"/>
          <w:lang w:val="fr-FR"/>
        </w:rPr>
        <w:t xml:space="preserve"> 3 kg </w:t>
      </w:r>
      <w:proofErr w:type="spellStart"/>
      <w:r w:rsidRPr="00627C43">
        <w:rPr>
          <w:rFonts w:cs="Times New Roman"/>
          <w:szCs w:val="24"/>
          <w:lang w:val="fr-FR"/>
        </w:rPr>
        <w:t>markera</w:t>
      </w:r>
      <w:proofErr w:type="spellEnd"/>
      <w:r w:rsidRPr="00627C43">
        <w:rPr>
          <w:rFonts w:cs="Times New Roman"/>
          <w:szCs w:val="24"/>
          <w:lang w:val="fr-FR"/>
        </w:rPr>
        <w:t xml:space="preserve">, </w:t>
      </w:r>
      <w:proofErr w:type="spellStart"/>
      <w:r w:rsidRPr="00627C43">
        <w:rPr>
          <w:rFonts w:cs="Times New Roman"/>
          <w:szCs w:val="24"/>
          <w:lang w:val="fr-FR"/>
        </w:rPr>
        <w:t>koristi</w:t>
      </w:r>
      <w:proofErr w:type="spellEnd"/>
      <w:r w:rsidRPr="00627C43">
        <w:rPr>
          <w:rFonts w:cs="Times New Roman"/>
          <w:szCs w:val="24"/>
          <w:lang w:val="fr-FR"/>
        </w:rPr>
        <w:t xml:space="preserve"> se </w:t>
      </w:r>
      <w:proofErr w:type="spellStart"/>
      <w:r w:rsidRPr="00627C43">
        <w:rPr>
          <w:rFonts w:cs="Times New Roman"/>
          <w:szCs w:val="24"/>
          <w:lang w:val="fr-FR"/>
        </w:rPr>
        <w:t>vaga</w:t>
      </w:r>
      <w:proofErr w:type="spellEnd"/>
      <w:r w:rsidRPr="00627C43">
        <w:rPr>
          <w:rFonts w:cs="Times New Roman"/>
          <w:szCs w:val="24"/>
          <w:lang w:val="fr-FR"/>
        </w:rPr>
        <w:t xml:space="preserve"> sa </w:t>
      </w:r>
      <w:r w:rsidRPr="00627C43">
        <w:rPr>
          <w:rFonts w:cs="Times New Roman"/>
          <w:szCs w:val="24"/>
          <w:lang w:val="sr-Latn-CS"/>
        </w:rPr>
        <w:t>rezolucijom očitavanja</w:t>
      </w:r>
      <w:r w:rsidRPr="00627C43">
        <w:rPr>
          <w:rFonts w:cs="Times New Roman"/>
          <w:lang w:val="sr-Latn-CS"/>
        </w:rPr>
        <w:t xml:space="preserve"> </w:t>
      </w:r>
      <w:proofErr w:type="spellStart"/>
      <w:r w:rsidRPr="00627C43">
        <w:rPr>
          <w:rFonts w:cs="Times New Roman"/>
          <w:lang w:val="fr-FR"/>
        </w:rPr>
        <w:t>od</w:t>
      </w:r>
      <w:proofErr w:type="spellEnd"/>
      <w:r w:rsidRPr="00627C43">
        <w:rPr>
          <w:rFonts w:cs="Times New Roman"/>
          <w:lang w:val="sr-Latn-CS"/>
        </w:rPr>
        <w:t xml:space="preserve"> 0.1 </w:t>
      </w:r>
      <w:r w:rsidRPr="00627C43">
        <w:rPr>
          <w:rFonts w:cs="Times New Roman"/>
          <w:lang w:val="fr-FR"/>
        </w:rPr>
        <w:t>g</w:t>
      </w:r>
    </w:p>
    <w:p w14:paraId="621A7AF0" w14:textId="77777777" w:rsidR="009015F3" w:rsidRPr="00627C43" w:rsidRDefault="009015F3" w:rsidP="009015F3">
      <w:pPr>
        <w:pStyle w:val="ListParagraph"/>
        <w:numPr>
          <w:ilvl w:val="0"/>
          <w:numId w:val="16"/>
        </w:numPr>
        <w:spacing w:line="240" w:lineRule="auto"/>
        <w:ind w:left="720"/>
        <w:rPr>
          <w:rFonts w:cs="Times New Roman"/>
          <w:szCs w:val="24"/>
          <w:lang w:val="sr-Latn-CS"/>
        </w:rPr>
      </w:pPr>
      <w:r w:rsidRPr="00627C43">
        <w:rPr>
          <w:rFonts w:cs="Times New Roman"/>
          <w:szCs w:val="24"/>
          <w:lang w:val="sr-Latn-CS"/>
        </w:rPr>
        <w:t>Tarirati vagu</w:t>
      </w:r>
    </w:p>
    <w:p w14:paraId="2CEB2833" w14:textId="77777777" w:rsidR="009015F3" w:rsidRPr="00627C43" w:rsidRDefault="009015F3" w:rsidP="009015F3">
      <w:pPr>
        <w:pStyle w:val="ListParagraph"/>
        <w:numPr>
          <w:ilvl w:val="0"/>
          <w:numId w:val="16"/>
        </w:numPr>
        <w:ind w:left="720"/>
        <w:rPr>
          <w:rFonts w:cs="Times New Roman"/>
          <w:szCs w:val="24"/>
          <w:lang w:val="sr-Latn-CS"/>
        </w:rPr>
      </w:pPr>
      <w:r w:rsidRPr="00627C43">
        <w:rPr>
          <w:rFonts w:cs="Times New Roman"/>
          <w:szCs w:val="24"/>
          <w:lang w:val="sr-Latn-CS"/>
        </w:rPr>
        <w:lastRenderedPageBreak/>
        <w:t>Pomoću pumpe za istakanje, pretočiti pribli</w:t>
      </w:r>
      <w:r w:rsidRPr="00627C43">
        <w:rPr>
          <w:rFonts w:cs="Times New Roman"/>
          <w:szCs w:val="24"/>
          <w:lang w:val="sr-Latn-ME"/>
        </w:rPr>
        <w:t xml:space="preserve">žno </w:t>
      </w:r>
      <w:r w:rsidRPr="00627C43">
        <w:rPr>
          <w:rFonts w:cs="Times New Roman"/>
          <w:szCs w:val="24"/>
          <w:lang w:val="sr-Latn-CS"/>
        </w:rPr>
        <w:t>potrebnu količinu markera u prazan kanister</w:t>
      </w:r>
    </w:p>
    <w:p w14:paraId="5471EC4A" w14:textId="25045B58" w:rsidR="009015F3" w:rsidRPr="00627C43" w:rsidRDefault="009015F3" w:rsidP="009015F3">
      <w:pPr>
        <w:pStyle w:val="ListParagraph"/>
        <w:numPr>
          <w:ilvl w:val="0"/>
          <w:numId w:val="16"/>
        </w:numPr>
        <w:spacing w:line="240" w:lineRule="auto"/>
        <w:ind w:left="720"/>
        <w:jc w:val="both"/>
        <w:rPr>
          <w:rFonts w:cs="Times New Roman"/>
          <w:szCs w:val="24"/>
          <w:lang w:val="sr-Latn-CS"/>
        </w:rPr>
      </w:pPr>
      <w:r w:rsidRPr="00627C43">
        <w:rPr>
          <w:rFonts w:cs="Times New Roman"/>
          <w:szCs w:val="24"/>
          <w:lang w:val="sr-Latn-CS"/>
        </w:rPr>
        <w:t xml:space="preserve">Pipetom dodati ili oduzeti potrebnu količinu markera do ciljane mase markera </w:t>
      </w:r>
    </w:p>
    <w:p w14:paraId="3182C2D4" w14:textId="77777777" w:rsidR="009015F3" w:rsidRPr="00627C43" w:rsidRDefault="009015F3" w:rsidP="009015F3">
      <w:pPr>
        <w:pStyle w:val="ListParagraph"/>
        <w:numPr>
          <w:ilvl w:val="0"/>
          <w:numId w:val="16"/>
        </w:numPr>
        <w:spacing w:line="240" w:lineRule="auto"/>
        <w:ind w:left="720"/>
        <w:rPr>
          <w:rFonts w:cs="Times New Roman"/>
          <w:szCs w:val="24"/>
          <w:lang w:val="sr-Latn-CS"/>
        </w:rPr>
      </w:pPr>
      <w:r w:rsidRPr="00627C43">
        <w:rPr>
          <w:rFonts w:cs="Times New Roman"/>
          <w:szCs w:val="24"/>
          <w:lang w:val="sr-Latn-CS"/>
        </w:rPr>
        <w:t>Staviti poklopac</w:t>
      </w:r>
    </w:p>
    <w:p w14:paraId="007900BB" w14:textId="06C0B699" w:rsidR="009015F3" w:rsidRPr="00627C43" w:rsidRDefault="009015F3" w:rsidP="009015F3">
      <w:pPr>
        <w:jc w:val="both"/>
        <w:rPr>
          <w:rFonts w:cs="Times New Roman"/>
          <w:lang w:val="en-GB"/>
        </w:rPr>
      </w:pPr>
      <w:proofErr w:type="spellStart"/>
      <w:r w:rsidRPr="00627C43">
        <w:rPr>
          <w:rFonts w:cs="Times New Roman"/>
          <w:lang w:val="en-GB"/>
        </w:rPr>
        <w:t>Markiranje</w:t>
      </w:r>
      <w:proofErr w:type="spellEnd"/>
      <w:r w:rsidRPr="00627C43">
        <w:rPr>
          <w:rFonts w:cs="Times New Roman"/>
          <w:lang w:val="sr-Latn-CS"/>
        </w:rPr>
        <w:t xml:space="preserve"> </w:t>
      </w:r>
      <w:r w:rsidRPr="00627C43">
        <w:rPr>
          <w:rFonts w:cs="Times New Roman"/>
          <w:lang w:val="en-GB"/>
        </w:rPr>
        <w:t>se</w:t>
      </w:r>
      <w:r w:rsidRPr="00627C43">
        <w:rPr>
          <w:rFonts w:cs="Times New Roman"/>
          <w:lang w:val="sr-Latn-CS"/>
        </w:rPr>
        <w:t xml:space="preserve"> </w:t>
      </w:r>
      <w:proofErr w:type="spellStart"/>
      <w:r w:rsidRPr="00627C43">
        <w:rPr>
          <w:rFonts w:cs="Times New Roman"/>
          <w:lang w:val="en-GB"/>
        </w:rPr>
        <w:t>mo</w:t>
      </w:r>
      <w:proofErr w:type="spellEnd"/>
      <w:r w:rsidRPr="00627C43">
        <w:rPr>
          <w:rFonts w:cs="Times New Roman"/>
          <w:lang w:val="sr-Latn-CS"/>
        </w:rPr>
        <w:t>ž</w:t>
      </w:r>
      <w:r w:rsidRPr="00627C43">
        <w:rPr>
          <w:rFonts w:cs="Times New Roman"/>
          <w:lang w:val="en-GB"/>
        </w:rPr>
        <w:t>e</w:t>
      </w:r>
      <w:r w:rsidRPr="00627C43">
        <w:rPr>
          <w:rFonts w:cs="Times New Roman"/>
          <w:lang w:val="sr-Latn-CS"/>
        </w:rPr>
        <w:t xml:space="preserve"> </w:t>
      </w:r>
      <w:proofErr w:type="spellStart"/>
      <w:r w:rsidRPr="00627C43">
        <w:rPr>
          <w:rFonts w:cs="Times New Roman"/>
          <w:lang w:val="en-GB"/>
        </w:rPr>
        <w:t>vr</w:t>
      </w:r>
      <w:proofErr w:type="spellEnd"/>
      <w:r w:rsidRPr="00627C43">
        <w:rPr>
          <w:rFonts w:cs="Times New Roman"/>
          <w:lang w:val="sr-Latn-CS"/>
        </w:rPr>
        <w:t>š</w:t>
      </w:r>
      <w:proofErr w:type="spellStart"/>
      <w:r w:rsidRPr="00627C43">
        <w:rPr>
          <w:rFonts w:cs="Times New Roman"/>
          <w:lang w:val="en-GB"/>
        </w:rPr>
        <w:t>iti</w:t>
      </w:r>
      <w:proofErr w:type="spellEnd"/>
      <w:r w:rsidRPr="00627C43">
        <w:rPr>
          <w:rFonts w:cs="Times New Roman"/>
          <w:lang w:val="sr-Latn-CS"/>
        </w:rPr>
        <w:t xml:space="preserve"> </w:t>
      </w:r>
      <w:proofErr w:type="spellStart"/>
      <w:r w:rsidRPr="00627C43">
        <w:rPr>
          <w:rFonts w:cs="Times New Roman"/>
          <w:lang w:val="en-GB"/>
        </w:rPr>
        <w:t>direktno</w:t>
      </w:r>
      <w:proofErr w:type="spellEnd"/>
      <w:r w:rsidRPr="00627C43">
        <w:rPr>
          <w:rFonts w:cs="Times New Roman"/>
          <w:lang w:val="sr-Latn-CS"/>
        </w:rPr>
        <w:t xml:space="preserve"> </w:t>
      </w:r>
      <w:r w:rsidRPr="00627C43">
        <w:rPr>
          <w:rFonts w:cs="Times New Roman"/>
          <w:lang w:val="en-GB"/>
        </w:rPr>
        <w:t>u</w:t>
      </w:r>
      <w:r w:rsidRPr="00627C43">
        <w:rPr>
          <w:rFonts w:cs="Times New Roman"/>
          <w:lang w:val="sr-Latn-CS"/>
        </w:rPr>
        <w:t xml:space="preserve"> </w:t>
      </w:r>
      <w:proofErr w:type="spellStart"/>
      <w:r w:rsidRPr="00627C43">
        <w:rPr>
          <w:rFonts w:cs="Times New Roman"/>
          <w:lang w:val="en-GB"/>
        </w:rPr>
        <w:t>rezervoaru</w:t>
      </w:r>
      <w:proofErr w:type="spellEnd"/>
      <w:r w:rsidRPr="00627C43">
        <w:rPr>
          <w:rFonts w:cs="Times New Roman"/>
          <w:lang w:val="sr-Latn-CS"/>
        </w:rPr>
        <w:t xml:space="preserve">, </w:t>
      </w:r>
      <w:proofErr w:type="spellStart"/>
      <w:r w:rsidRPr="00627C43">
        <w:rPr>
          <w:rFonts w:cs="Times New Roman"/>
          <w:lang w:val="en-GB"/>
        </w:rPr>
        <w:t>na</w:t>
      </w:r>
      <w:proofErr w:type="spellEnd"/>
      <w:r w:rsidRPr="00627C43">
        <w:rPr>
          <w:rFonts w:cs="Times New Roman"/>
          <w:lang w:val="sr-Latn-CS"/>
        </w:rPr>
        <w:t xml:space="preserve"> </w:t>
      </w:r>
      <w:proofErr w:type="spellStart"/>
      <w:r w:rsidRPr="00627C43">
        <w:rPr>
          <w:rFonts w:cs="Times New Roman"/>
          <w:lang w:val="en-GB"/>
        </w:rPr>
        <w:t>prijemnim</w:t>
      </w:r>
      <w:proofErr w:type="spellEnd"/>
      <w:r w:rsidRPr="00627C43">
        <w:rPr>
          <w:rFonts w:cs="Times New Roman"/>
          <w:lang w:val="sr-Latn-CS"/>
        </w:rPr>
        <w:t xml:space="preserve"> </w:t>
      </w:r>
      <w:proofErr w:type="spellStart"/>
      <w:r w:rsidRPr="00627C43">
        <w:rPr>
          <w:rFonts w:cs="Times New Roman"/>
          <w:lang w:val="en-GB"/>
        </w:rPr>
        <w:t>cevovodima</w:t>
      </w:r>
      <w:proofErr w:type="spellEnd"/>
      <w:r w:rsidRPr="00627C43">
        <w:rPr>
          <w:rFonts w:cs="Times New Roman"/>
          <w:lang w:val="sr-Latn-CS"/>
        </w:rPr>
        <w:t xml:space="preserve">, </w:t>
      </w:r>
      <w:proofErr w:type="spellStart"/>
      <w:r w:rsidRPr="00627C43">
        <w:rPr>
          <w:rFonts w:cs="Times New Roman"/>
          <w:lang w:val="en-GB"/>
        </w:rPr>
        <w:t>pumpnim</w:t>
      </w:r>
      <w:proofErr w:type="spellEnd"/>
      <w:r w:rsidRPr="00627C43">
        <w:rPr>
          <w:rFonts w:cs="Times New Roman"/>
          <w:lang w:val="sr-Latn-CS"/>
        </w:rPr>
        <w:t xml:space="preserve"> </w:t>
      </w:r>
      <w:proofErr w:type="spellStart"/>
      <w:r w:rsidRPr="00627C43">
        <w:rPr>
          <w:rFonts w:cs="Times New Roman"/>
          <w:lang w:val="en-GB"/>
        </w:rPr>
        <w:t>stanicama</w:t>
      </w:r>
      <w:proofErr w:type="spellEnd"/>
      <w:r w:rsidRPr="00627C43">
        <w:rPr>
          <w:rFonts w:cs="Times New Roman"/>
          <w:lang w:val="sr-Latn-CS"/>
        </w:rPr>
        <w:t xml:space="preserve"> </w:t>
      </w:r>
      <w:proofErr w:type="spellStart"/>
      <w:r w:rsidRPr="00627C43">
        <w:rPr>
          <w:rFonts w:cs="Times New Roman"/>
          <w:lang w:val="en-GB"/>
        </w:rPr>
        <w:t>na</w:t>
      </w:r>
      <w:proofErr w:type="spellEnd"/>
      <w:r w:rsidRPr="00627C43">
        <w:rPr>
          <w:rFonts w:cs="Times New Roman"/>
          <w:lang w:val="sr-Latn-CS"/>
        </w:rPr>
        <w:t xml:space="preserve"> </w:t>
      </w:r>
      <w:r w:rsidRPr="00627C43">
        <w:rPr>
          <w:rFonts w:cs="Times New Roman"/>
          <w:lang w:val="en-GB"/>
        </w:rPr>
        <w:t>za</w:t>
      </w:r>
      <w:r w:rsidRPr="00627C43">
        <w:rPr>
          <w:rFonts w:cs="Times New Roman"/>
          <w:lang w:val="sr-Latn-CS"/>
        </w:rPr>
        <w:t xml:space="preserve"> </w:t>
      </w:r>
      <w:r w:rsidRPr="00627C43">
        <w:rPr>
          <w:rFonts w:cs="Times New Roman"/>
          <w:lang w:val="en-GB"/>
        </w:rPr>
        <w:t>to</w:t>
      </w:r>
      <w:r w:rsidRPr="00627C43">
        <w:rPr>
          <w:rFonts w:cs="Times New Roman"/>
          <w:lang w:val="sr-Latn-CS"/>
        </w:rPr>
        <w:t xml:space="preserve"> </w:t>
      </w:r>
      <w:proofErr w:type="spellStart"/>
      <w:r w:rsidRPr="00627C43">
        <w:rPr>
          <w:rFonts w:cs="Times New Roman"/>
          <w:lang w:val="en-GB"/>
        </w:rPr>
        <w:t>definisanim</w:t>
      </w:r>
      <w:proofErr w:type="spellEnd"/>
      <w:r w:rsidRPr="00627C43">
        <w:rPr>
          <w:rFonts w:cs="Times New Roman"/>
          <w:lang w:val="sr-Latn-CS"/>
        </w:rPr>
        <w:t xml:space="preserve"> </w:t>
      </w:r>
      <w:proofErr w:type="spellStart"/>
      <w:r w:rsidRPr="00627C43">
        <w:rPr>
          <w:rFonts w:cs="Times New Roman"/>
          <w:lang w:val="en-GB"/>
        </w:rPr>
        <w:t>delovima</w:t>
      </w:r>
      <w:proofErr w:type="spellEnd"/>
      <w:r w:rsidRPr="00627C43">
        <w:rPr>
          <w:rFonts w:cs="Times New Roman"/>
          <w:lang w:val="sr-Latn-CS"/>
        </w:rPr>
        <w:t xml:space="preserve"> </w:t>
      </w:r>
      <w:r w:rsidRPr="00627C43">
        <w:rPr>
          <w:rFonts w:cs="Times New Roman"/>
          <w:lang w:val="en-GB"/>
        </w:rPr>
        <w:t>armature</w:t>
      </w:r>
      <w:r>
        <w:rPr>
          <w:rFonts w:cs="Times New Roman"/>
          <w:lang w:val="en-GB"/>
        </w:rPr>
        <w:t xml:space="preserve"> </w:t>
      </w:r>
      <w:proofErr w:type="spellStart"/>
      <w:r>
        <w:rPr>
          <w:rFonts w:cs="Times New Roman"/>
          <w:lang w:val="en-GB"/>
        </w:rPr>
        <w:t>kao</w:t>
      </w:r>
      <w:proofErr w:type="spellEnd"/>
      <w:r>
        <w:rPr>
          <w:rFonts w:cs="Times New Roman"/>
          <w:lang w:val="en-GB"/>
        </w:rPr>
        <w:t xml:space="preserve"> </w:t>
      </w:r>
      <w:proofErr w:type="spellStart"/>
      <w:r>
        <w:rPr>
          <w:rFonts w:cs="Times New Roman"/>
          <w:lang w:val="en-GB"/>
        </w:rPr>
        <w:t>i</w:t>
      </w:r>
      <w:proofErr w:type="spellEnd"/>
      <w:r>
        <w:rPr>
          <w:rFonts w:cs="Times New Roman"/>
          <w:lang w:val="en-GB"/>
        </w:rPr>
        <w:t xml:space="preserve"> u </w:t>
      </w:r>
      <w:proofErr w:type="spellStart"/>
      <w:r>
        <w:rPr>
          <w:rFonts w:cs="Times New Roman"/>
          <w:lang w:val="en-GB"/>
        </w:rPr>
        <w:t>plovnom</w:t>
      </w:r>
      <w:proofErr w:type="spellEnd"/>
      <w:r>
        <w:rPr>
          <w:rFonts w:cs="Times New Roman"/>
          <w:lang w:val="en-GB"/>
        </w:rPr>
        <w:t xml:space="preserve"> </w:t>
      </w:r>
      <w:proofErr w:type="spellStart"/>
      <w:r>
        <w:rPr>
          <w:rFonts w:cs="Times New Roman"/>
          <w:lang w:val="en-GB"/>
        </w:rPr>
        <w:t>objektu</w:t>
      </w:r>
      <w:proofErr w:type="spellEnd"/>
      <w:r>
        <w:rPr>
          <w:rFonts w:cs="Times New Roman"/>
          <w:lang w:val="en-GB"/>
        </w:rPr>
        <w:t xml:space="preserve"> pre </w:t>
      </w:r>
      <w:proofErr w:type="spellStart"/>
      <w:r>
        <w:rPr>
          <w:rFonts w:cs="Times New Roman"/>
          <w:lang w:val="en-GB"/>
        </w:rPr>
        <w:t>istovara</w:t>
      </w:r>
      <w:proofErr w:type="spellEnd"/>
      <w:r>
        <w:rPr>
          <w:rFonts w:cs="Times New Roman"/>
          <w:lang w:val="en-GB"/>
        </w:rPr>
        <w:t xml:space="preserve"> u </w:t>
      </w:r>
      <w:proofErr w:type="spellStart"/>
      <w:r>
        <w:rPr>
          <w:rFonts w:cs="Times New Roman"/>
          <w:lang w:val="en-GB"/>
        </w:rPr>
        <w:t>skladišni</w:t>
      </w:r>
      <w:proofErr w:type="spellEnd"/>
      <w:r>
        <w:rPr>
          <w:rFonts w:cs="Times New Roman"/>
          <w:lang w:val="en-GB"/>
        </w:rPr>
        <w:t xml:space="preserve"> </w:t>
      </w:r>
      <w:proofErr w:type="spellStart"/>
      <w:r>
        <w:rPr>
          <w:rFonts w:cs="Times New Roman"/>
          <w:lang w:val="en-GB"/>
        </w:rPr>
        <w:t>rezervoar</w:t>
      </w:r>
      <w:proofErr w:type="spellEnd"/>
      <w:r>
        <w:rPr>
          <w:rFonts w:cs="Times New Roman"/>
          <w:lang w:val="en-GB"/>
        </w:rPr>
        <w:t>.</w:t>
      </w:r>
      <w:r w:rsidRPr="00627C43">
        <w:rPr>
          <w:rFonts w:cs="Times New Roman"/>
          <w:lang w:val="sr-Latn-CS"/>
        </w:rPr>
        <w:t xml:space="preserve"> </w:t>
      </w:r>
      <w:proofErr w:type="spellStart"/>
      <w:r w:rsidRPr="00627C43">
        <w:rPr>
          <w:rFonts w:cs="Times New Roman"/>
          <w:lang w:val="en-GB"/>
        </w:rPr>
        <w:t>Dodavanje</w:t>
      </w:r>
      <w:proofErr w:type="spellEnd"/>
      <w:r w:rsidRPr="00627C43">
        <w:rPr>
          <w:rFonts w:cs="Times New Roman"/>
          <w:lang w:val="en-GB"/>
        </w:rPr>
        <w:t xml:space="preserve"> </w:t>
      </w:r>
      <w:proofErr w:type="spellStart"/>
      <w:r w:rsidRPr="00627C43">
        <w:rPr>
          <w:rFonts w:cs="Times New Roman"/>
          <w:lang w:val="en-GB"/>
        </w:rPr>
        <w:t>markera</w:t>
      </w:r>
      <w:proofErr w:type="spellEnd"/>
      <w:r w:rsidRPr="00627C43">
        <w:rPr>
          <w:rFonts w:cs="Times New Roman"/>
          <w:lang w:val="en-GB"/>
        </w:rPr>
        <w:t xml:space="preserve"> </w:t>
      </w:r>
      <w:proofErr w:type="spellStart"/>
      <w:r w:rsidRPr="00627C43">
        <w:rPr>
          <w:rFonts w:cs="Times New Roman"/>
          <w:lang w:val="en-GB"/>
        </w:rPr>
        <w:t>vrši</w:t>
      </w:r>
      <w:proofErr w:type="spellEnd"/>
      <w:r w:rsidRPr="00627C43">
        <w:rPr>
          <w:rFonts w:cs="Times New Roman"/>
          <w:lang w:val="en-GB"/>
        </w:rPr>
        <w:t xml:space="preserve"> se </w:t>
      </w:r>
      <w:proofErr w:type="spellStart"/>
      <w:r w:rsidRPr="00627C43">
        <w:rPr>
          <w:rFonts w:cs="Times New Roman"/>
          <w:lang w:val="en-GB"/>
        </w:rPr>
        <w:t>isključivo</w:t>
      </w:r>
      <w:proofErr w:type="spellEnd"/>
      <w:r w:rsidRPr="00627C43">
        <w:rPr>
          <w:rFonts w:cs="Times New Roman"/>
          <w:lang w:val="en-GB"/>
        </w:rPr>
        <w:t xml:space="preserve"> </w:t>
      </w:r>
      <w:proofErr w:type="spellStart"/>
      <w:r w:rsidRPr="00627C43">
        <w:rPr>
          <w:rFonts w:cs="Times New Roman"/>
          <w:lang w:val="en-GB"/>
        </w:rPr>
        <w:t>tokom</w:t>
      </w:r>
      <w:proofErr w:type="spellEnd"/>
      <w:r w:rsidRPr="00627C43">
        <w:rPr>
          <w:rFonts w:cs="Times New Roman"/>
          <w:lang w:val="en-GB"/>
        </w:rPr>
        <w:t xml:space="preserve"> </w:t>
      </w:r>
      <w:proofErr w:type="spellStart"/>
      <w:r w:rsidRPr="00627C43">
        <w:rPr>
          <w:rFonts w:cs="Times New Roman"/>
          <w:lang w:val="en-GB"/>
        </w:rPr>
        <w:t>prijema</w:t>
      </w:r>
      <w:proofErr w:type="spellEnd"/>
      <w:r w:rsidRPr="00627C43">
        <w:rPr>
          <w:rFonts w:cs="Times New Roman"/>
          <w:lang w:val="en-GB"/>
        </w:rPr>
        <w:t xml:space="preserve"> </w:t>
      </w:r>
      <w:proofErr w:type="spellStart"/>
      <w:r w:rsidRPr="00627C43">
        <w:rPr>
          <w:rFonts w:cs="Times New Roman"/>
          <w:lang w:val="en-GB"/>
        </w:rPr>
        <w:t>goriva</w:t>
      </w:r>
      <w:proofErr w:type="spellEnd"/>
      <w:r w:rsidRPr="00627C43">
        <w:rPr>
          <w:rFonts w:cs="Times New Roman"/>
          <w:lang w:val="en-GB"/>
        </w:rPr>
        <w:t xml:space="preserve">, </w:t>
      </w:r>
      <w:proofErr w:type="spellStart"/>
      <w:r w:rsidRPr="00627C43">
        <w:rPr>
          <w:rFonts w:cs="Times New Roman"/>
          <w:lang w:val="en-GB"/>
        </w:rPr>
        <w:t>budući</w:t>
      </w:r>
      <w:proofErr w:type="spellEnd"/>
      <w:r w:rsidRPr="00627C43">
        <w:rPr>
          <w:rFonts w:cs="Times New Roman"/>
          <w:lang w:val="en-GB"/>
        </w:rPr>
        <w:t xml:space="preserve"> da </w:t>
      </w:r>
      <w:proofErr w:type="spellStart"/>
      <w:r w:rsidRPr="00627C43">
        <w:rPr>
          <w:rFonts w:cs="Times New Roman"/>
          <w:lang w:val="en-GB"/>
        </w:rPr>
        <w:t>postupak</w:t>
      </w:r>
      <w:proofErr w:type="spellEnd"/>
      <w:r w:rsidRPr="00627C43">
        <w:rPr>
          <w:rFonts w:cs="Times New Roman"/>
          <w:lang w:val="en-GB"/>
        </w:rPr>
        <w:t xml:space="preserve"> </w:t>
      </w:r>
      <w:proofErr w:type="spellStart"/>
      <w:r w:rsidRPr="00627C43">
        <w:rPr>
          <w:rFonts w:cs="Times New Roman"/>
          <w:lang w:val="en-GB"/>
        </w:rPr>
        <w:t>markiranja</w:t>
      </w:r>
      <w:proofErr w:type="spellEnd"/>
      <w:r w:rsidRPr="00627C43">
        <w:rPr>
          <w:rFonts w:cs="Times New Roman"/>
          <w:lang w:val="en-GB"/>
        </w:rPr>
        <w:t xml:space="preserve"> </w:t>
      </w:r>
      <w:proofErr w:type="spellStart"/>
      <w:r w:rsidRPr="00627C43">
        <w:rPr>
          <w:rFonts w:cs="Times New Roman"/>
          <w:lang w:val="en-GB"/>
        </w:rPr>
        <w:t>zahtijeva</w:t>
      </w:r>
      <w:proofErr w:type="spellEnd"/>
      <w:r w:rsidRPr="00627C43">
        <w:rPr>
          <w:rFonts w:cs="Times New Roman"/>
          <w:lang w:val="en-GB"/>
        </w:rPr>
        <w:t xml:space="preserve"> </w:t>
      </w:r>
      <w:proofErr w:type="spellStart"/>
      <w:r w:rsidRPr="00627C43">
        <w:rPr>
          <w:rFonts w:cs="Times New Roman"/>
          <w:lang w:val="en-GB"/>
        </w:rPr>
        <w:t>protok</w:t>
      </w:r>
      <w:proofErr w:type="spellEnd"/>
      <w:r w:rsidRPr="00627C43">
        <w:rPr>
          <w:rFonts w:cs="Times New Roman"/>
          <w:lang w:val="en-GB"/>
        </w:rPr>
        <w:t xml:space="preserve"> </w:t>
      </w:r>
      <w:proofErr w:type="spellStart"/>
      <w:r w:rsidRPr="00627C43">
        <w:rPr>
          <w:rFonts w:cs="Times New Roman"/>
          <w:lang w:val="en-GB"/>
        </w:rPr>
        <w:t>proizvoda</w:t>
      </w:r>
      <w:proofErr w:type="spellEnd"/>
      <w:r w:rsidRPr="00627C43">
        <w:rPr>
          <w:rFonts w:cs="Times New Roman"/>
          <w:lang w:val="en-GB"/>
        </w:rPr>
        <w:t xml:space="preserve"> </w:t>
      </w:r>
      <w:proofErr w:type="spellStart"/>
      <w:r w:rsidRPr="00627C43">
        <w:rPr>
          <w:rFonts w:cs="Times New Roman"/>
          <w:lang w:val="en-GB"/>
        </w:rPr>
        <w:t>i</w:t>
      </w:r>
      <w:proofErr w:type="spellEnd"/>
      <w:r w:rsidRPr="00627C43">
        <w:rPr>
          <w:rFonts w:cs="Times New Roman"/>
          <w:lang w:val="en-GB"/>
        </w:rPr>
        <w:t xml:space="preserve"> ne </w:t>
      </w:r>
      <w:proofErr w:type="spellStart"/>
      <w:r w:rsidRPr="00627C43">
        <w:rPr>
          <w:rFonts w:cs="Times New Roman"/>
          <w:lang w:val="en-GB"/>
        </w:rPr>
        <w:t>može</w:t>
      </w:r>
      <w:proofErr w:type="spellEnd"/>
      <w:r w:rsidRPr="00627C43">
        <w:rPr>
          <w:rFonts w:cs="Times New Roman"/>
          <w:lang w:val="en-GB"/>
        </w:rPr>
        <w:t xml:space="preserve"> se </w:t>
      </w:r>
      <w:proofErr w:type="spellStart"/>
      <w:r w:rsidRPr="00627C43">
        <w:rPr>
          <w:rFonts w:cs="Times New Roman"/>
          <w:lang w:val="en-GB"/>
        </w:rPr>
        <w:t>vršiti</w:t>
      </w:r>
      <w:proofErr w:type="spellEnd"/>
      <w:r w:rsidRPr="00627C43">
        <w:rPr>
          <w:rFonts w:cs="Times New Roman"/>
          <w:lang w:val="en-GB"/>
        </w:rPr>
        <w:t xml:space="preserve"> </w:t>
      </w:r>
      <w:proofErr w:type="spellStart"/>
      <w:r w:rsidRPr="00627C43">
        <w:rPr>
          <w:rFonts w:cs="Times New Roman"/>
          <w:lang w:val="en-GB"/>
        </w:rPr>
        <w:t>nad</w:t>
      </w:r>
      <w:proofErr w:type="spellEnd"/>
      <w:r w:rsidRPr="00627C43">
        <w:rPr>
          <w:rFonts w:cs="Times New Roman"/>
          <w:lang w:val="en-GB"/>
        </w:rPr>
        <w:t xml:space="preserve"> </w:t>
      </w:r>
      <w:proofErr w:type="spellStart"/>
      <w:r w:rsidRPr="00627C43">
        <w:rPr>
          <w:rFonts w:cs="Times New Roman"/>
          <w:lang w:val="en-GB"/>
        </w:rPr>
        <w:t>gorivom</w:t>
      </w:r>
      <w:proofErr w:type="spellEnd"/>
      <w:r w:rsidRPr="00627C43">
        <w:rPr>
          <w:rFonts w:cs="Times New Roman"/>
          <w:lang w:val="en-GB"/>
        </w:rPr>
        <w:t xml:space="preserve"> u </w:t>
      </w:r>
      <w:proofErr w:type="spellStart"/>
      <w:r w:rsidRPr="00627C43">
        <w:rPr>
          <w:rFonts w:cs="Times New Roman"/>
          <w:lang w:val="en-GB"/>
        </w:rPr>
        <w:t>mirovanju</w:t>
      </w:r>
      <w:proofErr w:type="spellEnd"/>
      <w:r w:rsidRPr="00627C43">
        <w:rPr>
          <w:rFonts w:cs="Times New Roman"/>
          <w:lang w:val="en-GB"/>
        </w:rPr>
        <w:t>.</w:t>
      </w:r>
    </w:p>
    <w:p w14:paraId="3D1DC4E0" w14:textId="4988E234" w:rsidR="009015F3" w:rsidRPr="00627C43" w:rsidRDefault="009015F3" w:rsidP="009015F3">
      <w:pPr>
        <w:jc w:val="both"/>
        <w:rPr>
          <w:rFonts w:cs="Times New Roman"/>
          <w:lang w:val="sr-Latn-CS"/>
        </w:rPr>
      </w:pPr>
      <w:proofErr w:type="spellStart"/>
      <w:r w:rsidRPr="00627C43">
        <w:rPr>
          <w:rFonts w:cs="Times New Roman"/>
          <w:lang w:val="en-GB"/>
        </w:rPr>
        <w:t>Nakon</w:t>
      </w:r>
      <w:proofErr w:type="spellEnd"/>
      <w:r w:rsidRPr="00627C43">
        <w:rPr>
          <w:rFonts w:cs="Times New Roman"/>
          <w:lang w:val="sr-Latn-CS"/>
        </w:rPr>
        <w:t xml:space="preserve"> </w:t>
      </w:r>
      <w:proofErr w:type="spellStart"/>
      <w:r w:rsidRPr="00627C43">
        <w:rPr>
          <w:rFonts w:cs="Times New Roman"/>
          <w:lang w:val="en-GB"/>
        </w:rPr>
        <w:t>sipanja</w:t>
      </w:r>
      <w:proofErr w:type="spellEnd"/>
      <w:r w:rsidRPr="00627C43">
        <w:rPr>
          <w:rFonts w:cs="Times New Roman"/>
          <w:lang w:val="sr-Latn-CS"/>
        </w:rPr>
        <w:t xml:space="preserve"> </w:t>
      </w:r>
      <w:proofErr w:type="spellStart"/>
      <w:r w:rsidRPr="00627C43">
        <w:rPr>
          <w:rFonts w:cs="Times New Roman"/>
          <w:lang w:val="en-GB"/>
        </w:rPr>
        <w:t>markera</w:t>
      </w:r>
      <w:proofErr w:type="spellEnd"/>
      <w:r w:rsidRPr="00627C43">
        <w:rPr>
          <w:rFonts w:cs="Times New Roman"/>
          <w:lang w:val="sr-Latn-CS"/>
        </w:rPr>
        <w:t xml:space="preserve">, </w:t>
      </w:r>
      <w:proofErr w:type="spellStart"/>
      <w:r w:rsidRPr="00627C43">
        <w:rPr>
          <w:rFonts w:cs="Times New Roman"/>
          <w:lang w:val="en-GB"/>
        </w:rPr>
        <w:t>plasti</w:t>
      </w:r>
      <w:proofErr w:type="spellEnd"/>
      <w:r w:rsidRPr="00627C43">
        <w:rPr>
          <w:rFonts w:cs="Times New Roman"/>
          <w:lang w:val="sr-Latn-CS"/>
        </w:rPr>
        <w:t>č</w:t>
      </w:r>
      <w:proofErr w:type="spellStart"/>
      <w:r w:rsidRPr="00627C43">
        <w:rPr>
          <w:rFonts w:cs="Times New Roman"/>
          <w:lang w:val="en-GB"/>
        </w:rPr>
        <w:t>ni</w:t>
      </w:r>
      <w:proofErr w:type="spellEnd"/>
      <w:r w:rsidRPr="00627C43">
        <w:rPr>
          <w:rFonts w:cs="Times New Roman"/>
          <w:lang w:val="sr-Latn-CS"/>
        </w:rPr>
        <w:t xml:space="preserve"> </w:t>
      </w:r>
      <w:proofErr w:type="spellStart"/>
      <w:r w:rsidRPr="00627C43">
        <w:rPr>
          <w:rFonts w:cs="Times New Roman"/>
          <w:lang w:val="en-GB"/>
        </w:rPr>
        <w:t>kanister</w:t>
      </w:r>
      <w:proofErr w:type="spellEnd"/>
      <w:r w:rsidRPr="00627C43">
        <w:rPr>
          <w:rFonts w:cs="Times New Roman"/>
          <w:lang w:val="sr-Latn-CS"/>
        </w:rPr>
        <w:t xml:space="preserve"> </w:t>
      </w:r>
      <w:proofErr w:type="spellStart"/>
      <w:r w:rsidRPr="00627C43">
        <w:rPr>
          <w:rFonts w:cs="Times New Roman"/>
          <w:lang w:val="en-GB"/>
        </w:rPr>
        <w:t>ispire</w:t>
      </w:r>
      <w:proofErr w:type="spellEnd"/>
      <w:r w:rsidRPr="00627C43">
        <w:rPr>
          <w:rFonts w:cs="Times New Roman"/>
          <w:lang w:val="sr-Latn-CS"/>
        </w:rPr>
        <w:t xml:space="preserve"> </w:t>
      </w:r>
      <w:r w:rsidRPr="00627C43">
        <w:rPr>
          <w:rFonts w:cs="Times New Roman"/>
          <w:lang w:val="en-GB"/>
        </w:rPr>
        <w:t>se</w:t>
      </w:r>
      <w:r w:rsidRPr="00627C43">
        <w:rPr>
          <w:rFonts w:cs="Times New Roman"/>
          <w:lang w:val="sr-Latn-CS"/>
        </w:rPr>
        <w:t xml:space="preserve"> </w:t>
      </w:r>
      <w:proofErr w:type="spellStart"/>
      <w:r w:rsidRPr="00627C43">
        <w:rPr>
          <w:rFonts w:cs="Times New Roman"/>
          <w:lang w:val="en-GB"/>
        </w:rPr>
        <w:t>gorivom</w:t>
      </w:r>
      <w:proofErr w:type="spellEnd"/>
      <w:r w:rsidRPr="00627C43">
        <w:rPr>
          <w:rFonts w:cs="Times New Roman"/>
          <w:lang w:val="sr-Latn-CS"/>
        </w:rPr>
        <w:t xml:space="preserve"> </w:t>
      </w:r>
      <w:proofErr w:type="spellStart"/>
      <w:r w:rsidRPr="00627C43">
        <w:rPr>
          <w:rFonts w:cs="Times New Roman"/>
          <w:lang w:val="en-GB"/>
        </w:rPr>
        <w:t>kako</w:t>
      </w:r>
      <w:proofErr w:type="spellEnd"/>
      <w:r w:rsidRPr="00627C43">
        <w:rPr>
          <w:rFonts w:cs="Times New Roman"/>
          <w:lang w:val="sr-Latn-CS"/>
        </w:rPr>
        <w:t xml:space="preserve"> </w:t>
      </w:r>
      <w:r w:rsidRPr="00627C43">
        <w:rPr>
          <w:rFonts w:cs="Times New Roman"/>
          <w:lang w:val="en-GB"/>
        </w:rPr>
        <w:t>bi</w:t>
      </w:r>
      <w:r w:rsidRPr="00627C43">
        <w:rPr>
          <w:rFonts w:cs="Times New Roman"/>
          <w:lang w:val="sr-Latn-CS"/>
        </w:rPr>
        <w:t xml:space="preserve"> </w:t>
      </w:r>
      <w:r w:rsidRPr="00627C43">
        <w:rPr>
          <w:rFonts w:cs="Times New Roman"/>
          <w:lang w:val="en-GB"/>
        </w:rPr>
        <w:t>se</w:t>
      </w:r>
      <w:r w:rsidRPr="00627C43">
        <w:rPr>
          <w:rFonts w:cs="Times New Roman"/>
          <w:lang w:val="sr-Latn-CS"/>
        </w:rPr>
        <w:t xml:space="preserve"> </w:t>
      </w:r>
      <w:proofErr w:type="spellStart"/>
      <w:r w:rsidRPr="00627C43">
        <w:rPr>
          <w:rFonts w:cs="Times New Roman"/>
          <w:lang w:val="en-GB"/>
        </w:rPr>
        <w:t>osiguralo</w:t>
      </w:r>
      <w:proofErr w:type="spellEnd"/>
      <w:r w:rsidRPr="00627C43">
        <w:rPr>
          <w:rFonts w:cs="Times New Roman"/>
          <w:lang w:val="sr-Latn-CS"/>
        </w:rPr>
        <w:t xml:space="preserve"> </w:t>
      </w:r>
      <w:r w:rsidRPr="00627C43">
        <w:rPr>
          <w:rFonts w:cs="Times New Roman"/>
          <w:lang w:val="en-GB"/>
        </w:rPr>
        <w:t>da</w:t>
      </w:r>
      <w:r w:rsidRPr="00627C43">
        <w:rPr>
          <w:rFonts w:cs="Times New Roman"/>
          <w:lang w:val="sr-Latn-CS"/>
        </w:rPr>
        <w:t xml:space="preserve"> </w:t>
      </w:r>
      <w:proofErr w:type="spellStart"/>
      <w:proofErr w:type="gramStart"/>
      <w:r w:rsidRPr="00627C43">
        <w:rPr>
          <w:rFonts w:cs="Times New Roman"/>
          <w:lang w:val="en-GB"/>
        </w:rPr>
        <w:t>nema</w:t>
      </w:r>
      <w:proofErr w:type="spellEnd"/>
      <w:r w:rsidRPr="00627C43">
        <w:rPr>
          <w:rFonts w:cs="Times New Roman"/>
          <w:lang w:val="sr-Latn-CS"/>
        </w:rPr>
        <w:t xml:space="preserve">  </w:t>
      </w:r>
      <w:proofErr w:type="spellStart"/>
      <w:r w:rsidRPr="00627C43">
        <w:rPr>
          <w:rFonts w:cs="Times New Roman"/>
          <w:lang w:val="en-GB"/>
        </w:rPr>
        <w:t>ostataka</w:t>
      </w:r>
      <w:proofErr w:type="spellEnd"/>
      <w:proofErr w:type="gramEnd"/>
      <w:r w:rsidRPr="00627C43">
        <w:rPr>
          <w:rFonts w:cs="Times New Roman"/>
          <w:lang w:val="sr-Latn-CS"/>
        </w:rPr>
        <w:t xml:space="preserve"> </w:t>
      </w:r>
      <w:proofErr w:type="spellStart"/>
      <w:r w:rsidRPr="00627C43">
        <w:rPr>
          <w:rFonts w:cs="Times New Roman"/>
          <w:lang w:val="en-GB"/>
        </w:rPr>
        <w:t>markera</w:t>
      </w:r>
      <w:proofErr w:type="spellEnd"/>
      <w:r w:rsidRPr="00627C43">
        <w:rPr>
          <w:rFonts w:cs="Times New Roman"/>
          <w:lang w:val="sr-Latn-CS"/>
        </w:rPr>
        <w:t xml:space="preserve"> </w:t>
      </w:r>
      <w:r w:rsidRPr="00627C43">
        <w:rPr>
          <w:rFonts w:cs="Times New Roman"/>
          <w:lang w:val="en-GB"/>
        </w:rPr>
        <w:t>u</w:t>
      </w:r>
      <w:r w:rsidRPr="00627C43">
        <w:rPr>
          <w:rFonts w:cs="Times New Roman"/>
          <w:lang w:val="sr-Latn-CS"/>
        </w:rPr>
        <w:t xml:space="preserve"> </w:t>
      </w:r>
      <w:proofErr w:type="spellStart"/>
      <w:r w:rsidRPr="00627C43">
        <w:rPr>
          <w:rFonts w:cs="Times New Roman"/>
          <w:lang w:val="en-GB"/>
        </w:rPr>
        <w:t>njemu</w:t>
      </w:r>
      <w:proofErr w:type="spellEnd"/>
      <w:r w:rsidRPr="00627C43">
        <w:rPr>
          <w:rFonts w:cs="Times New Roman"/>
          <w:lang w:val="sr-Latn-CS"/>
        </w:rPr>
        <w:t xml:space="preserve">. </w:t>
      </w:r>
      <w:r w:rsidRPr="00627C43">
        <w:rPr>
          <w:rFonts w:cs="Times New Roman"/>
          <w:lang w:val="en-GB"/>
        </w:rPr>
        <w:t>Sadr</w:t>
      </w:r>
      <w:r w:rsidRPr="00627C43">
        <w:rPr>
          <w:rFonts w:cs="Times New Roman"/>
          <w:lang w:val="sr-Latn-CS"/>
        </w:rPr>
        <w:t>ž</w:t>
      </w:r>
      <w:proofErr w:type="spellStart"/>
      <w:r w:rsidRPr="00627C43">
        <w:rPr>
          <w:rFonts w:cs="Times New Roman"/>
          <w:lang w:val="en-GB"/>
        </w:rPr>
        <w:t>aj</w:t>
      </w:r>
      <w:proofErr w:type="spellEnd"/>
      <w:r w:rsidRPr="00627C43">
        <w:rPr>
          <w:rFonts w:cs="Times New Roman"/>
          <w:lang w:val="sr-Latn-CS"/>
        </w:rPr>
        <w:t xml:space="preserve"> </w:t>
      </w:r>
      <w:proofErr w:type="spellStart"/>
      <w:r w:rsidRPr="00627C43">
        <w:rPr>
          <w:rFonts w:cs="Times New Roman"/>
          <w:lang w:val="en-GB"/>
        </w:rPr>
        <w:t>nastao</w:t>
      </w:r>
      <w:proofErr w:type="spellEnd"/>
      <w:r w:rsidRPr="00627C43">
        <w:rPr>
          <w:rFonts w:cs="Times New Roman"/>
          <w:lang w:val="sr-Latn-CS"/>
        </w:rPr>
        <w:t xml:space="preserve"> </w:t>
      </w:r>
      <w:proofErr w:type="spellStart"/>
      <w:r w:rsidRPr="00627C43">
        <w:rPr>
          <w:rFonts w:cs="Times New Roman"/>
          <w:lang w:val="en-GB"/>
        </w:rPr>
        <w:t>ispiranjem</w:t>
      </w:r>
      <w:proofErr w:type="spellEnd"/>
      <w:r w:rsidRPr="00627C43">
        <w:rPr>
          <w:rFonts w:cs="Times New Roman"/>
          <w:lang w:val="sr-Latn-CS"/>
        </w:rPr>
        <w:t xml:space="preserve"> </w:t>
      </w:r>
      <w:proofErr w:type="spellStart"/>
      <w:r w:rsidRPr="00627C43">
        <w:rPr>
          <w:rFonts w:cs="Times New Roman"/>
          <w:lang w:val="en-GB"/>
        </w:rPr>
        <w:t>tako</w:t>
      </w:r>
      <w:proofErr w:type="spellEnd"/>
      <w:r w:rsidRPr="00627C43">
        <w:rPr>
          <w:rFonts w:cs="Times New Roman"/>
          <w:lang w:val="sr-Latn-CS"/>
        </w:rPr>
        <w:t>đ</w:t>
      </w:r>
      <w:r w:rsidRPr="00627C43">
        <w:rPr>
          <w:rFonts w:cs="Times New Roman"/>
          <w:lang w:val="en-GB"/>
        </w:rPr>
        <w:t>er</w:t>
      </w:r>
      <w:r w:rsidRPr="00627C43">
        <w:rPr>
          <w:rFonts w:cs="Times New Roman"/>
          <w:lang w:val="sr-Latn-CS"/>
        </w:rPr>
        <w:t xml:space="preserve"> </w:t>
      </w:r>
      <w:r w:rsidRPr="00627C43">
        <w:rPr>
          <w:rFonts w:cs="Times New Roman"/>
          <w:lang w:val="en-GB"/>
        </w:rPr>
        <w:t>se</w:t>
      </w:r>
      <w:r w:rsidRPr="00627C43">
        <w:rPr>
          <w:rFonts w:cs="Times New Roman"/>
          <w:lang w:val="sr-Latn-CS"/>
        </w:rPr>
        <w:t xml:space="preserve"> </w:t>
      </w:r>
      <w:proofErr w:type="spellStart"/>
      <w:r w:rsidRPr="00627C43">
        <w:rPr>
          <w:rFonts w:cs="Times New Roman"/>
          <w:lang w:val="en-GB"/>
        </w:rPr>
        <w:t>dodaje</w:t>
      </w:r>
      <w:proofErr w:type="spellEnd"/>
      <w:r w:rsidRPr="00627C43">
        <w:rPr>
          <w:rFonts w:cs="Times New Roman"/>
          <w:lang w:val="sr-Latn-CS"/>
        </w:rPr>
        <w:t xml:space="preserve"> </w:t>
      </w:r>
      <w:r w:rsidRPr="00627C43">
        <w:rPr>
          <w:rFonts w:cs="Times New Roman"/>
          <w:lang w:val="en-GB"/>
        </w:rPr>
        <w:t>u</w:t>
      </w:r>
      <w:r w:rsidRPr="00627C43">
        <w:rPr>
          <w:rFonts w:cs="Times New Roman"/>
          <w:lang w:val="sr-Latn-CS"/>
        </w:rPr>
        <w:t xml:space="preserve"> </w:t>
      </w:r>
      <w:proofErr w:type="spellStart"/>
      <w:r w:rsidRPr="00627C43">
        <w:rPr>
          <w:rFonts w:cs="Times New Roman"/>
          <w:lang w:val="en-GB"/>
        </w:rPr>
        <w:t>rezervoar</w:t>
      </w:r>
      <w:proofErr w:type="spellEnd"/>
      <w:r w:rsidRPr="00627C43">
        <w:rPr>
          <w:rFonts w:cs="Times New Roman"/>
          <w:lang w:val="sr-Latn-CS"/>
        </w:rPr>
        <w:t>.</w:t>
      </w:r>
    </w:p>
    <w:p w14:paraId="46E4ED1C" w14:textId="1ED05E3C" w:rsidR="009015F3" w:rsidRPr="00627C43" w:rsidRDefault="009015F3" w:rsidP="00760295">
      <w:pPr>
        <w:jc w:val="both"/>
        <w:rPr>
          <w:rFonts w:cs="Times New Roman"/>
          <w:highlight w:val="yellow"/>
          <w:lang w:val="sr-Latn-CS"/>
        </w:rPr>
      </w:pPr>
      <w:proofErr w:type="spellStart"/>
      <w:r w:rsidRPr="00627C43">
        <w:rPr>
          <w:rFonts w:cs="Times New Roman"/>
          <w:lang w:val="en-GB"/>
        </w:rPr>
        <w:t>Prazni</w:t>
      </w:r>
      <w:proofErr w:type="spellEnd"/>
      <w:r w:rsidRPr="00627C43">
        <w:rPr>
          <w:rFonts w:cs="Times New Roman"/>
          <w:lang w:val="sr-Latn-CS"/>
        </w:rPr>
        <w:t xml:space="preserve"> </w:t>
      </w:r>
      <w:proofErr w:type="spellStart"/>
      <w:r w:rsidRPr="00627C43">
        <w:rPr>
          <w:rFonts w:cs="Times New Roman"/>
          <w:lang w:val="en-GB"/>
        </w:rPr>
        <w:t>kanister</w:t>
      </w:r>
      <w:proofErr w:type="spellEnd"/>
      <w:r w:rsidRPr="00627C43">
        <w:rPr>
          <w:rFonts w:cs="Times New Roman"/>
          <w:lang w:val="sr-Latn-CS"/>
        </w:rPr>
        <w:t xml:space="preserve"> </w:t>
      </w:r>
      <w:r w:rsidRPr="00627C43">
        <w:rPr>
          <w:rFonts w:cs="Times New Roman"/>
          <w:lang w:val="en-GB"/>
        </w:rPr>
        <w:t>se</w:t>
      </w:r>
      <w:r w:rsidRPr="00627C43">
        <w:rPr>
          <w:rFonts w:cs="Times New Roman"/>
          <w:lang w:val="sr-Latn-CS"/>
        </w:rPr>
        <w:t xml:space="preserve"> </w:t>
      </w:r>
      <w:proofErr w:type="spellStart"/>
      <w:r w:rsidRPr="00627C43">
        <w:rPr>
          <w:rFonts w:cs="Times New Roman"/>
          <w:lang w:val="en-GB"/>
        </w:rPr>
        <w:t>vra</w:t>
      </w:r>
      <w:proofErr w:type="spellEnd"/>
      <w:r w:rsidRPr="00627C43">
        <w:rPr>
          <w:rFonts w:cs="Times New Roman"/>
          <w:lang w:val="sr-Latn-CS"/>
        </w:rPr>
        <w:t>ć</w:t>
      </w:r>
      <w:r w:rsidRPr="00627C43">
        <w:rPr>
          <w:rFonts w:cs="Times New Roman"/>
          <w:lang w:val="en-GB"/>
        </w:rPr>
        <w:t>a</w:t>
      </w:r>
      <w:r w:rsidRPr="00627C43">
        <w:rPr>
          <w:rFonts w:cs="Times New Roman"/>
          <w:lang w:val="sr-Latn-CS"/>
        </w:rPr>
        <w:t xml:space="preserve"> </w:t>
      </w:r>
      <w:proofErr w:type="spellStart"/>
      <w:r w:rsidRPr="00627C43">
        <w:rPr>
          <w:rFonts w:cs="Times New Roman"/>
          <w:lang w:val="en-GB"/>
        </w:rPr>
        <w:t>na</w:t>
      </w:r>
      <w:proofErr w:type="spellEnd"/>
      <w:r w:rsidRPr="00627C43">
        <w:rPr>
          <w:rFonts w:cs="Times New Roman"/>
          <w:lang w:val="sr-Latn-CS"/>
        </w:rPr>
        <w:t xml:space="preserve"> </w:t>
      </w:r>
      <w:r w:rsidRPr="00627C43">
        <w:rPr>
          <w:rFonts w:cs="Times New Roman"/>
          <w:lang w:val="en-GB"/>
        </w:rPr>
        <w:t>mesto</w:t>
      </w:r>
      <w:r w:rsidRPr="00627C43">
        <w:rPr>
          <w:rFonts w:cs="Times New Roman"/>
          <w:lang w:val="sr-Latn-CS"/>
        </w:rPr>
        <w:t xml:space="preserve"> </w:t>
      </w:r>
      <w:proofErr w:type="spellStart"/>
      <w:r w:rsidRPr="00627C43">
        <w:rPr>
          <w:rFonts w:cs="Times New Roman"/>
          <w:lang w:val="en-GB"/>
        </w:rPr>
        <w:t>merenja</w:t>
      </w:r>
      <w:proofErr w:type="spellEnd"/>
      <w:r w:rsidRPr="00627C43">
        <w:rPr>
          <w:rFonts w:cs="Times New Roman"/>
          <w:lang w:val="sr-Latn-CS"/>
        </w:rPr>
        <w:t xml:space="preserve"> </w:t>
      </w:r>
      <w:proofErr w:type="spellStart"/>
      <w:r w:rsidRPr="00627C43">
        <w:rPr>
          <w:rFonts w:cs="Times New Roman"/>
          <w:lang w:val="en-GB"/>
        </w:rPr>
        <w:t>markera</w:t>
      </w:r>
      <w:proofErr w:type="spellEnd"/>
      <w:r w:rsidRPr="00627C43">
        <w:rPr>
          <w:rFonts w:cs="Times New Roman"/>
          <w:lang w:val="sr-Latn-CS"/>
        </w:rPr>
        <w:t>.</w:t>
      </w:r>
    </w:p>
    <w:p w14:paraId="076511EF" w14:textId="138712A3" w:rsidR="00FF6DCC" w:rsidRDefault="005E186E">
      <w:pPr>
        <w:pStyle w:val="Heading1"/>
        <w:rPr>
          <w:lang w:val="sr-Latn-CS"/>
        </w:rPr>
      </w:pPr>
      <w:bookmarkStart w:id="31" w:name="_Toc239637999"/>
      <w:bookmarkStart w:id="32" w:name="_Toc240964537"/>
      <w:r w:rsidRPr="005E186E">
        <w:rPr>
          <w:lang w:val="sr-Latn-CS"/>
        </w:rPr>
        <w:t xml:space="preserve">11. </w:t>
      </w:r>
      <w:r w:rsidR="00994057" w:rsidRPr="005E186E">
        <w:rPr>
          <w:lang w:val="sr-Latn-CS"/>
        </w:rPr>
        <w:t xml:space="preserve">POTVRDA O </w:t>
      </w:r>
      <w:r w:rsidR="00B542DD" w:rsidRPr="005E186E">
        <w:rPr>
          <w:lang w:val="sr-Latn-CS"/>
        </w:rPr>
        <w:t>IZVR</w:t>
      </w:r>
      <w:r w:rsidR="00B542DD">
        <w:rPr>
          <w:lang w:val="sr-Latn-CS"/>
        </w:rPr>
        <w:t>Š</w:t>
      </w:r>
      <w:r w:rsidR="00B542DD" w:rsidRPr="005E186E">
        <w:rPr>
          <w:lang w:val="sr-Latn-CS"/>
        </w:rPr>
        <w:t xml:space="preserve">ENOM </w:t>
      </w:r>
      <w:r w:rsidR="00994057" w:rsidRPr="005E186E">
        <w:rPr>
          <w:lang w:val="sr-Latn-CS"/>
        </w:rPr>
        <w:t>MARKIRANJU</w:t>
      </w:r>
      <w:bookmarkEnd w:id="31"/>
      <w:bookmarkEnd w:id="32"/>
    </w:p>
    <w:p w14:paraId="509FA686" w14:textId="569AB8F7" w:rsidR="00251563" w:rsidRPr="00A82895" w:rsidRDefault="00FE0844" w:rsidP="00FE0844">
      <w:pPr>
        <w:jc w:val="both"/>
        <w:rPr>
          <w:lang w:val="sr-Latn-CS"/>
        </w:rPr>
      </w:pPr>
      <w:proofErr w:type="spellStart"/>
      <w:r w:rsidRPr="00FE0844">
        <w:rPr>
          <w:lang w:val="en-GB"/>
        </w:rPr>
        <w:t>Neposredno</w:t>
      </w:r>
      <w:proofErr w:type="spellEnd"/>
      <w:r w:rsidRPr="00A82895">
        <w:rPr>
          <w:lang w:val="sr-Latn-CS"/>
        </w:rPr>
        <w:t xml:space="preserve"> </w:t>
      </w:r>
      <w:proofErr w:type="spellStart"/>
      <w:r w:rsidRPr="00FE0844">
        <w:rPr>
          <w:lang w:val="en-GB"/>
        </w:rPr>
        <w:t>nakon</w:t>
      </w:r>
      <w:proofErr w:type="spellEnd"/>
      <w:r w:rsidRPr="00A82895">
        <w:rPr>
          <w:lang w:val="sr-Latn-CS"/>
        </w:rPr>
        <w:t xml:space="preserve"> </w:t>
      </w:r>
      <w:proofErr w:type="spellStart"/>
      <w:r>
        <w:rPr>
          <w:lang w:val="en-GB"/>
        </w:rPr>
        <w:t>dodavanja</w:t>
      </w:r>
      <w:proofErr w:type="spellEnd"/>
      <w:r w:rsidRPr="00A82895">
        <w:rPr>
          <w:lang w:val="sr-Latn-CS"/>
        </w:rPr>
        <w:t xml:space="preserve"> </w:t>
      </w:r>
      <w:proofErr w:type="spellStart"/>
      <w:r>
        <w:rPr>
          <w:lang w:val="en-GB"/>
        </w:rPr>
        <w:t>markera</w:t>
      </w:r>
      <w:proofErr w:type="spellEnd"/>
      <w:r w:rsidRPr="00A82895">
        <w:rPr>
          <w:lang w:val="sr-Latn-CS"/>
        </w:rPr>
        <w:t xml:space="preserve"> </w:t>
      </w:r>
      <w:r>
        <w:rPr>
          <w:lang w:val="en-GB"/>
        </w:rPr>
        <w:t>u</w:t>
      </w:r>
      <w:r w:rsidRPr="00A82895">
        <w:rPr>
          <w:lang w:val="sr-Latn-CS"/>
        </w:rPr>
        <w:t xml:space="preserve"> </w:t>
      </w:r>
      <w:r w:rsidRPr="00FE0844">
        <w:rPr>
          <w:lang w:val="en-GB"/>
        </w:rPr>
        <w:t>derivat</w:t>
      </w:r>
      <w:r>
        <w:rPr>
          <w:lang w:val="en-GB"/>
        </w:rPr>
        <w:t>e</w:t>
      </w:r>
      <w:r w:rsidRPr="00A82895">
        <w:rPr>
          <w:lang w:val="sr-Latn-CS"/>
        </w:rPr>
        <w:t xml:space="preserve"> </w:t>
      </w:r>
      <w:proofErr w:type="spellStart"/>
      <w:r w:rsidRPr="00FE0844">
        <w:rPr>
          <w:lang w:val="en-GB"/>
        </w:rPr>
        <w:t>nafte</w:t>
      </w:r>
      <w:proofErr w:type="spellEnd"/>
      <w:r w:rsidRPr="00A82895">
        <w:rPr>
          <w:lang w:val="sr-Latn-CS"/>
        </w:rPr>
        <w:t xml:space="preserve">, </w:t>
      </w:r>
      <w:proofErr w:type="spellStart"/>
      <w:r w:rsidRPr="00FE0844">
        <w:rPr>
          <w:lang w:val="en-GB"/>
        </w:rPr>
        <w:t>predstavnik</w:t>
      </w:r>
      <w:proofErr w:type="spellEnd"/>
      <w:r w:rsidRPr="00A82895">
        <w:rPr>
          <w:lang w:val="sr-Latn-CS"/>
        </w:rPr>
        <w:t xml:space="preserve"> </w:t>
      </w:r>
      <w:proofErr w:type="spellStart"/>
      <w:r w:rsidR="005F2BDA" w:rsidRPr="00CF1532">
        <w:rPr>
          <w:lang w:val="fr-FR"/>
        </w:rPr>
        <w:t>Pružaoca</w:t>
      </w:r>
      <w:proofErr w:type="spellEnd"/>
      <w:r w:rsidR="005F2BDA" w:rsidRPr="00CF1532">
        <w:rPr>
          <w:lang w:val="fr-FR"/>
        </w:rPr>
        <w:t xml:space="preserve"> </w:t>
      </w:r>
      <w:proofErr w:type="spellStart"/>
      <w:proofErr w:type="gramStart"/>
      <w:r w:rsidR="005F2BDA" w:rsidRPr="00CF1532">
        <w:rPr>
          <w:lang w:val="fr-FR"/>
        </w:rPr>
        <w:t>usluge</w:t>
      </w:r>
      <w:proofErr w:type="spellEnd"/>
      <w:r w:rsidR="005F2BDA" w:rsidRPr="00CF1532">
        <w:rPr>
          <w:lang w:val="fr-FR"/>
        </w:rPr>
        <w:t xml:space="preserve"> </w:t>
      </w:r>
      <w:r w:rsidRPr="00A82895">
        <w:rPr>
          <w:lang w:val="sr-Latn-CS"/>
        </w:rPr>
        <w:t xml:space="preserve"> </w:t>
      </w:r>
      <w:proofErr w:type="spellStart"/>
      <w:r w:rsidRPr="00FE0844">
        <w:rPr>
          <w:lang w:val="en-GB"/>
        </w:rPr>
        <w:t>markiranja</w:t>
      </w:r>
      <w:proofErr w:type="spellEnd"/>
      <w:proofErr w:type="gramEnd"/>
      <w:r w:rsidR="00FF0F09">
        <w:rPr>
          <w:lang w:val="en-GB"/>
        </w:rPr>
        <w:t xml:space="preserve"> </w:t>
      </w:r>
      <w:r w:rsidR="00FF0F09" w:rsidRPr="00FF0F09">
        <w:rPr>
          <w:lang w:val="en-GB"/>
        </w:rPr>
        <w:t xml:space="preserve">za </w:t>
      </w:r>
      <w:proofErr w:type="spellStart"/>
      <w:r w:rsidR="00FF0F09" w:rsidRPr="00FF0F09">
        <w:rPr>
          <w:lang w:val="en-GB"/>
        </w:rPr>
        <w:t>svaku</w:t>
      </w:r>
      <w:proofErr w:type="spellEnd"/>
      <w:r w:rsidR="00FF0F09" w:rsidRPr="00FF0F09">
        <w:rPr>
          <w:lang w:val="en-GB"/>
        </w:rPr>
        <w:t xml:space="preserve"> </w:t>
      </w:r>
      <w:proofErr w:type="spellStart"/>
      <w:r w:rsidR="00FF0F09" w:rsidRPr="00FF0F09">
        <w:rPr>
          <w:lang w:val="en-GB"/>
        </w:rPr>
        <w:t>pošiljku</w:t>
      </w:r>
      <w:proofErr w:type="spellEnd"/>
      <w:r w:rsidR="00FF0F09" w:rsidRPr="00FF0F09">
        <w:rPr>
          <w:lang w:val="en-GB"/>
        </w:rPr>
        <w:t xml:space="preserve"> </w:t>
      </w:r>
      <w:proofErr w:type="spellStart"/>
      <w:r w:rsidR="00FF0F09" w:rsidRPr="00FF0F09">
        <w:rPr>
          <w:lang w:val="en-GB"/>
        </w:rPr>
        <w:t>goriva</w:t>
      </w:r>
      <w:proofErr w:type="spellEnd"/>
      <w:r w:rsidR="00FF0F09" w:rsidRPr="00FF0F09">
        <w:rPr>
          <w:lang w:val="en-GB"/>
        </w:rPr>
        <w:t xml:space="preserve"> </w:t>
      </w:r>
      <w:proofErr w:type="spellStart"/>
      <w:r w:rsidR="00FF0F09" w:rsidRPr="00FF0F09">
        <w:rPr>
          <w:lang w:val="en-GB"/>
        </w:rPr>
        <w:t>koja</w:t>
      </w:r>
      <w:proofErr w:type="spellEnd"/>
      <w:r w:rsidR="00FF0F09" w:rsidRPr="00FF0F09">
        <w:rPr>
          <w:lang w:val="en-GB"/>
        </w:rPr>
        <w:t xml:space="preserve"> je </w:t>
      </w:r>
      <w:proofErr w:type="spellStart"/>
      <w:r w:rsidR="00FF0F09" w:rsidRPr="00FF0F09">
        <w:rPr>
          <w:lang w:val="en-GB"/>
        </w:rPr>
        <w:t>predmet</w:t>
      </w:r>
      <w:proofErr w:type="spellEnd"/>
      <w:r w:rsidR="00FF0F09" w:rsidRPr="00FF0F09">
        <w:rPr>
          <w:lang w:val="en-GB"/>
        </w:rPr>
        <w:t xml:space="preserve"> </w:t>
      </w:r>
      <w:proofErr w:type="spellStart"/>
      <w:r w:rsidR="00FF0F09" w:rsidRPr="00FF0F09">
        <w:rPr>
          <w:lang w:val="en-GB"/>
        </w:rPr>
        <w:t>markiranja</w:t>
      </w:r>
      <w:proofErr w:type="spellEnd"/>
      <w:r w:rsidRPr="00A82895">
        <w:rPr>
          <w:lang w:val="sr-Latn-CS"/>
        </w:rPr>
        <w:t xml:space="preserve"> </w:t>
      </w:r>
      <w:proofErr w:type="spellStart"/>
      <w:r w:rsidRPr="00FE0844">
        <w:rPr>
          <w:lang w:val="en-GB"/>
        </w:rPr>
        <w:t>izdaje</w:t>
      </w:r>
      <w:proofErr w:type="spellEnd"/>
      <w:r w:rsidRPr="00A82895">
        <w:rPr>
          <w:lang w:val="sr-Latn-CS"/>
        </w:rPr>
        <w:t xml:space="preserve"> </w:t>
      </w:r>
      <w:r w:rsidR="00A54A33">
        <w:rPr>
          <w:lang w:val="sr-Latn-CS"/>
        </w:rPr>
        <w:t xml:space="preserve">dokument pod imenom </w:t>
      </w:r>
      <w:r w:rsidR="005A09BE" w:rsidRPr="00BB1EED">
        <w:rPr>
          <w:lang w:val="sr-Latn-CS"/>
        </w:rPr>
        <w:t>''</w:t>
      </w:r>
      <w:r w:rsidRPr="00627C43">
        <w:rPr>
          <w:lang w:val="en-GB"/>
        </w:rPr>
        <w:t>Potvrd</w:t>
      </w:r>
      <w:r w:rsidR="00BF02AC" w:rsidRPr="00627C43">
        <w:rPr>
          <w:lang w:val="en-GB"/>
        </w:rPr>
        <w:t>a</w:t>
      </w:r>
      <w:r w:rsidRPr="00627C43">
        <w:rPr>
          <w:lang w:val="sr-Latn-CS"/>
        </w:rPr>
        <w:t xml:space="preserve"> </w:t>
      </w:r>
      <w:r w:rsidRPr="00627C43">
        <w:rPr>
          <w:lang w:val="en-GB"/>
        </w:rPr>
        <w:t>o</w:t>
      </w:r>
      <w:r w:rsidRPr="00627C43">
        <w:rPr>
          <w:lang w:val="sr-Latn-CS"/>
        </w:rPr>
        <w:t xml:space="preserve"> </w:t>
      </w:r>
      <w:proofErr w:type="spellStart"/>
      <w:r w:rsidRPr="00627C43">
        <w:rPr>
          <w:lang w:val="en-GB"/>
        </w:rPr>
        <w:t>izvr</w:t>
      </w:r>
      <w:proofErr w:type="spellEnd"/>
      <w:r w:rsidRPr="00627C43">
        <w:rPr>
          <w:lang w:val="sr-Latn-CS"/>
        </w:rPr>
        <w:t>š</w:t>
      </w:r>
      <w:proofErr w:type="spellStart"/>
      <w:r w:rsidRPr="00627C43">
        <w:rPr>
          <w:lang w:val="en-GB"/>
        </w:rPr>
        <w:t>enom</w:t>
      </w:r>
      <w:proofErr w:type="spellEnd"/>
      <w:r w:rsidRPr="00627C43">
        <w:rPr>
          <w:lang w:val="sr-Latn-CS"/>
        </w:rPr>
        <w:t xml:space="preserve"> </w:t>
      </w:r>
      <w:proofErr w:type="spellStart"/>
      <w:r w:rsidRPr="00627C43">
        <w:rPr>
          <w:lang w:val="en-GB"/>
        </w:rPr>
        <w:t>markiranju</w:t>
      </w:r>
      <w:proofErr w:type="spellEnd"/>
      <w:r w:rsidR="005A09BE" w:rsidRPr="00627C43">
        <w:rPr>
          <w:lang w:val="sr-Latn-CS"/>
        </w:rPr>
        <w:t>’’</w:t>
      </w:r>
      <w:r w:rsidRPr="00BB1EED">
        <w:rPr>
          <w:lang w:val="sr-Latn-CS"/>
        </w:rPr>
        <w:t xml:space="preserve">, </w:t>
      </w:r>
      <w:proofErr w:type="spellStart"/>
      <w:r w:rsidRPr="00BB1EED">
        <w:rPr>
          <w:lang w:val="en-GB"/>
        </w:rPr>
        <w:t>kojom</w:t>
      </w:r>
      <w:proofErr w:type="spellEnd"/>
      <w:r w:rsidRPr="00A82895">
        <w:rPr>
          <w:lang w:val="sr-Latn-CS"/>
        </w:rPr>
        <w:t xml:space="preserve"> </w:t>
      </w:r>
      <w:proofErr w:type="spellStart"/>
      <w:r w:rsidRPr="00FE0844">
        <w:rPr>
          <w:lang w:val="en-GB"/>
        </w:rPr>
        <w:t>potvr</w:t>
      </w:r>
      <w:proofErr w:type="spellEnd"/>
      <w:r w:rsidRPr="00A82895">
        <w:rPr>
          <w:lang w:val="sr-Latn-CS"/>
        </w:rPr>
        <w:t>đ</w:t>
      </w:r>
      <w:proofErr w:type="spellStart"/>
      <w:r w:rsidRPr="00FE0844">
        <w:rPr>
          <w:lang w:val="en-GB"/>
        </w:rPr>
        <w:t>uje</w:t>
      </w:r>
      <w:proofErr w:type="spellEnd"/>
      <w:r w:rsidRPr="00A82895">
        <w:rPr>
          <w:lang w:val="sr-Latn-CS"/>
        </w:rPr>
        <w:t xml:space="preserve"> </w:t>
      </w:r>
      <w:r w:rsidRPr="00FE0844">
        <w:rPr>
          <w:lang w:val="en-GB"/>
        </w:rPr>
        <w:t>da</w:t>
      </w:r>
      <w:r w:rsidRPr="00A82895">
        <w:rPr>
          <w:lang w:val="sr-Latn-CS"/>
        </w:rPr>
        <w:t xml:space="preserve"> </w:t>
      </w:r>
      <w:r w:rsidRPr="00FE0844">
        <w:rPr>
          <w:lang w:val="en-GB"/>
        </w:rPr>
        <w:t>je</w:t>
      </w:r>
      <w:r w:rsidRPr="00A82895">
        <w:rPr>
          <w:lang w:val="sr-Latn-CS"/>
        </w:rPr>
        <w:t xml:space="preserve"> </w:t>
      </w:r>
      <w:proofErr w:type="spellStart"/>
      <w:r w:rsidRPr="00FE0844">
        <w:rPr>
          <w:lang w:val="en-GB"/>
        </w:rPr>
        <w:t>predmetna</w:t>
      </w:r>
      <w:proofErr w:type="spellEnd"/>
      <w:r w:rsidRPr="00A82895">
        <w:rPr>
          <w:lang w:val="sr-Latn-CS"/>
        </w:rPr>
        <w:t xml:space="preserve"> </w:t>
      </w:r>
      <w:r w:rsidRPr="00FE0844">
        <w:rPr>
          <w:lang w:val="en-GB"/>
        </w:rPr>
        <w:t>po</w:t>
      </w:r>
      <w:r w:rsidRPr="00A82895">
        <w:rPr>
          <w:lang w:val="sr-Latn-CS"/>
        </w:rPr>
        <w:t>š</w:t>
      </w:r>
      <w:proofErr w:type="spellStart"/>
      <w:r w:rsidRPr="00FE0844">
        <w:rPr>
          <w:lang w:val="en-GB"/>
        </w:rPr>
        <w:t>iljka</w:t>
      </w:r>
      <w:proofErr w:type="spellEnd"/>
      <w:r w:rsidRPr="00A82895">
        <w:rPr>
          <w:lang w:val="sr-Latn-CS"/>
        </w:rPr>
        <w:t xml:space="preserve"> </w:t>
      </w:r>
      <w:proofErr w:type="spellStart"/>
      <w:r w:rsidRPr="00FE0844">
        <w:rPr>
          <w:lang w:val="en-GB"/>
        </w:rPr>
        <w:t>goriva</w:t>
      </w:r>
      <w:proofErr w:type="spellEnd"/>
      <w:r w:rsidRPr="00A82895">
        <w:rPr>
          <w:lang w:val="sr-Latn-CS"/>
        </w:rPr>
        <w:t xml:space="preserve"> </w:t>
      </w:r>
      <w:proofErr w:type="spellStart"/>
      <w:r w:rsidRPr="00FE0844">
        <w:rPr>
          <w:lang w:val="en-GB"/>
        </w:rPr>
        <w:t>markirana</w:t>
      </w:r>
      <w:proofErr w:type="spellEnd"/>
      <w:r w:rsidRPr="00A82895">
        <w:rPr>
          <w:lang w:val="sr-Latn-CS"/>
        </w:rPr>
        <w:t xml:space="preserve"> </w:t>
      </w:r>
      <w:proofErr w:type="spellStart"/>
      <w:r w:rsidRPr="00FE0844">
        <w:rPr>
          <w:lang w:val="en-GB"/>
        </w:rPr>
        <w:t>propisanom</w:t>
      </w:r>
      <w:proofErr w:type="spellEnd"/>
      <w:r w:rsidRPr="00A82895">
        <w:rPr>
          <w:lang w:val="sr-Latn-CS"/>
        </w:rPr>
        <w:t xml:space="preserve"> </w:t>
      </w:r>
      <w:proofErr w:type="spellStart"/>
      <w:r w:rsidRPr="00FE0844">
        <w:rPr>
          <w:lang w:val="en-GB"/>
        </w:rPr>
        <w:t>koncentracijom</w:t>
      </w:r>
      <w:proofErr w:type="spellEnd"/>
      <w:r w:rsidRPr="00A82895">
        <w:rPr>
          <w:lang w:val="sr-Latn-CS"/>
        </w:rPr>
        <w:t xml:space="preserve"> </w:t>
      </w:r>
      <w:proofErr w:type="spellStart"/>
      <w:r w:rsidRPr="00FE0844">
        <w:rPr>
          <w:lang w:val="en-GB"/>
        </w:rPr>
        <w:t>markera</w:t>
      </w:r>
      <w:proofErr w:type="spellEnd"/>
      <w:r w:rsidRPr="00A82895">
        <w:rPr>
          <w:lang w:val="sr-Latn-CS"/>
        </w:rPr>
        <w:t>.</w:t>
      </w:r>
    </w:p>
    <w:p w14:paraId="3491F7B4" w14:textId="4CBB1CEE" w:rsidR="00FF0F09" w:rsidRPr="00FF0F09" w:rsidRDefault="00FF0F09" w:rsidP="00FF0F09">
      <w:pPr>
        <w:jc w:val="both"/>
        <w:rPr>
          <w:lang w:val="en-GB"/>
        </w:rPr>
      </w:pPr>
      <w:r w:rsidRPr="00FF0F09">
        <w:rPr>
          <w:lang w:val="en-GB"/>
        </w:rPr>
        <w:t xml:space="preserve">Potvrda o </w:t>
      </w:r>
      <w:proofErr w:type="spellStart"/>
      <w:r w:rsidRPr="00FF0F09">
        <w:rPr>
          <w:lang w:val="en-GB"/>
        </w:rPr>
        <w:t>izvršenom</w:t>
      </w:r>
      <w:proofErr w:type="spellEnd"/>
      <w:r w:rsidRPr="00FF0F09">
        <w:rPr>
          <w:lang w:val="en-GB"/>
        </w:rPr>
        <w:t xml:space="preserve"> </w:t>
      </w:r>
      <w:proofErr w:type="spellStart"/>
      <w:r w:rsidRPr="00FF0F09">
        <w:rPr>
          <w:lang w:val="en-GB"/>
        </w:rPr>
        <w:t>markiranju</w:t>
      </w:r>
      <w:proofErr w:type="spellEnd"/>
      <w:r w:rsidRPr="00FF0F09">
        <w:rPr>
          <w:lang w:val="en-GB"/>
        </w:rPr>
        <w:t xml:space="preserve"> </w:t>
      </w:r>
      <w:proofErr w:type="spellStart"/>
      <w:r w:rsidRPr="00FF0F09">
        <w:rPr>
          <w:lang w:val="en-GB"/>
        </w:rPr>
        <w:t>sadrži</w:t>
      </w:r>
      <w:proofErr w:type="spellEnd"/>
      <w:r w:rsidRPr="00FF0F09">
        <w:rPr>
          <w:lang w:val="en-GB"/>
        </w:rPr>
        <w:t xml:space="preserve"> </w:t>
      </w:r>
      <w:proofErr w:type="spellStart"/>
      <w:r w:rsidRPr="00FF0F09">
        <w:rPr>
          <w:lang w:val="en-GB"/>
        </w:rPr>
        <w:t>najmanje</w:t>
      </w:r>
      <w:proofErr w:type="spellEnd"/>
      <w:r w:rsidRPr="00FF0F09">
        <w:rPr>
          <w:lang w:val="en-GB"/>
        </w:rPr>
        <w:t xml:space="preserve"> </w:t>
      </w:r>
      <w:proofErr w:type="spellStart"/>
      <w:r w:rsidRPr="00FF0F09">
        <w:rPr>
          <w:lang w:val="en-GB"/>
        </w:rPr>
        <w:t>podatke</w:t>
      </w:r>
      <w:proofErr w:type="spellEnd"/>
      <w:r w:rsidRPr="00FF0F09">
        <w:rPr>
          <w:lang w:val="en-GB"/>
        </w:rPr>
        <w:t xml:space="preserve"> </w:t>
      </w:r>
      <w:proofErr w:type="spellStart"/>
      <w:r w:rsidRPr="00FF0F09">
        <w:rPr>
          <w:lang w:val="en-GB"/>
        </w:rPr>
        <w:t>propisane</w:t>
      </w:r>
      <w:proofErr w:type="spellEnd"/>
      <w:r w:rsidRPr="00FF0F09">
        <w:rPr>
          <w:lang w:val="en-GB"/>
        </w:rPr>
        <w:t xml:space="preserve"> u </w:t>
      </w:r>
      <w:proofErr w:type="spellStart"/>
      <w:r w:rsidRPr="00FF0F09">
        <w:rPr>
          <w:lang w:val="en-GB"/>
        </w:rPr>
        <w:t>prilozima</w:t>
      </w:r>
      <w:proofErr w:type="spellEnd"/>
      <w:r w:rsidRPr="00FF0F09">
        <w:rPr>
          <w:lang w:val="en-GB"/>
        </w:rPr>
        <w:t xml:space="preserve"> 2, 3 </w:t>
      </w:r>
      <w:proofErr w:type="spellStart"/>
      <w:r w:rsidRPr="00FF0F09">
        <w:rPr>
          <w:lang w:val="en-GB"/>
        </w:rPr>
        <w:t>i</w:t>
      </w:r>
      <w:proofErr w:type="spellEnd"/>
      <w:r w:rsidRPr="00FF0F09">
        <w:rPr>
          <w:lang w:val="en-GB"/>
        </w:rPr>
        <w:t xml:space="preserve"> 4 </w:t>
      </w:r>
      <w:proofErr w:type="spellStart"/>
      <w:r w:rsidRPr="00FF0F09">
        <w:rPr>
          <w:lang w:val="en-GB"/>
        </w:rPr>
        <w:t>ovog</w:t>
      </w:r>
      <w:proofErr w:type="spellEnd"/>
      <w:r w:rsidRPr="00FF0F09">
        <w:rPr>
          <w:lang w:val="en-GB"/>
        </w:rPr>
        <w:t xml:space="preserve"> </w:t>
      </w:r>
      <w:proofErr w:type="spellStart"/>
      <w:r w:rsidRPr="00FF0F09">
        <w:rPr>
          <w:lang w:val="en-GB"/>
        </w:rPr>
        <w:t>Uputstva</w:t>
      </w:r>
      <w:proofErr w:type="spellEnd"/>
      <w:r w:rsidRPr="00FF0F09">
        <w:rPr>
          <w:lang w:val="en-GB"/>
        </w:rPr>
        <w:t xml:space="preserve">, u </w:t>
      </w:r>
      <w:proofErr w:type="spellStart"/>
      <w:r w:rsidRPr="00FF0F09">
        <w:rPr>
          <w:lang w:val="en-GB"/>
        </w:rPr>
        <w:t>zavisnosti</w:t>
      </w:r>
      <w:proofErr w:type="spellEnd"/>
      <w:r w:rsidRPr="00FF0F09">
        <w:rPr>
          <w:lang w:val="en-GB"/>
        </w:rPr>
        <w:t xml:space="preserve"> od </w:t>
      </w:r>
      <w:proofErr w:type="spellStart"/>
      <w:r w:rsidRPr="00FF0F09">
        <w:rPr>
          <w:lang w:val="en-GB"/>
        </w:rPr>
        <w:t>mjesta</w:t>
      </w:r>
      <w:proofErr w:type="spellEnd"/>
      <w:r w:rsidRPr="00FF0F09">
        <w:rPr>
          <w:lang w:val="en-GB"/>
        </w:rPr>
        <w:t xml:space="preserve"> </w:t>
      </w:r>
      <w:proofErr w:type="spellStart"/>
      <w:r w:rsidRPr="00FF0F09">
        <w:rPr>
          <w:lang w:val="en-GB"/>
        </w:rPr>
        <w:t>i</w:t>
      </w:r>
      <w:proofErr w:type="spellEnd"/>
      <w:r w:rsidRPr="00FF0F09">
        <w:rPr>
          <w:lang w:val="en-GB"/>
        </w:rPr>
        <w:t xml:space="preserve"> </w:t>
      </w:r>
      <w:proofErr w:type="spellStart"/>
      <w:r w:rsidRPr="00FF0F09">
        <w:rPr>
          <w:lang w:val="en-GB"/>
        </w:rPr>
        <w:t>načina</w:t>
      </w:r>
      <w:proofErr w:type="spellEnd"/>
      <w:r w:rsidRPr="00FF0F09">
        <w:rPr>
          <w:lang w:val="en-GB"/>
        </w:rPr>
        <w:t xml:space="preserve"> </w:t>
      </w:r>
      <w:proofErr w:type="spellStart"/>
      <w:r w:rsidRPr="00FF0F09">
        <w:rPr>
          <w:lang w:val="en-GB"/>
        </w:rPr>
        <w:t>izvršenog</w:t>
      </w:r>
      <w:proofErr w:type="spellEnd"/>
      <w:r w:rsidRPr="00FF0F09">
        <w:rPr>
          <w:lang w:val="en-GB"/>
        </w:rPr>
        <w:t xml:space="preserve"> </w:t>
      </w:r>
      <w:proofErr w:type="spellStart"/>
      <w:r w:rsidRPr="00FF0F09">
        <w:rPr>
          <w:lang w:val="en-GB"/>
        </w:rPr>
        <w:t>markiranja</w:t>
      </w:r>
      <w:proofErr w:type="spellEnd"/>
      <w:r w:rsidRPr="00FF0F09">
        <w:rPr>
          <w:lang w:val="en-GB"/>
        </w:rPr>
        <w:t>.</w:t>
      </w:r>
    </w:p>
    <w:p w14:paraId="4881D41A" w14:textId="2806F3BC" w:rsidR="00FE0844" w:rsidRPr="00627C43" w:rsidRDefault="00FE0844" w:rsidP="00FE0844">
      <w:pPr>
        <w:jc w:val="both"/>
        <w:rPr>
          <w:lang w:val="sr-Latn-CS"/>
        </w:rPr>
      </w:pPr>
      <w:r w:rsidRPr="00FE0844">
        <w:rPr>
          <w:lang w:val="en-GB"/>
        </w:rPr>
        <w:t>U</w:t>
      </w:r>
      <w:r w:rsidRPr="00A82895">
        <w:rPr>
          <w:lang w:val="sr-Latn-CS"/>
        </w:rPr>
        <w:t xml:space="preserve"> </w:t>
      </w:r>
      <w:proofErr w:type="spellStart"/>
      <w:r w:rsidRPr="00FE0844">
        <w:rPr>
          <w:lang w:val="en-GB"/>
        </w:rPr>
        <w:t>slu</w:t>
      </w:r>
      <w:proofErr w:type="spellEnd"/>
      <w:r w:rsidRPr="00A82895">
        <w:rPr>
          <w:lang w:val="sr-Latn-CS"/>
        </w:rPr>
        <w:t>č</w:t>
      </w:r>
      <w:proofErr w:type="spellStart"/>
      <w:r w:rsidRPr="00FE0844">
        <w:rPr>
          <w:lang w:val="en-GB"/>
        </w:rPr>
        <w:t>aju</w:t>
      </w:r>
      <w:proofErr w:type="spellEnd"/>
      <w:r w:rsidRPr="00A82895">
        <w:rPr>
          <w:lang w:val="sr-Latn-CS"/>
        </w:rPr>
        <w:t xml:space="preserve"> </w:t>
      </w:r>
      <w:proofErr w:type="spellStart"/>
      <w:r w:rsidRPr="00FE0844">
        <w:rPr>
          <w:lang w:val="en-GB"/>
        </w:rPr>
        <w:t>markiranja</w:t>
      </w:r>
      <w:proofErr w:type="spellEnd"/>
      <w:r w:rsidRPr="00A82895">
        <w:rPr>
          <w:lang w:val="sr-Latn-CS"/>
        </w:rPr>
        <w:t xml:space="preserve"> </w:t>
      </w:r>
      <w:proofErr w:type="spellStart"/>
      <w:r w:rsidRPr="00FE0844">
        <w:rPr>
          <w:lang w:val="en-GB"/>
        </w:rPr>
        <w:t>goriva</w:t>
      </w:r>
      <w:proofErr w:type="spellEnd"/>
      <w:r w:rsidRPr="00A82895">
        <w:rPr>
          <w:lang w:val="sr-Latn-CS"/>
        </w:rPr>
        <w:t xml:space="preserve"> </w:t>
      </w:r>
      <w:r w:rsidRPr="00FE0844">
        <w:rPr>
          <w:lang w:val="en-GB"/>
        </w:rPr>
        <w:t>u</w:t>
      </w:r>
      <w:r w:rsidRPr="00A82895">
        <w:rPr>
          <w:lang w:val="sr-Latn-CS"/>
        </w:rPr>
        <w:t xml:space="preserve"> </w:t>
      </w:r>
      <w:r w:rsidRPr="00FE0844">
        <w:rPr>
          <w:lang w:val="en-GB"/>
        </w:rPr>
        <w:t>auto</w:t>
      </w:r>
      <w:r w:rsidRPr="00A82895">
        <w:rPr>
          <w:lang w:val="sr-Latn-CS"/>
        </w:rPr>
        <w:t>-</w:t>
      </w:r>
      <w:proofErr w:type="spellStart"/>
      <w:r w:rsidRPr="00FE0844">
        <w:rPr>
          <w:lang w:val="en-GB"/>
        </w:rPr>
        <w:t>cisternama</w:t>
      </w:r>
      <w:proofErr w:type="spellEnd"/>
      <w:r w:rsidRPr="00A82895">
        <w:rPr>
          <w:lang w:val="sr-Latn-CS"/>
        </w:rPr>
        <w:t xml:space="preserve">, </w:t>
      </w:r>
      <w:r w:rsidRPr="00FE0844">
        <w:rPr>
          <w:lang w:val="en-GB"/>
        </w:rPr>
        <w:t>Potvrda</w:t>
      </w:r>
      <w:r w:rsidRPr="00A82895">
        <w:rPr>
          <w:lang w:val="sr-Latn-CS"/>
        </w:rPr>
        <w:t xml:space="preserve"> </w:t>
      </w:r>
      <w:r w:rsidRPr="00FE0844">
        <w:rPr>
          <w:lang w:val="en-GB"/>
        </w:rPr>
        <w:t>o</w:t>
      </w:r>
      <w:r w:rsidRPr="00A82895">
        <w:rPr>
          <w:lang w:val="sr-Latn-CS"/>
        </w:rPr>
        <w:t xml:space="preserve"> </w:t>
      </w:r>
      <w:proofErr w:type="spellStart"/>
      <w:r w:rsidRPr="00FE0844">
        <w:rPr>
          <w:lang w:val="en-GB"/>
        </w:rPr>
        <w:t>izvr</w:t>
      </w:r>
      <w:proofErr w:type="spellEnd"/>
      <w:r w:rsidRPr="00A82895">
        <w:rPr>
          <w:lang w:val="sr-Latn-CS"/>
        </w:rPr>
        <w:t>š</w:t>
      </w:r>
      <w:proofErr w:type="spellStart"/>
      <w:r w:rsidRPr="00FE0844">
        <w:rPr>
          <w:lang w:val="en-GB"/>
        </w:rPr>
        <w:t>enom</w:t>
      </w:r>
      <w:proofErr w:type="spellEnd"/>
      <w:r w:rsidRPr="00A82895">
        <w:rPr>
          <w:lang w:val="sr-Latn-CS"/>
        </w:rPr>
        <w:t xml:space="preserve"> </w:t>
      </w:r>
      <w:proofErr w:type="spellStart"/>
      <w:r w:rsidRPr="00FE0844">
        <w:rPr>
          <w:lang w:val="en-GB"/>
        </w:rPr>
        <w:t>markiranju</w:t>
      </w:r>
      <w:proofErr w:type="spellEnd"/>
      <w:r w:rsidRPr="00A82895">
        <w:rPr>
          <w:lang w:val="sr-Latn-CS"/>
        </w:rPr>
        <w:t xml:space="preserve"> </w:t>
      </w:r>
      <w:proofErr w:type="spellStart"/>
      <w:r w:rsidRPr="00FE0844">
        <w:rPr>
          <w:lang w:val="en-GB"/>
        </w:rPr>
        <w:t>uru</w:t>
      </w:r>
      <w:proofErr w:type="spellEnd"/>
      <w:r w:rsidRPr="00A82895">
        <w:rPr>
          <w:lang w:val="sr-Latn-CS"/>
        </w:rPr>
        <w:t>č</w:t>
      </w:r>
      <w:proofErr w:type="spellStart"/>
      <w:r w:rsidRPr="00FE0844">
        <w:rPr>
          <w:lang w:val="en-GB"/>
        </w:rPr>
        <w:t>uje</w:t>
      </w:r>
      <w:proofErr w:type="spellEnd"/>
      <w:r w:rsidRPr="00A82895">
        <w:rPr>
          <w:lang w:val="sr-Latn-CS"/>
        </w:rPr>
        <w:t xml:space="preserve"> </w:t>
      </w:r>
      <w:r w:rsidRPr="00FE0844">
        <w:rPr>
          <w:lang w:val="en-GB"/>
        </w:rPr>
        <w:t>se</w:t>
      </w:r>
      <w:r w:rsidRPr="00A82895">
        <w:rPr>
          <w:lang w:val="sr-Latn-CS"/>
        </w:rPr>
        <w:t xml:space="preserve"> </w:t>
      </w:r>
      <w:proofErr w:type="spellStart"/>
      <w:r w:rsidRPr="00FE0844">
        <w:rPr>
          <w:lang w:val="en-GB"/>
        </w:rPr>
        <w:t>voza</w:t>
      </w:r>
      <w:proofErr w:type="spellEnd"/>
      <w:r w:rsidRPr="00A82895">
        <w:rPr>
          <w:lang w:val="sr-Latn-CS"/>
        </w:rPr>
        <w:t>č</w:t>
      </w:r>
      <w:r w:rsidRPr="00FE0844">
        <w:rPr>
          <w:lang w:val="en-GB"/>
        </w:rPr>
        <w:t>u</w:t>
      </w:r>
      <w:r w:rsidRPr="00A82895">
        <w:rPr>
          <w:lang w:val="sr-Latn-CS"/>
        </w:rPr>
        <w:t xml:space="preserve"> </w:t>
      </w:r>
      <w:r w:rsidRPr="00FE0844">
        <w:rPr>
          <w:lang w:val="en-GB"/>
        </w:rPr>
        <w:t>auto</w:t>
      </w:r>
      <w:r w:rsidRPr="00A82895">
        <w:rPr>
          <w:lang w:val="sr-Latn-CS"/>
        </w:rPr>
        <w:t>-</w:t>
      </w:r>
      <w:proofErr w:type="spellStart"/>
      <w:r w:rsidRPr="00FE0844">
        <w:rPr>
          <w:lang w:val="en-GB"/>
        </w:rPr>
        <w:t>cisterne</w:t>
      </w:r>
      <w:proofErr w:type="spellEnd"/>
      <w:r w:rsidR="00F533BA">
        <w:rPr>
          <w:lang w:val="sr-Latn-CS"/>
        </w:rPr>
        <w:t xml:space="preserve"> </w:t>
      </w:r>
      <w:r w:rsidR="00F533BA" w:rsidRPr="00F533BA">
        <w:rPr>
          <w:lang w:val="en-GB"/>
        </w:rPr>
        <w:t>u</w:t>
      </w:r>
      <w:r w:rsidR="00F533BA" w:rsidRPr="00627C43">
        <w:rPr>
          <w:lang w:val="sr-Latn-CS"/>
        </w:rPr>
        <w:t xml:space="preserve"> </w:t>
      </w:r>
      <w:proofErr w:type="spellStart"/>
      <w:r w:rsidR="00F533BA" w:rsidRPr="00F533BA">
        <w:rPr>
          <w:lang w:val="en-GB"/>
        </w:rPr>
        <w:t>onom</w:t>
      </w:r>
      <w:proofErr w:type="spellEnd"/>
      <w:r w:rsidR="00F533BA" w:rsidRPr="00627C43">
        <w:rPr>
          <w:lang w:val="sr-Latn-CS"/>
        </w:rPr>
        <w:t xml:space="preserve"> </w:t>
      </w:r>
      <w:proofErr w:type="spellStart"/>
      <w:r w:rsidR="00F533BA" w:rsidRPr="00F533BA">
        <w:rPr>
          <w:lang w:val="en-GB"/>
        </w:rPr>
        <w:t>broju</w:t>
      </w:r>
      <w:proofErr w:type="spellEnd"/>
      <w:r w:rsidR="00F533BA" w:rsidRPr="00627C43">
        <w:rPr>
          <w:lang w:val="sr-Latn-CS"/>
        </w:rPr>
        <w:t xml:space="preserve"> </w:t>
      </w:r>
      <w:proofErr w:type="spellStart"/>
      <w:r w:rsidR="00F533BA" w:rsidRPr="00F533BA">
        <w:rPr>
          <w:lang w:val="en-GB"/>
        </w:rPr>
        <w:t>primjeraka</w:t>
      </w:r>
      <w:proofErr w:type="spellEnd"/>
      <w:r w:rsidR="00F533BA" w:rsidRPr="00627C43">
        <w:rPr>
          <w:lang w:val="sr-Latn-CS"/>
        </w:rPr>
        <w:t xml:space="preserve"> </w:t>
      </w:r>
      <w:r w:rsidR="00F533BA" w:rsidRPr="00F533BA">
        <w:rPr>
          <w:lang w:val="en-GB"/>
        </w:rPr>
        <w:t>koji</w:t>
      </w:r>
      <w:r w:rsidR="00F533BA" w:rsidRPr="00627C43">
        <w:rPr>
          <w:lang w:val="sr-Latn-CS"/>
        </w:rPr>
        <w:t xml:space="preserve"> </w:t>
      </w:r>
      <w:proofErr w:type="spellStart"/>
      <w:r w:rsidR="00F533BA" w:rsidRPr="00F533BA">
        <w:rPr>
          <w:lang w:val="en-GB"/>
        </w:rPr>
        <w:t>odgovara</w:t>
      </w:r>
      <w:proofErr w:type="spellEnd"/>
      <w:r w:rsidR="00F533BA" w:rsidRPr="00627C43">
        <w:rPr>
          <w:lang w:val="sr-Latn-CS"/>
        </w:rPr>
        <w:t xml:space="preserve"> </w:t>
      </w:r>
      <w:proofErr w:type="spellStart"/>
      <w:r w:rsidR="00F533BA" w:rsidRPr="00F533BA">
        <w:rPr>
          <w:lang w:val="en-GB"/>
        </w:rPr>
        <w:t>broju</w:t>
      </w:r>
      <w:proofErr w:type="spellEnd"/>
      <w:r w:rsidR="00F533BA" w:rsidRPr="00627C43">
        <w:rPr>
          <w:lang w:val="sr-Latn-CS"/>
        </w:rPr>
        <w:t xml:space="preserve"> </w:t>
      </w:r>
      <w:proofErr w:type="spellStart"/>
      <w:r w:rsidR="00F533BA" w:rsidRPr="00F533BA">
        <w:rPr>
          <w:lang w:val="en-GB"/>
        </w:rPr>
        <w:t>mjesta</w:t>
      </w:r>
      <w:proofErr w:type="spellEnd"/>
      <w:r w:rsidR="00F533BA" w:rsidRPr="00627C43">
        <w:rPr>
          <w:lang w:val="sr-Latn-CS"/>
        </w:rPr>
        <w:t xml:space="preserve"> </w:t>
      </w:r>
      <w:proofErr w:type="spellStart"/>
      <w:r w:rsidR="00F533BA" w:rsidRPr="00F533BA">
        <w:rPr>
          <w:lang w:val="en-GB"/>
        </w:rPr>
        <w:t>istovara</w:t>
      </w:r>
      <w:proofErr w:type="spellEnd"/>
      <w:r w:rsidR="00F533BA" w:rsidRPr="00627C43">
        <w:rPr>
          <w:lang w:val="sr-Latn-CS"/>
        </w:rPr>
        <w:t xml:space="preserve"> (</w:t>
      </w:r>
      <w:proofErr w:type="spellStart"/>
      <w:r w:rsidR="00F533BA" w:rsidRPr="00F533BA">
        <w:rPr>
          <w:lang w:val="en-GB"/>
        </w:rPr>
        <w:t>lokacija</w:t>
      </w:r>
      <w:proofErr w:type="spellEnd"/>
      <w:r w:rsidR="00F533BA" w:rsidRPr="00627C43">
        <w:rPr>
          <w:lang w:val="sr-Latn-CS"/>
        </w:rPr>
        <w:t xml:space="preserve"> </w:t>
      </w:r>
      <w:proofErr w:type="spellStart"/>
      <w:r w:rsidR="00F533BA" w:rsidRPr="00F533BA">
        <w:rPr>
          <w:lang w:val="en-GB"/>
        </w:rPr>
        <w:t>istovara</w:t>
      </w:r>
      <w:proofErr w:type="spellEnd"/>
      <w:r w:rsidR="00F533BA" w:rsidRPr="00627C43">
        <w:rPr>
          <w:lang w:val="sr-Latn-CS"/>
        </w:rPr>
        <w:t>).</w:t>
      </w:r>
    </w:p>
    <w:p w14:paraId="37B2D7E4" w14:textId="766F3194" w:rsidR="00FE0844" w:rsidRPr="00A82895" w:rsidRDefault="00FE0844" w:rsidP="00FE0844">
      <w:pPr>
        <w:jc w:val="both"/>
        <w:rPr>
          <w:lang w:val="sr-Latn-CS"/>
        </w:rPr>
      </w:pPr>
      <w:r w:rsidRPr="00FE0844">
        <w:rPr>
          <w:lang w:val="en-GB"/>
        </w:rPr>
        <w:t>U</w:t>
      </w:r>
      <w:r w:rsidRPr="00A82895">
        <w:rPr>
          <w:lang w:val="sr-Latn-CS"/>
        </w:rPr>
        <w:t xml:space="preserve"> </w:t>
      </w:r>
      <w:proofErr w:type="spellStart"/>
      <w:r w:rsidRPr="00FE0844">
        <w:rPr>
          <w:lang w:val="en-GB"/>
        </w:rPr>
        <w:t>slu</w:t>
      </w:r>
      <w:proofErr w:type="spellEnd"/>
      <w:r w:rsidRPr="00A82895">
        <w:rPr>
          <w:lang w:val="sr-Latn-CS"/>
        </w:rPr>
        <w:t>č</w:t>
      </w:r>
      <w:proofErr w:type="spellStart"/>
      <w:r w:rsidRPr="00FE0844">
        <w:rPr>
          <w:lang w:val="en-GB"/>
        </w:rPr>
        <w:t>aju</w:t>
      </w:r>
      <w:proofErr w:type="spellEnd"/>
      <w:r w:rsidRPr="00A82895">
        <w:rPr>
          <w:lang w:val="sr-Latn-CS"/>
        </w:rPr>
        <w:t xml:space="preserve"> </w:t>
      </w:r>
      <w:proofErr w:type="spellStart"/>
      <w:r w:rsidRPr="00FE0844">
        <w:rPr>
          <w:lang w:val="en-GB"/>
        </w:rPr>
        <w:t>markiranja</w:t>
      </w:r>
      <w:proofErr w:type="spellEnd"/>
      <w:r w:rsidRPr="00A82895">
        <w:rPr>
          <w:lang w:val="sr-Latn-CS"/>
        </w:rPr>
        <w:t xml:space="preserve"> </w:t>
      </w:r>
      <w:proofErr w:type="spellStart"/>
      <w:r w:rsidRPr="00FE0844">
        <w:rPr>
          <w:lang w:val="en-GB"/>
        </w:rPr>
        <w:t>goriva</w:t>
      </w:r>
      <w:proofErr w:type="spellEnd"/>
      <w:r w:rsidRPr="00A82895">
        <w:rPr>
          <w:lang w:val="sr-Latn-CS"/>
        </w:rPr>
        <w:t xml:space="preserve"> </w:t>
      </w:r>
      <w:r w:rsidRPr="00FE0844">
        <w:rPr>
          <w:lang w:val="en-GB"/>
        </w:rPr>
        <w:t>u</w:t>
      </w:r>
      <w:r w:rsidRPr="00A82895">
        <w:rPr>
          <w:lang w:val="sr-Latn-CS"/>
        </w:rPr>
        <w:t xml:space="preserve"> </w:t>
      </w:r>
      <w:proofErr w:type="spellStart"/>
      <w:r w:rsidRPr="00FE0844">
        <w:rPr>
          <w:lang w:val="en-GB"/>
        </w:rPr>
        <w:t>plovnim</w:t>
      </w:r>
      <w:proofErr w:type="spellEnd"/>
      <w:r w:rsidRPr="00A82895">
        <w:rPr>
          <w:lang w:val="sr-Latn-CS"/>
        </w:rPr>
        <w:t xml:space="preserve"> </w:t>
      </w:r>
      <w:proofErr w:type="spellStart"/>
      <w:r w:rsidRPr="00FE0844">
        <w:rPr>
          <w:lang w:val="en-GB"/>
        </w:rPr>
        <w:t>objektima</w:t>
      </w:r>
      <w:proofErr w:type="spellEnd"/>
      <w:r w:rsidR="00FF0F09">
        <w:rPr>
          <w:lang w:val="en-GB"/>
        </w:rPr>
        <w:t xml:space="preserve"> </w:t>
      </w:r>
      <w:proofErr w:type="spellStart"/>
      <w:r w:rsidR="00FF0F09">
        <w:rPr>
          <w:lang w:val="en-GB"/>
        </w:rPr>
        <w:t>ili</w:t>
      </w:r>
      <w:proofErr w:type="spellEnd"/>
      <w:r w:rsidR="00FF0F09">
        <w:rPr>
          <w:lang w:val="en-GB"/>
        </w:rPr>
        <w:t xml:space="preserve"> </w:t>
      </w:r>
      <w:proofErr w:type="spellStart"/>
      <w:r w:rsidR="00FF0F09">
        <w:rPr>
          <w:lang w:val="en-GB"/>
        </w:rPr>
        <w:t>skladi</w:t>
      </w:r>
      <w:proofErr w:type="spellEnd"/>
      <w:r w:rsidR="00FF0F09">
        <w:rPr>
          <w:lang w:val="sr-Latn-ME"/>
        </w:rPr>
        <w:t>šnim rezervoarima</w:t>
      </w:r>
      <w:r w:rsidR="00F8034C">
        <w:rPr>
          <w:lang w:val="en-GB"/>
        </w:rPr>
        <w:t>,</w:t>
      </w:r>
      <w:r w:rsidRPr="00A82895">
        <w:rPr>
          <w:lang w:val="sr-Latn-CS"/>
        </w:rPr>
        <w:t xml:space="preserve"> </w:t>
      </w:r>
      <w:r w:rsidRPr="00FE0844">
        <w:rPr>
          <w:lang w:val="en-GB"/>
        </w:rPr>
        <w:t>Potvrda</w:t>
      </w:r>
      <w:r w:rsidRPr="00A82895">
        <w:rPr>
          <w:lang w:val="sr-Latn-CS"/>
        </w:rPr>
        <w:t xml:space="preserve"> </w:t>
      </w:r>
      <w:r w:rsidRPr="00FE0844">
        <w:rPr>
          <w:lang w:val="en-GB"/>
        </w:rPr>
        <w:t>o</w:t>
      </w:r>
      <w:r w:rsidRPr="00A82895">
        <w:rPr>
          <w:lang w:val="sr-Latn-CS"/>
        </w:rPr>
        <w:t xml:space="preserve"> </w:t>
      </w:r>
      <w:proofErr w:type="spellStart"/>
      <w:r w:rsidRPr="00FE0844">
        <w:rPr>
          <w:lang w:val="en-GB"/>
        </w:rPr>
        <w:t>izvr</w:t>
      </w:r>
      <w:proofErr w:type="spellEnd"/>
      <w:r w:rsidRPr="00A82895">
        <w:rPr>
          <w:lang w:val="sr-Latn-CS"/>
        </w:rPr>
        <w:t>š</w:t>
      </w:r>
      <w:proofErr w:type="spellStart"/>
      <w:r w:rsidRPr="00FE0844">
        <w:rPr>
          <w:lang w:val="en-GB"/>
        </w:rPr>
        <w:t>enom</w:t>
      </w:r>
      <w:proofErr w:type="spellEnd"/>
      <w:r w:rsidRPr="00A82895">
        <w:rPr>
          <w:lang w:val="sr-Latn-CS"/>
        </w:rPr>
        <w:t xml:space="preserve"> </w:t>
      </w:r>
      <w:proofErr w:type="spellStart"/>
      <w:r w:rsidRPr="00FE0844">
        <w:rPr>
          <w:lang w:val="en-GB"/>
        </w:rPr>
        <w:t>markiranju</w:t>
      </w:r>
      <w:proofErr w:type="spellEnd"/>
      <w:r w:rsidRPr="00A82895">
        <w:rPr>
          <w:lang w:val="sr-Latn-CS"/>
        </w:rPr>
        <w:t xml:space="preserve"> </w:t>
      </w:r>
      <w:proofErr w:type="spellStart"/>
      <w:r w:rsidRPr="00FE0844">
        <w:rPr>
          <w:lang w:val="en-GB"/>
        </w:rPr>
        <w:t>uru</w:t>
      </w:r>
      <w:proofErr w:type="spellEnd"/>
      <w:r w:rsidRPr="00A82895">
        <w:rPr>
          <w:lang w:val="sr-Latn-CS"/>
        </w:rPr>
        <w:t>č</w:t>
      </w:r>
      <w:proofErr w:type="spellStart"/>
      <w:r w:rsidRPr="00FE0844">
        <w:rPr>
          <w:lang w:val="en-GB"/>
        </w:rPr>
        <w:t>uje</w:t>
      </w:r>
      <w:proofErr w:type="spellEnd"/>
      <w:r w:rsidRPr="00A82895">
        <w:rPr>
          <w:lang w:val="sr-Latn-CS"/>
        </w:rPr>
        <w:t xml:space="preserve"> </w:t>
      </w:r>
      <w:r w:rsidRPr="00FE0844">
        <w:rPr>
          <w:lang w:val="en-GB"/>
        </w:rPr>
        <w:t>se</w:t>
      </w:r>
      <w:r w:rsidRPr="00A82895">
        <w:rPr>
          <w:lang w:val="sr-Latn-CS"/>
        </w:rPr>
        <w:t xml:space="preserve"> </w:t>
      </w:r>
      <w:proofErr w:type="spellStart"/>
      <w:r w:rsidRPr="00FE0844">
        <w:rPr>
          <w:lang w:val="en-GB"/>
        </w:rPr>
        <w:t>obvezniku</w:t>
      </w:r>
      <w:proofErr w:type="spellEnd"/>
      <w:r w:rsidRPr="00A82895">
        <w:rPr>
          <w:lang w:val="sr-Latn-CS"/>
        </w:rPr>
        <w:t xml:space="preserve"> </w:t>
      </w:r>
      <w:proofErr w:type="spellStart"/>
      <w:r w:rsidRPr="00FE0844">
        <w:rPr>
          <w:lang w:val="en-GB"/>
        </w:rPr>
        <w:t>markiranja</w:t>
      </w:r>
      <w:proofErr w:type="spellEnd"/>
      <w:r w:rsidR="00FF0F09">
        <w:rPr>
          <w:lang w:val="sr-Latn-CS"/>
        </w:rPr>
        <w:t>.</w:t>
      </w:r>
    </w:p>
    <w:p w14:paraId="45E58A9C" w14:textId="77777777" w:rsidR="001433D2" w:rsidRDefault="001433D2" w:rsidP="001433D2">
      <w:pPr>
        <w:jc w:val="both"/>
        <w:rPr>
          <w:lang w:val="en-GB"/>
        </w:rPr>
      </w:pPr>
      <w:r w:rsidRPr="001433D2">
        <w:rPr>
          <w:lang w:val="en-GB"/>
        </w:rPr>
        <w:t xml:space="preserve">Potvrda o </w:t>
      </w:r>
      <w:proofErr w:type="spellStart"/>
      <w:r w:rsidRPr="001433D2">
        <w:rPr>
          <w:lang w:val="en-GB"/>
        </w:rPr>
        <w:t>izvršenom</w:t>
      </w:r>
      <w:proofErr w:type="spellEnd"/>
      <w:r w:rsidRPr="001433D2">
        <w:rPr>
          <w:lang w:val="en-GB"/>
        </w:rPr>
        <w:t xml:space="preserve"> </w:t>
      </w:r>
      <w:proofErr w:type="spellStart"/>
      <w:r w:rsidRPr="001433D2">
        <w:rPr>
          <w:lang w:val="en-GB"/>
        </w:rPr>
        <w:t>markiranju</w:t>
      </w:r>
      <w:proofErr w:type="spellEnd"/>
      <w:r w:rsidRPr="001433D2">
        <w:rPr>
          <w:lang w:val="en-GB"/>
        </w:rPr>
        <w:t xml:space="preserve"> </w:t>
      </w:r>
      <w:proofErr w:type="spellStart"/>
      <w:r w:rsidRPr="001433D2">
        <w:rPr>
          <w:lang w:val="en-GB"/>
        </w:rPr>
        <w:t>predstavlja</w:t>
      </w:r>
      <w:proofErr w:type="spellEnd"/>
      <w:r w:rsidRPr="001433D2">
        <w:rPr>
          <w:lang w:val="en-GB"/>
        </w:rPr>
        <w:t xml:space="preserve"> </w:t>
      </w:r>
      <w:proofErr w:type="spellStart"/>
      <w:r w:rsidRPr="001433D2">
        <w:rPr>
          <w:lang w:val="en-GB"/>
        </w:rPr>
        <w:t>dokument</w:t>
      </w:r>
      <w:proofErr w:type="spellEnd"/>
      <w:r w:rsidRPr="001433D2">
        <w:rPr>
          <w:lang w:val="en-GB"/>
        </w:rPr>
        <w:t xml:space="preserve"> </w:t>
      </w:r>
      <w:proofErr w:type="spellStart"/>
      <w:r w:rsidRPr="001433D2">
        <w:rPr>
          <w:lang w:val="en-GB"/>
        </w:rPr>
        <w:t>kojim</w:t>
      </w:r>
      <w:proofErr w:type="spellEnd"/>
      <w:r w:rsidRPr="001433D2">
        <w:rPr>
          <w:lang w:val="en-GB"/>
        </w:rPr>
        <w:t xml:space="preserve"> </w:t>
      </w:r>
      <w:proofErr w:type="spellStart"/>
      <w:r w:rsidRPr="001433D2">
        <w:rPr>
          <w:lang w:val="en-GB"/>
        </w:rPr>
        <w:t>Pružalac</w:t>
      </w:r>
      <w:proofErr w:type="spellEnd"/>
      <w:r w:rsidRPr="001433D2">
        <w:rPr>
          <w:lang w:val="en-GB"/>
        </w:rPr>
        <w:t xml:space="preserve"> </w:t>
      </w:r>
      <w:proofErr w:type="spellStart"/>
      <w:r w:rsidRPr="001433D2">
        <w:rPr>
          <w:lang w:val="en-GB"/>
        </w:rPr>
        <w:t>usluge</w:t>
      </w:r>
      <w:proofErr w:type="spellEnd"/>
      <w:r w:rsidRPr="001433D2">
        <w:rPr>
          <w:lang w:val="en-GB"/>
        </w:rPr>
        <w:t xml:space="preserve"> </w:t>
      </w:r>
      <w:proofErr w:type="spellStart"/>
      <w:r w:rsidRPr="001433D2">
        <w:rPr>
          <w:lang w:val="en-GB"/>
        </w:rPr>
        <w:t>markiranja</w:t>
      </w:r>
      <w:proofErr w:type="spellEnd"/>
      <w:r w:rsidRPr="001433D2">
        <w:rPr>
          <w:lang w:val="en-GB"/>
        </w:rPr>
        <w:t xml:space="preserve"> </w:t>
      </w:r>
      <w:proofErr w:type="spellStart"/>
      <w:r w:rsidRPr="001433D2">
        <w:rPr>
          <w:lang w:val="en-GB"/>
        </w:rPr>
        <w:t>potvrđuje</w:t>
      </w:r>
      <w:proofErr w:type="spellEnd"/>
      <w:r w:rsidRPr="001433D2">
        <w:rPr>
          <w:lang w:val="en-GB"/>
        </w:rPr>
        <w:t xml:space="preserve"> da je </w:t>
      </w:r>
      <w:proofErr w:type="spellStart"/>
      <w:r w:rsidRPr="001433D2">
        <w:rPr>
          <w:lang w:val="en-GB"/>
        </w:rPr>
        <w:t>predmetna</w:t>
      </w:r>
      <w:proofErr w:type="spellEnd"/>
      <w:r w:rsidRPr="001433D2">
        <w:rPr>
          <w:lang w:val="en-GB"/>
        </w:rPr>
        <w:t xml:space="preserve"> </w:t>
      </w:r>
      <w:proofErr w:type="spellStart"/>
      <w:r w:rsidRPr="001433D2">
        <w:rPr>
          <w:lang w:val="en-GB"/>
        </w:rPr>
        <w:t>pošiljka</w:t>
      </w:r>
      <w:proofErr w:type="spellEnd"/>
      <w:r w:rsidRPr="001433D2">
        <w:rPr>
          <w:lang w:val="en-GB"/>
        </w:rPr>
        <w:t xml:space="preserve"> </w:t>
      </w:r>
      <w:proofErr w:type="spellStart"/>
      <w:r w:rsidRPr="001433D2">
        <w:rPr>
          <w:lang w:val="en-GB"/>
        </w:rPr>
        <w:t>goriva</w:t>
      </w:r>
      <w:proofErr w:type="spellEnd"/>
      <w:r w:rsidRPr="001433D2">
        <w:rPr>
          <w:lang w:val="en-GB"/>
        </w:rPr>
        <w:t xml:space="preserve"> </w:t>
      </w:r>
      <w:proofErr w:type="spellStart"/>
      <w:r w:rsidRPr="001433D2">
        <w:rPr>
          <w:lang w:val="en-GB"/>
        </w:rPr>
        <w:t>markirana</w:t>
      </w:r>
      <w:proofErr w:type="spellEnd"/>
      <w:r w:rsidRPr="001433D2">
        <w:rPr>
          <w:lang w:val="en-GB"/>
        </w:rPr>
        <w:t xml:space="preserve"> u </w:t>
      </w:r>
      <w:proofErr w:type="spellStart"/>
      <w:r w:rsidRPr="001433D2">
        <w:rPr>
          <w:lang w:val="en-GB"/>
        </w:rPr>
        <w:t>skladu</w:t>
      </w:r>
      <w:proofErr w:type="spellEnd"/>
      <w:r w:rsidRPr="001433D2">
        <w:rPr>
          <w:lang w:val="en-GB"/>
        </w:rPr>
        <w:t xml:space="preserve"> </w:t>
      </w:r>
      <w:proofErr w:type="spellStart"/>
      <w:r w:rsidRPr="001433D2">
        <w:rPr>
          <w:lang w:val="en-GB"/>
        </w:rPr>
        <w:t>sa</w:t>
      </w:r>
      <w:proofErr w:type="spellEnd"/>
      <w:r w:rsidRPr="001433D2">
        <w:rPr>
          <w:lang w:val="en-GB"/>
        </w:rPr>
        <w:t xml:space="preserve"> </w:t>
      </w:r>
      <w:proofErr w:type="spellStart"/>
      <w:r w:rsidRPr="001433D2">
        <w:rPr>
          <w:lang w:val="en-GB"/>
        </w:rPr>
        <w:t>važećim</w:t>
      </w:r>
      <w:proofErr w:type="spellEnd"/>
      <w:r w:rsidRPr="001433D2">
        <w:rPr>
          <w:lang w:val="en-GB"/>
        </w:rPr>
        <w:t xml:space="preserve"> </w:t>
      </w:r>
      <w:proofErr w:type="spellStart"/>
      <w:r w:rsidRPr="001433D2">
        <w:rPr>
          <w:lang w:val="en-GB"/>
        </w:rPr>
        <w:t>propisima</w:t>
      </w:r>
      <w:proofErr w:type="spellEnd"/>
      <w:r w:rsidRPr="001433D2">
        <w:rPr>
          <w:lang w:val="en-GB"/>
        </w:rPr>
        <w:t xml:space="preserve"> </w:t>
      </w:r>
      <w:proofErr w:type="spellStart"/>
      <w:r w:rsidRPr="001433D2">
        <w:rPr>
          <w:lang w:val="en-GB"/>
        </w:rPr>
        <w:t>i</w:t>
      </w:r>
      <w:proofErr w:type="spellEnd"/>
      <w:r w:rsidRPr="001433D2">
        <w:rPr>
          <w:lang w:val="en-GB"/>
        </w:rPr>
        <w:t xml:space="preserve"> </w:t>
      </w:r>
      <w:proofErr w:type="spellStart"/>
      <w:r w:rsidRPr="001433D2">
        <w:rPr>
          <w:lang w:val="en-GB"/>
        </w:rPr>
        <w:t>ovim</w:t>
      </w:r>
      <w:proofErr w:type="spellEnd"/>
      <w:r w:rsidRPr="001433D2">
        <w:rPr>
          <w:lang w:val="en-GB"/>
        </w:rPr>
        <w:t xml:space="preserve"> </w:t>
      </w:r>
      <w:proofErr w:type="spellStart"/>
      <w:r w:rsidRPr="001433D2">
        <w:rPr>
          <w:lang w:val="en-GB"/>
        </w:rPr>
        <w:t>Uputstvom</w:t>
      </w:r>
      <w:proofErr w:type="spellEnd"/>
      <w:r w:rsidRPr="001433D2">
        <w:rPr>
          <w:lang w:val="en-GB"/>
        </w:rPr>
        <w:t xml:space="preserve">. Potvrda se </w:t>
      </w:r>
      <w:proofErr w:type="spellStart"/>
      <w:r w:rsidRPr="001433D2">
        <w:rPr>
          <w:lang w:val="en-GB"/>
        </w:rPr>
        <w:t>prilaže</w:t>
      </w:r>
      <w:proofErr w:type="spellEnd"/>
      <w:r w:rsidRPr="001433D2">
        <w:rPr>
          <w:lang w:val="en-GB"/>
        </w:rPr>
        <w:t xml:space="preserve"> </w:t>
      </w:r>
      <w:proofErr w:type="spellStart"/>
      <w:r w:rsidRPr="001433D2">
        <w:rPr>
          <w:lang w:val="en-GB"/>
        </w:rPr>
        <w:t>uz</w:t>
      </w:r>
      <w:proofErr w:type="spellEnd"/>
      <w:r w:rsidRPr="001433D2">
        <w:rPr>
          <w:lang w:val="en-GB"/>
        </w:rPr>
        <w:t xml:space="preserve"> </w:t>
      </w:r>
      <w:proofErr w:type="spellStart"/>
      <w:r w:rsidRPr="001433D2">
        <w:rPr>
          <w:lang w:val="en-GB"/>
        </w:rPr>
        <w:t>dokumentaciju</w:t>
      </w:r>
      <w:proofErr w:type="spellEnd"/>
      <w:r w:rsidRPr="001433D2">
        <w:rPr>
          <w:lang w:val="en-GB"/>
        </w:rPr>
        <w:t xml:space="preserve"> </w:t>
      </w:r>
      <w:proofErr w:type="spellStart"/>
      <w:r w:rsidRPr="001433D2">
        <w:rPr>
          <w:lang w:val="en-GB"/>
        </w:rPr>
        <w:t>koja</w:t>
      </w:r>
      <w:proofErr w:type="spellEnd"/>
      <w:r w:rsidRPr="001433D2">
        <w:rPr>
          <w:lang w:val="en-GB"/>
        </w:rPr>
        <w:t xml:space="preserve"> </w:t>
      </w:r>
      <w:proofErr w:type="spellStart"/>
      <w:r w:rsidRPr="001433D2">
        <w:rPr>
          <w:lang w:val="en-GB"/>
        </w:rPr>
        <w:t>prati</w:t>
      </w:r>
      <w:proofErr w:type="spellEnd"/>
      <w:r w:rsidRPr="001433D2">
        <w:rPr>
          <w:lang w:val="en-GB"/>
        </w:rPr>
        <w:t xml:space="preserve"> </w:t>
      </w:r>
      <w:proofErr w:type="spellStart"/>
      <w:r w:rsidRPr="001433D2">
        <w:rPr>
          <w:lang w:val="en-GB"/>
        </w:rPr>
        <w:t>pošiljku</w:t>
      </w:r>
      <w:proofErr w:type="spellEnd"/>
      <w:r w:rsidRPr="001433D2">
        <w:rPr>
          <w:lang w:val="en-GB"/>
        </w:rPr>
        <w:t xml:space="preserve"> </w:t>
      </w:r>
      <w:proofErr w:type="spellStart"/>
      <w:r w:rsidRPr="001433D2">
        <w:rPr>
          <w:lang w:val="en-GB"/>
        </w:rPr>
        <w:t>goriva</w:t>
      </w:r>
      <w:proofErr w:type="spellEnd"/>
      <w:r w:rsidRPr="001433D2">
        <w:rPr>
          <w:lang w:val="en-GB"/>
        </w:rPr>
        <w:t xml:space="preserve"> </w:t>
      </w:r>
      <w:proofErr w:type="spellStart"/>
      <w:r w:rsidRPr="001433D2">
        <w:rPr>
          <w:lang w:val="en-GB"/>
        </w:rPr>
        <w:t>i</w:t>
      </w:r>
      <w:proofErr w:type="spellEnd"/>
      <w:r w:rsidRPr="001433D2">
        <w:rPr>
          <w:lang w:val="en-GB"/>
        </w:rPr>
        <w:t xml:space="preserve"> </w:t>
      </w:r>
      <w:proofErr w:type="spellStart"/>
      <w:r w:rsidRPr="001433D2">
        <w:rPr>
          <w:lang w:val="en-GB"/>
        </w:rPr>
        <w:t>predstavlja</w:t>
      </w:r>
      <w:proofErr w:type="spellEnd"/>
      <w:r w:rsidRPr="001433D2">
        <w:rPr>
          <w:lang w:val="en-GB"/>
        </w:rPr>
        <w:t xml:space="preserve"> </w:t>
      </w:r>
      <w:proofErr w:type="spellStart"/>
      <w:r w:rsidRPr="001433D2">
        <w:rPr>
          <w:lang w:val="en-GB"/>
        </w:rPr>
        <w:t>jedan</w:t>
      </w:r>
      <w:proofErr w:type="spellEnd"/>
      <w:r w:rsidRPr="001433D2">
        <w:rPr>
          <w:lang w:val="en-GB"/>
        </w:rPr>
        <w:t xml:space="preserve"> </w:t>
      </w:r>
      <w:proofErr w:type="spellStart"/>
      <w:r w:rsidRPr="001433D2">
        <w:rPr>
          <w:lang w:val="en-GB"/>
        </w:rPr>
        <w:t>od</w:t>
      </w:r>
      <w:proofErr w:type="spellEnd"/>
      <w:r w:rsidRPr="001433D2">
        <w:rPr>
          <w:lang w:val="en-GB"/>
        </w:rPr>
        <w:t xml:space="preserve"> </w:t>
      </w:r>
      <w:proofErr w:type="spellStart"/>
      <w:r w:rsidRPr="001433D2">
        <w:rPr>
          <w:lang w:val="en-GB"/>
        </w:rPr>
        <w:t>dokumenata</w:t>
      </w:r>
      <w:proofErr w:type="spellEnd"/>
      <w:r w:rsidRPr="001433D2">
        <w:rPr>
          <w:lang w:val="en-GB"/>
        </w:rPr>
        <w:t xml:space="preserve"> </w:t>
      </w:r>
      <w:proofErr w:type="spellStart"/>
      <w:r w:rsidRPr="001433D2">
        <w:rPr>
          <w:lang w:val="en-GB"/>
        </w:rPr>
        <w:t>neophodnih</w:t>
      </w:r>
      <w:proofErr w:type="spellEnd"/>
      <w:r w:rsidRPr="001433D2">
        <w:rPr>
          <w:lang w:val="en-GB"/>
        </w:rPr>
        <w:t xml:space="preserve"> za </w:t>
      </w:r>
      <w:proofErr w:type="spellStart"/>
      <w:r w:rsidRPr="001433D2">
        <w:rPr>
          <w:lang w:val="en-GB"/>
        </w:rPr>
        <w:t>sprovođenje</w:t>
      </w:r>
      <w:proofErr w:type="spellEnd"/>
      <w:r w:rsidRPr="001433D2">
        <w:rPr>
          <w:lang w:val="en-GB"/>
        </w:rPr>
        <w:t xml:space="preserve"> </w:t>
      </w:r>
      <w:proofErr w:type="spellStart"/>
      <w:r w:rsidRPr="001433D2">
        <w:rPr>
          <w:lang w:val="en-GB"/>
        </w:rPr>
        <w:t>carinskog</w:t>
      </w:r>
      <w:proofErr w:type="spellEnd"/>
      <w:r w:rsidRPr="001433D2">
        <w:rPr>
          <w:lang w:val="en-GB"/>
        </w:rPr>
        <w:t xml:space="preserve"> </w:t>
      </w:r>
      <w:proofErr w:type="spellStart"/>
      <w:r w:rsidRPr="001433D2">
        <w:rPr>
          <w:lang w:val="en-GB"/>
        </w:rPr>
        <w:t>postupka</w:t>
      </w:r>
      <w:proofErr w:type="spellEnd"/>
      <w:r w:rsidRPr="001433D2">
        <w:rPr>
          <w:lang w:val="en-GB"/>
        </w:rPr>
        <w:t xml:space="preserve"> </w:t>
      </w:r>
      <w:proofErr w:type="spellStart"/>
      <w:r w:rsidRPr="001433D2">
        <w:rPr>
          <w:lang w:val="en-GB"/>
        </w:rPr>
        <w:t>i</w:t>
      </w:r>
      <w:proofErr w:type="spellEnd"/>
      <w:r w:rsidRPr="001433D2">
        <w:rPr>
          <w:lang w:val="en-GB"/>
        </w:rPr>
        <w:t xml:space="preserve"> </w:t>
      </w:r>
      <w:proofErr w:type="spellStart"/>
      <w:r w:rsidRPr="001433D2">
        <w:rPr>
          <w:lang w:val="en-GB"/>
        </w:rPr>
        <w:t>stavljanje</w:t>
      </w:r>
      <w:proofErr w:type="spellEnd"/>
      <w:r w:rsidRPr="001433D2">
        <w:rPr>
          <w:lang w:val="en-GB"/>
        </w:rPr>
        <w:t xml:space="preserve"> </w:t>
      </w:r>
      <w:proofErr w:type="spellStart"/>
      <w:r w:rsidRPr="001433D2">
        <w:rPr>
          <w:lang w:val="en-GB"/>
        </w:rPr>
        <w:t>goriva</w:t>
      </w:r>
      <w:proofErr w:type="spellEnd"/>
      <w:r w:rsidRPr="001433D2">
        <w:rPr>
          <w:lang w:val="en-GB"/>
        </w:rPr>
        <w:t xml:space="preserve"> u </w:t>
      </w:r>
      <w:proofErr w:type="spellStart"/>
      <w:r w:rsidRPr="001433D2">
        <w:rPr>
          <w:lang w:val="en-GB"/>
        </w:rPr>
        <w:t>promet</w:t>
      </w:r>
      <w:proofErr w:type="spellEnd"/>
      <w:r w:rsidRPr="001433D2">
        <w:rPr>
          <w:lang w:val="en-GB"/>
        </w:rPr>
        <w:t xml:space="preserve">, u </w:t>
      </w:r>
      <w:proofErr w:type="spellStart"/>
      <w:r w:rsidRPr="001433D2">
        <w:rPr>
          <w:lang w:val="en-GB"/>
        </w:rPr>
        <w:t>skladu</w:t>
      </w:r>
      <w:proofErr w:type="spellEnd"/>
      <w:r w:rsidRPr="001433D2">
        <w:rPr>
          <w:lang w:val="en-GB"/>
        </w:rPr>
        <w:t xml:space="preserve"> </w:t>
      </w:r>
      <w:proofErr w:type="spellStart"/>
      <w:r w:rsidRPr="001433D2">
        <w:rPr>
          <w:lang w:val="en-GB"/>
        </w:rPr>
        <w:t>sa</w:t>
      </w:r>
      <w:proofErr w:type="spellEnd"/>
      <w:r w:rsidRPr="001433D2">
        <w:rPr>
          <w:lang w:val="en-GB"/>
        </w:rPr>
        <w:t xml:space="preserve"> </w:t>
      </w:r>
      <w:proofErr w:type="spellStart"/>
      <w:r w:rsidRPr="001433D2">
        <w:rPr>
          <w:lang w:val="en-GB"/>
        </w:rPr>
        <w:t>važećim</w:t>
      </w:r>
      <w:proofErr w:type="spellEnd"/>
      <w:r w:rsidRPr="001433D2">
        <w:rPr>
          <w:lang w:val="en-GB"/>
        </w:rPr>
        <w:t xml:space="preserve"> </w:t>
      </w:r>
      <w:proofErr w:type="spellStart"/>
      <w:r w:rsidRPr="001433D2">
        <w:rPr>
          <w:lang w:val="en-GB"/>
        </w:rPr>
        <w:t>propisima</w:t>
      </w:r>
      <w:proofErr w:type="spellEnd"/>
      <w:r w:rsidRPr="001433D2">
        <w:rPr>
          <w:lang w:val="en-GB"/>
        </w:rPr>
        <w:t>.</w:t>
      </w:r>
    </w:p>
    <w:p w14:paraId="611524E0" w14:textId="2F365C3D" w:rsidR="009E3336" w:rsidRPr="00627C43" w:rsidRDefault="006844C8" w:rsidP="006E7FBD">
      <w:pPr>
        <w:pStyle w:val="Heading2"/>
        <w:rPr>
          <w:lang w:val="sr-Latn-CS"/>
        </w:rPr>
      </w:pPr>
      <w:bookmarkStart w:id="33" w:name="_Toc239638000"/>
      <w:bookmarkStart w:id="34" w:name="_Toc240964538"/>
      <w:r w:rsidRPr="00B327CF">
        <w:rPr>
          <w:lang w:val="sr-Latn-CS"/>
        </w:rPr>
        <w:t>1</w:t>
      </w:r>
      <w:r w:rsidR="008355D8" w:rsidRPr="00B327CF">
        <w:rPr>
          <w:lang w:val="sr-Latn-CS"/>
        </w:rPr>
        <w:t>1</w:t>
      </w:r>
      <w:r w:rsidRPr="00B327CF">
        <w:rPr>
          <w:lang w:val="sr-Latn-CS"/>
        </w:rPr>
        <w:t xml:space="preserve">.1 </w:t>
      </w:r>
      <w:r w:rsidR="00B47164">
        <w:rPr>
          <w:lang w:val="en-GB"/>
        </w:rPr>
        <w:t>Potvrda</w:t>
      </w:r>
      <w:r w:rsidRPr="00B327CF">
        <w:rPr>
          <w:lang w:val="sr-Latn-CS"/>
        </w:rPr>
        <w:t xml:space="preserve"> </w:t>
      </w:r>
      <w:r w:rsidRPr="00B327CF">
        <w:rPr>
          <w:lang w:val="en-GB"/>
        </w:rPr>
        <w:t>o</w:t>
      </w:r>
      <w:r w:rsidRPr="00B327CF">
        <w:rPr>
          <w:lang w:val="sr-Latn-CS"/>
        </w:rPr>
        <w:t xml:space="preserve"> </w:t>
      </w:r>
      <w:proofErr w:type="spellStart"/>
      <w:r w:rsidR="009E3336" w:rsidRPr="00B327CF">
        <w:rPr>
          <w:lang w:val="en-GB"/>
        </w:rPr>
        <w:t>izvr</w:t>
      </w:r>
      <w:proofErr w:type="spellEnd"/>
      <w:r w:rsidR="009E3336" w:rsidRPr="00B327CF">
        <w:rPr>
          <w:lang w:val="sr-Latn-CS"/>
        </w:rPr>
        <w:t>š</w:t>
      </w:r>
      <w:proofErr w:type="spellStart"/>
      <w:r w:rsidR="009E3336" w:rsidRPr="00B327CF">
        <w:rPr>
          <w:lang w:val="en-GB"/>
        </w:rPr>
        <w:t>enom</w:t>
      </w:r>
      <w:proofErr w:type="spellEnd"/>
      <w:r w:rsidR="009E3336" w:rsidRPr="00B327CF">
        <w:rPr>
          <w:lang w:val="sr-Latn-CS"/>
        </w:rPr>
        <w:t xml:space="preserve"> </w:t>
      </w:r>
      <w:proofErr w:type="spellStart"/>
      <w:r w:rsidR="009E3336" w:rsidRPr="00B327CF">
        <w:rPr>
          <w:lang w:val="en-GB"/>
        </w:rPr>
        <w:t>markiranju</w:t>
      </w:r>
      <w:proofErr w:type="spellEnd"/>
      <w:r w:rsidR="009E3336" w:rsidRPr="00B327CF">
        <w:rPr>
          <w:lang w:val="sr-Latn-CS"/>
        </w:rPr>
        <w:t xml:space="preserve"> </w:t>
      </w:r>
      <w:r w:rsidR="00A011EE" w:rsidRPr="00B327CF">
        <w:rPr>
          <w:lang w:val="sr-Latn-CS"/>
        </w:rPr>
        <w:t xml:space="preserve">i sledljivost goriva </w:t>
      </w:r>
      <w:proofErr w:type="spellStart"/>
      <w:r w:rsidR="009E3336" w:rsidRPr="00B327CF">
        <w:rPr>
          <w:lang w:val="en-GB"/>
        </w:rPr>
        <w:t>prilikom</w:t>
      </w:r>
      <w:proofErr w:type="spellEnd"/>
      <w:r w:rsidR="009E3336" w:rsidRPr="00B327CF">
        <w:rPr>
          <w:lang w:val="sr-Latn-CS"/>
        </w:rPr>
        <w:t xml:space="preserve"> </w:t>
      </w:r>
      <w:proofErr w:type="spellStart"/>
      <w:r w:rsidR="009E3336" w:rsidRPr="00B327CF">
        <w:rPr>
          <w:lang w:val="en-GB"/>
        </w:rPr>
        <w:t>isporuke</w:t>
      </w:r>
      <w:proofErr w:type="spellEnd"/>
      <w:r w:rsidR="009E3336" w:rsidRPr="00B327CF">
        <w:rPr>
          <w:lang w:val="sr-Latn-CS"/>
        </w:rPr>
        <w:t xml:space="preserve"> </w:t>
      </w:r>
      <w:proofErr w:type="spellStart"/>
      <w:r w:rsidR="009E3336" w:rsidRPr="00B327CF">
        <w:rPr>
          <w:lang w:val="en-GB"/>
        </w:rPr>
        <w:t>na</w:t>
      </w:r>
      <w:proofErr w:type="spellEnd"/>
      <w:r w:rsidR="009E3336" w:rsidRPr="00B327CF">
        <w:rPr>
          <w:lang w:val="sr-Latn-CS"/>
        </w:rPr>
        <w:t xml:space="preserve"> </w:t>
      </w:r>
      <w:proofErr w:type="spellStart"/>
      <w:r w:rsidR="009E3336" w:rsidRPr="00B327CF">
        <w:rPr>
          <w:lang w:val="en-GB"/>
        </w:rPr>
        <w:t>maloprodajne</w:t>
      </w:r>
      <w:proofErr w:type="spellEnd"/>
      <w:r w:rsidR="009E3336" w:rsidRPr="00B327CF">
        <w:rPr>
          <w:lang w:val="sr-Latn-CS"/>
        </w:rPr>
        <w:t xml:space="preserve"> </w:t>
      </w:r>
      <w:proofErr w:type="spellStart"/>
      <w:r w:rsidR="009E3336" w:rsidRPr="00B327CF">
        <w:rPr>
          <w:lang w:val="en-GB"/>
        </w:rPr>
        <w:t>objekte</w:t>
      </w:r>
      <w:bookmarkEnd w:id="33"/>
      <w:bookmarkEnd w:id="34"/>
      <w:proofErr w:type="spellEnd"/>
    </w:p>
    <w:p w14:paraId="5799BB4C" w14:textId="488B6964" w:rsidR="00921805" w:rsidRDefault="00921805" w:rsidP="00921805">
      <w:pPr>
        <w:jc w:val="both"/>
        <w:rPr>
          <w:lang w:val="en-GB"/>
        </w:rPr>
      </w:pPr>
      <w:proofErr w:type="spellStart"/>
      <w:r w:rsidRPr="00921805">
        <w:rPr>
          <w:lang w:val="en-GB"/>
        </w:rPr>
        <w:t>Prilikom</w:t>
      </w:r>
      <w:proofErr w:type="spellEnd"/>
      <w:r w:rsidRPr="00921805">
        <w:rPr>
          <w:lang w:val="en-GB"/>
        </w:rPr>
        <w:t xml:space="preserve"> </w:t>
      </w:r>
      <w:proofErr w:type="spellStart"/>
      <w:r w:rsidRPr="00921805">
        <w:rPr>
          <w:lang w:val="en-GB"/>
        </w:rPr>
        <w:t>isporuke</w:t>
      </w:r>
      <w:proofErr w:type="spellEnd"/>
      <w:r w:rsidRPr="00921805">
        <w:rPr>
          <w:lang w:val="en-GB"/>
        </w:rPr>
        <w:t xml:space="preserve"> </w:t>
      </w:r>
      <w:proofErr w:type="spellStart"/>
      <w:r w:rsidRPr="00921805">
        <w:rPr>
          <w:lang w:val="en-GB"/>
        </w:rPr>
        <w:t>goriva</w:t>
      </w:r>
      <w:proofErr w:type="spellEnd"/>
      <w:r w:rsidRPr="00921805">
        <w:rPr>
          <w:lang w:val="en-GB"/>
        </w:rPr>
        <w:t xml:space="preserve"> </w:t>
      </w:r>
      <w:proofErr w:type="spellStart"/>
      <w:r w:rsidRPr="00921805">
        <w:rPr>
          <w:lang w:val="en-GB"/>
        </w:rPr>
        <w:t>na</w:t>
      </w:r>
      <w:proofErr w:type="spellEnd"/>
      <w:r w:rsidRPr="00921805">
        <w:rPr>
          <w:lang w:val="en-GB"/>
        </w:rPr>
        <w:t xml:space="preserve"> </w:t>
      </w:r>
      <w:proofErr w:type="spellStart"/>
      <w:r w:rsidRPr="00921805">
        <w:rPr>
          <w:lang w:val="en-GB"/>
        </w:rPr>
        <w:t>maloprodajni</w:t>
      </w:r>
      <w:proofErr w:type="spellEnd"/>
      <w:r w:rsidRPr="00921805">
        <w:rPr>
          <w:lang w:val="en-GB"/>
        </w:rPr>
        <w:t xml:space="preserve"> </w:t>
      </w:r>
      <w:proofErr w:type="spellStart"/>
      <w:r w:rsidRPr="00921805">
        <w:rPr>
          <w:lang w:val="en-GB"/>
        </w:rPr>
        <w:t>objekat</w:t>
      </w:r>
      <w:proofErr w:type="spellEnd"/>
      <w:r w:rsidRPr="00921805">
        <w:rPr>
          <w:lang w:val="en-GB"/>
        </w:rPr>
        <w:t xml:space="preserve">, </w:t>
      </w:r>
      <w:proofErr w:type="spellStart"/>
      <w:r w:rsidRPr="00921805">
        <w:rPr>
          <w:lang w:val="en-GB"/>
        </w:rPr>
        <w:t>pošiljku</w:t>
      </w:r>
      <w:proofErr w:type="spellEnd"/>
      <w:r w:rsidRPr="00921805">
        <w:rPr>
          <w:lang w:val="en-GB"/>
        </w:rPr>
        <w:t xml:space="preserve"> </w:t>
      </w:r>
      <w:proofErr w:type="spellStart"/>
      <w:r w:rsidRPr="00921805">
        <w:rPr>
          <w:lang w:val="en-GB"/>
        </w:rPr>
        <w:t>goriva</w:t>
      </w:r>
      <w:proofErr w:type="spellEnd"/>
      <w:r w:rsidRPr="00921805">
        <w:rPr>
          <w:lang w:val="en-GB"/>
        </w:rPr>
        <w:t xml:space="preserve"> </w:t>
      </w:r>
      <w:proofErr w:type="spellStart"/>
      <w:r w:rsidRPr="00921805">
        <w:rPr>
          <w:lang w:val="en-GB"/>
        </w:rPr>
        <w:t>obavezno</w:t>
      </w:r>
      <w:proofErr w:type="spellEnd"/>
      <w:r w:rsidRPr="00921805">
        <w:rPr>
          <w:lang w:val="en-GB"/>
        </w:rPr>
        <w:t xml:space="preserve"> prate Potvrda o </w:t>
      </w:r>
      <w:proofErr w:type="spellStart"/>
      <w:r w:rsidRPr="00921805">
        <w:rPr>
          <w:lang w:val="en-GB"/>
        </w:rPr>
        <w:t>izvršenom</w:t>
      </w:r>
      <w:proofErr w:type="spellEnd"/>
      <w:r w:rsidRPr="00921805">
        <w:rPr>
          <w:lang w:val="en-GB"/>
        </w:rPr>
        <w:t xml:space="preserve"> </w:t>
      </w:r>
      <w:proofErr w:type="spellStart"/>
      <w:r w:rsidRPr="00921805">
        <w:rPr>
          <w:lang w:val="en-GB"/>
        </w:rPr>
        <w:t>markiranju</w:t>
      </w:r>
      <w:proofErr w:type="spellEnd"/>
      <w:r w:rsidRPr="00921805">
        <w:rPr>
          <w:lang w:val="en-GB"/>
        </w:rPr>
        <w:t xml:space="preserve"> </w:t>
      </w:r>
      <w:proofErr w:type="spellStart"/>
      <w:r w:rsidRPr="00921805">
        <w:rPr>
          <w:lang w:val="en-GB"/>
        </w:rPr>
        <w:t>iz</w:t>
      </w:r>
      <w:proofErr w:type="spellEnd"/>
      <w:r w:rsidRPr="00921805">
        <w:rPr>
          <w:lang w:val="en-GB"/>
        </w:rPr>
        <w:t xml:space="preserve"> </w:t>
      </w:r>
      <w:proofErr w:type="spellStart"/>
      <w:r w:rsidRPr="00921805">
        <w:rPr>
          <w:lang w:val="en-GB"/>
        </w:rPr>
        <w:t>poglavlja</w:t>
      </w:r>
      <w:proofErr w:type="spellEnd"/>
      <w:r w:rsidRPr="00921805">
        <w:rPr>
          <w:lang w:val="en-GB"/>
        </w:rPr>
        <w:t xml:space="preserve"> 11 </w:t>
      </w:r>
      <w:proofErr w:type="spellStart"/>
      <w:r w:rsidRPr="00921805">
        <w:rPr>
          <w:lang w:val="en-GB"/>
        </w:rPr>
        <w:t>i</w:t>
      </w:r>
      <w:proofErr w:type="spellEnd"/>
      <w:r w:rsidRPr="00921805">
        <w:rPr>
          <w:lang w:val="en-GB"/>
        </w:rPr>
        <w:t xml:space="preserve"> </w:t>
      </w:r>
      <w:proofErr w:type="spellStart"/>
      <w:r w:rsidRPr="00921805">
        <w:rPr>
          <w:lang w:val="en-GB"/>
        </w:rPr>
        <w:t>Izvještaj</w:t>
      </w:r>
      <w:proofErr w:type="spellEnd"/>
      <w:r w:rsidRPr="00921805">
        <w:rPr>
          <w:lang w:val="en-GB"/>
        </w:rPr>
        <w:t xml:space="preserve"> o </w:t>
      </w:r>
      <w:proofErr w:type="spellStart"/>
      <w:r w:rsidRPr="00921805">
        <w:rPr>
          <w:lang w:val="en-GB"/>
        </w:rPr>
        <w:t>provjeri</w:t>
      </w:r>
      <w:proofErr w:type="spellEnd"/>
      <w:r w:rsidRPr="00921805">
        <w:rPr>
          <w:lang w:val="en-GB"/>
        </w:rPr>
        <w:t xml:space="preserve"> </w:t>
      </w:r>
      <w:proofErr w:type="spellStart"/>
      <w:r w:rsidRPr="00921805">
        <w:rPr>
          <w:lang w:val="en-GB"/>
        </w:rPr>
        <w:t>koncentracije</w:t>
      </w:r>
      <w:proofErr w:type="spellEnd"/>
      <w:r w:rsidRPr="00921805">
        <w:rPr>
          <w:lang w:val="en-GB"/>
        </w:rPr>
        <w:t xml:space="preserve"> </w:t>
      </w:r>
      <w:proofErr w:type="spellStart"/>
      <w:r w:rsidRPr="00921805">
        <w:rPr>
          <w:lang w:val="en-GB"/>
        </w:rPr>
        <w:t>markera</w:t>
      </w:r>
      <w:proofErr w:type="spellEnd"/>
      <w:r w:rsidRPr="00921805">
        <w:rPr>
          <w:lang w:val="en-GB"/>
        </w:rPr>
        <w:t xml:space="preserve"> </w:t>
      </w:r>
      <w:proofErr w:type="spellStart"/>
      <w:r w:rsidRPr="00921805">
        <w:rPr>
          <w:lang w:val="en-GB"/>
        </w:rPr>
        <w:t>nakon</w:t>
      </w:r>
      <w:proofErr w:type="spellEnd"/>
      <w:r w:rsidRPr="00921805">
        <w:rPr>
          <w:lang w:val="en-GB"/>
        </w:rPr>
        <w:t xml:space="preserve"> </w:t>
      </w:r>
      <w:proofErr w:type="spellStart"/>
      <w:r w:rsidRPr="00921805">
        <w:rPr>
          <w:lang w:val="en-GB"/>
        </w:rPr>
        <w:t>markiranja</w:t>
      </w:r>
      <w:proofErr w:type="spellEnd"/>
      <w:r w:rsidRPr="00921805">
        <w:rPr>
          <w:lang w:val="en-GB"/>
        </w:rPr>
        <w:t xml:space="preserve"> </w:t>
      </w:r>
      <w:proofErr w:type="spellStart"/>
      <w:r w:rsidRPr="00921805">
        <w:rPr>
          <w:lang w:val="en-GB"/>
        </w:rPr>
        <w:t>iz</w:t>
      </w:r>
      <w:proofErr w:type="spellEnd"/>
      <w:r w:rsidRPr="00921805">
        <w:rPr>
          <w:lang w:val="en-GB"/>
        </w:rPr>
        <w:t xml:space="preserve"> </w:t>
      </w:r>
      <w:proofErr w:type="spellStart"/>
      <w:r w:rsidRPr="00921805">
        <w:rPr>
          <w:lang w:val="en-GB"/>
        </w:rPr>
        <w:t>poglavlja</w:t>
      </w:r>
      <w:proofErr w:type="spellEnd"/>
      <w:r w:rsidRPr="00921805">
        <w:rPr>
          <w:lang w:val="en-GB"/>
        </w:rPr>
        <w:t xml:space="preserve"> 12.1 </w:t>
      </w:r>
      <w:proofErr w:type="spellStart"/>
      <w:r w:rsidRPr="00921805">
        <w:rPr>
          <w:lang w:val="en-GB"/>
        </w:rPr>
        <w:t>ovog</w:t>
      </w:r>
      <w:proofErr w:type="spellEnd"/>
      <w:r w:rsidRPr="00921805">
        <w:rPr>
          <w:lang w:val="en-GB"/>
        </w:rPr>
        <w:t xml:space="preserve"> </w:t>
      </w:r>
      <w:proofErr w:type="spellStart"/>
      <w:r w:rsidRPr="00921805">
        <w:rPr>
          <w:lang w:val="en-GB"/>
        </w:rPr>
        <w:t>Uputstva</w:t>
      </w:r>
      <w:proofErr w:type="spellEnd"/>
      <w:r w:rsidRPr="00921805">
        <w:rPr>
          <w:lang w:val="en-GB"/>
        </w:rPr>
        <w:t xml:space="preserve">, </w:t>
      </w:r>
      <w:proofErr w:type="spellStart"/>
      <w:r w:rsidRPr="00921805">
        <w:rPr>
          <w:lang w:val="en-GB"/>
        </w:rPr>
        <w:t>kojima</w:t>
      </w:r>
      <w:proofErr w:type="spellEnd"/>
      <w:r w:rsidRPr="00921805">
        <w:rPr>
          <w:lang w:val="en-GB"/>
        </w:rPr>
        <w:t xml:space="preserve"> se </w:t>
      </w:r>
      <w:proofErr w:type="spellStart"/>
      <w:r w:rsidRPr="00921805">
        <w:rPr>
          <w:lang w:val="en-GB"/>
        </w:rPr>
        <w:t>potvrđuje</w:t>
      </w:r>
      <w:proofErr w:type="spellEnd"/>
      <w:r w:rsidRPr="00921805">
        <w:rPr>
          <w:lang w:val="en-GB"/>
        </w:rPr>
        <w:t xml:space="preserve"> da je </w:t>
      </w:r>
      <w:proofErr w:type="spellStart"/>
      <w:r w:rsidRPr="00921805">
        <w:rPr>
          <w:lang w:val="en-GB"/>
        </w:rPr>
        <w:t>gorivo</w:t>
      </w:r>
      <w:proofErr w:type="spellEnd"/>
      <w:r w:rsidRPr="00921805">
        <w:rPr>
          <w:lang w:val="en-GB"/>
        </w:rPr>
        <w:t xml:space="preserve"> </w:t>
      </w:r>
      <w:proofErr w:type="spellStart"/>
      <w:r w:rsidRPr="00921805">
        <w:rPr>
          <w:lang w:val="en-GB"/>
        </w:rPr>
        <w:t>markirano</w:t>
      </w:r>
      <w:proofErr w:type="spellEnd"/>
      <w:r w:rsidRPr="00921805">
        <w:rPr>
          <w:lang w:val="en-GB"/>
        </w:rPr>
        <w:t xml:space="preserve"> </w:t>
      </w:r>
      <w:proofErr w:type="spellStart"/>
      <w:r w:rsidRPr="00921805">
        <w:rPr>
          <w:lang w:val="en-GB"/>
        </w:rPr>
        <w:t>i</w:t>
      </w:r>
      <w:proofErr w:type="spellEnd"/>
      <w:r w:rsidRPr="00921805">
        <w:rPr>
          <w:lang w:val="en-GB"/>
        </w:rPr>
        <w:t xml:space="preserve"> da je </w:t>
      </w:r>
      <w:proofErr w:type="spellStart"/>
      <w:r w:rsidRPr="00921805">
        <w:rPr>
          <w:lang w:val="en-GB"/>
        </w:rPr>
        <w:t>provjerom</w:t>
      </w:r>
      <w:proofErr w:type="spellEnd"/>
      <w:r w:rsidRPr="00921805">
        <w:rPr>
          <w:lang w:val="en-GB"/>
        </w:rPr>
        <w:t xml:space="preserve"> </w:t>
      </w:r>
      <w:proofErr w:type="spellStart"/>
      <w:r w:rsidRPr="00921805">
        <w:rPr>
          <w:lang w:val="en-GB"/>
        </w:rPr>
        <w:t>utvrđeno</w:t>
      </w:r>
      <w:proofErr w:type="spellEnd"/>
      <w:r w:rsidRPr="00921805">
        <w:rPr>
          <w:lang w:val="en-GB"/>
        </w:rPr>
        <w:t xml:space="preserve"> </w:t>
      </w:r>
      <w:proofErr w:type="spellStart"/>
      <w:r w:rsidRPr="00921805">
        <w:rPr>
          <w:lang w:val="en-GB"/>
        </w:rPr>
        <w:t>prisustvo</w:t>
      </w:r>
      <w:proofErr w:type="spellEnd"/>
      <w:r w:rsidRPr="00921805">
        <w:rPr>
          <w:lang w:val="en-GB"/>
        </w:rPr>
        <w:t xml:space="preserve"> </w:t>
      </w:r>
      <w:proofErr w:type="spellStart"/>
      <w:r w:rsidRPr="00921805">
        <w:rPr>
          <w:lang w:val="en-GB"/>
        </w:rPr>
        <w:t>markera</w:t>
      </w:r>
      <w:proofErr w:type="spellEnd"/>
      <w:r w:rsidRPr="00921805">
        <w:rPr>
          <w:lang w:val="en-GB"/>
        </w:rPr>
        <w:t xml:space="preserve"> u </w:t>
      </w:r>
      <w:proofErr w:type="spellStart"/>
      <w:r w:rsidRPr="00921805">
        <w:rPr>
          <w:lang w:val="en-GB"/>
        </w:rPr>
        <w:t>propisanoj</w:t>
      </w:r>
      <w:proofErr w:type="spellEnd"/>
      <w:r w:rsidRPr="00921805">
        <w:rPr>
          <w:lang w:val="en-GB"/>
        </w:rPr>
        <w:t xml:space="preserve"> </w:t>
      </w:r>
      <w:proofErr w:type="spellStart"/>
      <w:r w:rsidRPr="00921805">
        <w:rPr>
          <w:lang w:val="en-GB"/>
        </w:rPr>
        <w:t>koncentraciji</w:t>
      </w:r>
      <w:proofErr w:type="spellEnd"/>
      <w:r w:rsidRPr="00921805">
        <w:rPr>
          <w:lang w:val="en-GB"/>
        </w:rPr>
        <w:t>.</w:t>
      </w:r>
    </w:p>
    <w:p w14:paraId="3B769AF3" w14:textId="0F9D07F4" w:rsidR="00FF6DCC" w:rsidRDefault="001629D7">
      <w:pPr>
        <w:pStyle w:val="Heading1"/>
        <w:rPr>
          <w:lang w:val="sr-Latn-CS"/>
        </w:rPr>
      </w:pPr>
      <w:bookmarkStart w:id="35" w:name="_Toc239638001"/>
      <w:bookmarkStart w:id="36" w:name="_Toc240964539"/>
      <w:r w:rsidRPr="00291041">
        <w:rPr>
          <w:lang w:val="sr-Latn-CS"/>
        </w:rPr>
        <w:lastRenderedPageBreak/>
        <w:t>1</w:t>
      </w:r>
      <w:r w:rsidR="004C0477">
        <w:rPr>
          <w:lang w:val="sr-Latn-CS"/>
        </w:rPr>
        <w:t>2</w:t>
      </w:r>
      <w:r w:rsidRPr="00291041">
        <w:rPr>
          <w:lang w:val="sr-Latn-CS"/>
        </w:rPr>
        <w:t xml:space="preserve">. </w:t>
      </w:r>
      <w:r w:rsidR="00291041" w:rsidRPr="00291041">
        <w:rPr>
          <w:lang w:val="sr-Latn-CS"/>
        </w:rPr>
        <w:t>KONTROLA PRISUSTVA I KONCENTRACIJE MARKERA U DERIVATIMA NAFTE</w:t>
      </w:r>
      <w:bookmarkEnd w:id="35"/>
      <w:bookmarkEnd w:id="36"/>
    </w:p>
    <w:p w14:paraId="571D4C66" w14:textId="77777777" w:rsidR="0067395F" w:rsidRPr="0067395F" w:rsidRDefault="0067395F" w:rsidP="00627C43">
      <w:pPr>
        <w:jc w:val="both"/>
        <w:rPr>
          <w:lang w:val="en-GB"/>
        </w:rPr>
      </w:pPr>
      <w:proofErr w:type="spellStart"/>
      <w:r w:rsidRPr="0067395F">
        <w:rPr>
          <w:lang w:val="en-GB"/>
        </w:rPr>
        <w:t>Kontrola</w:t>
      </w:r>
      <w:proofErr w:type="spellEnd"/>
      <w:r w:rsidRPr="0067395F">
        <w:rPr>
          <w:lang w:val="en-GB"/>
        </w:rPr>
        <w:t xml:space="preserve"> </w:t>
      </w:r>
      <w:proofErr w:type="spellStart"/>
      <w:r w:rsidRPr="0067395F">
        <w:rPr>
          <w:lang w:val="en-GB"/>
        </w:rPr>
        <w:t>prisustva</w:t>
      </w:r>
      <w:proofErr w:type="spellEnd"/>
      <w:r w:rsidRPr="0067395F">
        <w:rPr>
          <w:lang w:val="en-GB"/>
        </w:rPr>
        <w:t xml:space="preserve"> </w:t>
      </w:r>
      <w:proofErr w:type="spellStart"/>
      <w:r w:rsidRPr="0067395F">
        <w:rPr>
          <w:lang w:val="en-GB"/>
        </w:rPr>
        <w:t>i</w:t>
      </w:r>
      <w:proofErr w:type="spellEnd"/>
      <w:r w:rsidRPr="0067395F">
        <w:rPr>
          <w:lang w:val="en-GB"/>
        </w:rPr>
        <w:t xml:space="preserve"> </w:t>
      </w:r>
      <w:proofErr w:type="spellStart"/>
      <w:r w:rsidRPr="0067395F">
        <w:rPr>
          <w:lang w:val="en-GB"/>
        </w:rPr>
        <w:t>koncentracije</w:t>
      </w:r>
      <w:proofErr w:type="spellEnd"/>
      <w:r w:rsidRPr="0067395F">
        <w:rPr>
          <w:lang w:val="en-GB"/>
        </w:rPr>
        <w:t xml:space="preserve"> </w:t>
      </w:r>
      <w:proofErr w:type="spellStart"/>
      <w:r w:rsidRPr="0067395F">
        <w:rPr>
          <w:lang w:val="en-GB"/>
        </w:rPr>
        <w:t>markera</w:t>
      </w:r>
      <w:proofErr w:type="spellEnd"/>
      <w:r w:rsidRPr="0067395F">
        <w:rPr>
          <w:lang w:val="en-GB"/>
        </w:rPr>
        <w:t xml:space="preserve"> u </w:t>
      </w:r>
      <w:proofErr w:type="spellStart"/>
      <w:r w:rsidRPr="0067395F">
        <w:rPr>
          <w:lang w:val="en-GB"/>
        </w:rPr>
        <w:t>tečnim</w:t>
      </w:r>
      <w:proofErr w:type="spellEnd"/>
      <w:r w:rsidRPr="0067395F">
        <w:rPr>
          <w:lang w:val="en-GB"/>
        </w:rPr>
        <w:t xml:space="preserve"> </w:t>
      </w:r>
      <w:proofErr w:type="spellStart"/>
      <w:r w:rsidRPr="0067395F">
        <w:rPr>
          <w:lang w:val="en-GB"/>
        </w:rPr>
        <w:t>gorivima</w:t>
      </w:r>
      <w:proofErr w:type="spellEnd"/>
      <w:r w:rsidRPr="0067395F">
        <w:rPr>
          <w:lang w:val="en-GB"/>
        </w:rPr>
        <w:t xml:space="preserve"> </w:t>
      </w:r>
      <w:proofErr w:type="spellStart"/>
      <w:r w:rsidRPr="0067395F">
        <w:rPr>
          <w:lang w:val="en-GB"/>
        </w:rPr>
        <w:t>naftnog</w:t>
      </w:r>
      <w:proofErr w:type="spellEnd"/>
      <w:r w:rsidRPr="0067395F">
        <w:rPr>
          <w:lang w:val="en-GB"/>
        </w:rPr>
        <w:t xml:space="preserve"> </w:t>
      </w:r>
      <w:proofErr w:type="spellStart"/>
      <w:r w:rsidRPr="0067395F">
        <w:rPr>
          <w:lang w:val="en-GB"/>
        </w:rPr>
        <w:t>porijekla</w:t>
      </w:r>
      <w:proofErr w:type="spellEnd"/>
      <w:r w:rsidRPr="0067395F">
        <w:rPr>
          <w:lang w:val="en-GB"/>
        </w:rPr>
        <w:t xml:space="preserve"> </w:t>
      </w:r>
      <w:proofErr w:type="spellStart"/>
      <w:r w:rsidRPr="0067395F">
        <w:rPr>
          <w:lang w:val="en-GB"/>
        </w:rPr>
        <w:t>i</w:t>
      </w:r>
      <w:proofErr w:type="spellEnd"/>
      <w:r w:rsidRPr="0067395F">
        <w:rPr>
          <w:lang w:val="en-GB"/>
        </w:rPr>
        <w:t xml:space="preserve"> </w:t>
      </w:r>
      <w:proofErr w:type="spellStart"/>
      <w:r w:rsidRPr="0067395F">
        <w:rPr>
          <w:lang w:val="en-GB"/>
        </w:rPr>
        <w:t>biogorivima</w:t>
      </w:r>
      <w:proofErr w:type="spellEnd"/>
      <w:r w:rsidRPr="0067395F">
        <w:rPr>
          <w:lang w:val="en-GB"/>
        </w:rPr>
        <w:t xml:space="preserve"> </w:t>
      </w:r>
      <w:proofErr w:type="spellStart"/>
      <w:r w:rsidRPr="0067395F">
        <w:rPr>
          <w:lang w:val="en-GB"/>
        </w:rPr>
        <w:t>sprovodi</w:t>
      </w:r>
      <w:proofErr w:type="spellEnd"/>
      <w:r w:rsidRPr="0067395F">
        <w:rPr>
          <w:lang w:val="en-GB"/>
        </w:rPr>
        <w:t xml:space="preserve"> se </w:t>
      </w:r>
      <w:proofErr w:type="spellStart"/>
      <w:r w:rsidRPr="0067395F">
        <w:rPr>
          <w:lang w:val="en-GB"/>
        </w:rPr>
        <w:t>radi</w:t>
      </w:r>
      <w:proofErr w:type="spellEnd"/>
      <w:r w:rsidRPr="0067395F">
        <w:rPr>
          <w:lang w:val="en-GB"/>
        </w:rPr>
        <w:t xml:space="preserve"> </w:t>
      </w:r>
      <w:proofErr w:type="spellStart"/>
      <w:r w:rsidRPr="0067395F">
        <w:rPr>
          <w:lang w:val="en-GB"/>
        </w:rPr>
        <w:t>provjere</w:t>
      </w:r>
      <w:proofErr w:type="spellEnd"/>
      <w:r w:rsidRPr="0067395F">
        <w:rPr>
          <w:lang w:val="en-GB"/>
        </w:rPr>
        <w:t xml:space="preserve"> </w:t>
      </w:r>
      <w:proofErr w:type="spellStart"/>
      <w:r w:rsidRPr="0067395F">
        <w:rPr>
          <w:lang w:val="en-GB"/>
        </w:rPr>
        <w:t>usaglašenosti</w:t>
      </w:r>
      <w:proofErr w:type="spellEnd"/>
      <w:r w:rsidRPr="0067395F">
        <w:rPr>
          <w:lang w:val="en-GB"/>
        </w:rPr>
        <w:t xml:space="preserve"> </w:t>
      </w:r>
      <w:proofErr w:type="spellStart"/>
      <w:r w:rsidRPr="0067395F">
        <w:rPr>
          <w:lang w:val="en-GB"/>
        </w:rPr>
        <w:t>sa</w:t>
      </w:r>
      <w:proofErr w:type="spellEnd"/>
      <w:r w:rsidRPr="0067395F">
        <w:rPr>
          <w:lang w:val="en-GB"/>
        </w:rPr>
        <w:t xml:space="preserve"> </w:t>
      </w:r>
      <w:proofErr w:type="spellStart"/>
      <w:r w:rsidRPr="0067395F">
        <w:rPr>
          <w:lang w:val="en-GB"/>
        </w:rPr>
        <w:t>zahtjevima</w:t>
      </w:r>
      <w:proofErr w:type="spellEnd"/>
      <w:r w:rsidRPr="0067395F">
        <w:rPr>
          <w:lang w:val="en-GB"/>
        </w:rPr>
        <w:t xml:space="preserve"> </w:t>
      </w:r>
      <w:proofErr w:type="spellStart"/>
      <w:r w:rsidRPr="0067395F">
        <w:rPr>
          <w:lang w:val="en-GB"/>
        </w:rPr>
        <w:t>propisanim</w:t>
      </w:r>
      <w:proofErr w:type="spellEnd"/>
      <w:r w:rsidRPr="0067395F">
        <w:rPr>
          <w:lang w:val="en-GB"/>
        </w:rPr>
        <w:t xml:space="preserve"> </w:t>
      </w:r>
      <w:proofErr w:type="spellStart"/>
      <w:r w:rsidRPr="0067395F">
        <w:rPr>
          <w:lang w:val="en-GB"/>
        </w:rPr>
        <w:t>Zakonom</w:t>
      </w:r>
      <w:proofErr w:type="spellEnd"/>
      <w:r w:rsidRPr="0067395F">
        <w:rPr>
          <w:lang w:val="en-GB"/>
        </w:rPr>
        <w:t xml:space="preserve"> o </w:t>
      </w:r>
      <w:proofErr w:type="spellStart"/>
      <w:r w:rsidRPr="0067395F">
        <w:rPr>
          <w:lang w:val="en-GB"/>
        </w:rPr>
        <w:t>energetici</w:t>
      </w:r>
      <w:proofErr w:type="spellEnd"/>
      <w:r w:rsidRPr="0067395F">
        <w:rPr>
          <w:lang w:val="en-GB"/>
        </w:rPr>
        <w:t xml:space="preserve">. </w:t>
      </w:r>
      <w:proofErr w:type="spellStart"/>
      <w:r w:rsidRPr="0067395F">
        <w:rPr>
          <w:lang w:val="en-GB"/>
        </w:rPr>
        <w:t>Inspekcijski</w:t>
      </w:r>
      <w:proofErr w:type="spellEnd"/>
      <w:r w:rsidRPr="0067395F">
        <w:rPr>
          <w:lang w:val="en-GB"/>
        </w:rPr>
        <w:t xml:space="preserve"> </w:t>
      </w:r>
      <w:proofErr w:type="spellStart"/>
      <w:r w:rsidRPr="0067395F">
        <w:rPr>
          <w:lang w:val="en-GB"/>
        </w:rPr>
        <w:t>nadzor</w:t>
      </w:r>
      <w:proofErr w:type="spellEnd"/>
      <w:r w:rsidRPr="0067395F">
        <w:rPr>
          <w:lang w:val="en-GB"/>
        </w:rPr>
        <w:t xml:space="preserve"> </w:t>
      </w:r>
      <w:proofErr w:type="spellStart"/>
      <w:r w:rsidRPr="0067395F">
        <w:rPr>
          <w:lang w:val="en-GB"/>
        </w:rPr>
        <w:t>nad</w:t>
      </w:r>
      <w:proofErr w:type="spellEnd"/>
      <w:r w:rsidRPr="0067395F">
        <w:rPr>
          <w:lang w:val="en-GB"/>
        </w:rPr>
        <w:t xml:space="preserve"> </w:t>
      </w:r>
      <w:proofErr w:type="spellStart"/>
      <w:r w:rsidRPr="0067395F">
        <w:rPr>
          <w:lang w:val="en-GB"/>
        </w:rPr>
        <w:t>primjenom</w:t>
      </w:r>
      <w:proofErr w:type="spellEnd"/>
      <w:r w:rsidRPr="0067395F">
        <w:rPr>
          <w:lang w:val="en-GB"/>
        </w:rPr>
        <w:t xml:space="preserve"> </w:t>
      </w:r>
      <w:proofErr w:type="spellStart"/>
      <w:r w:rsidRPr="0067395F">
        <w:rPr>
          <w:lang w:val="en-GB"/>
        </w:rPr>
        <w:t>propisa</w:t>
      </w:r>
      <w:proofErr w:type="spellEnd"/>
      <w:r w:rsidRPr="0067395F">
        <w:rPr>
          <w:lang w:val="en-GB"/>
        </w:rPr>
        <w:t xml:space="preserve"> </w:t>
      </w:r>
      <w:proofErr w:type="spellStart"/>
      <w:r w:rsidRPr="0067395F">
        <w:rPr>
          <w:lang w:val="en-GB"/>
        </w:rPr>
        <w:t>kojima</w:t>
      </w:r>
      <w:proofErr w:type="spellEnd"/>
      <w:r w:rsidRPr="0067395F">
        <w:rPr>
          <w:lang w:val="en-GB"/>
        </w:rPr>
        <w:t xml:space="preserve"> se </w:t>
      </w:r>
      <w:proofErr w:type="spellStart"/>
      <w:r w:rsidRPr="0067395F">
        <w:rPr>
          <w:lang w:val="en-GB"/>
        </w:rPr>
        <w:t>uređuje</w:t>
      </w:r>
      <w:proofErr w:type="spellEnd"/>
      <w:r w:rsidRPr="0067395F">
        <w:rPr>
          <w:lang w:val="en-GB"/>
        </w:rPr>
        <w:t xml:space="preserve"> </w:t>
      </w:r>
      <w:proofErr w:type="spellStart"/>
      <w:r w:rsidRPr="0067395F">
        <w:rPr>
          <w:lang w:val="en-GB"/>
        </w:rPr>
        <w:t>markiranje</w:t>
      </w:r>
      <w:proofErr w:type="spellEnd"/>
      <w:r w:rsidRPr="0067395F">
        <w:rPr>
          <w:lang w:val="en-GB"/>
        </w:rPr>
        <w:t xml:space="preserve"> </w:t>
      </w:r>
      <w:proofErr w:type="spellStart"/>
      <w:r w:rsidRPr="0067395F">
        <w:rPr>
          <w:lang w:val="en-GB"/>
        </w:rPr>
        <w:t>tečnih</w:t>
      </w:r>
      <w:proofErr w:type="spellEnd"/>
      <w:r w:rsidRPr="0067395F">
        <w:rPr>
          <w:lang w:val="en-GB"/>
        </w:rPr>
        <w:t xml:space="preserve"> </w:t>
      </w:r>
      <w:proofErr w:type="spellStart"/>
      <w:r w:rsidRPr="0067395F">
        <w:rPr>
          <w:lang w:val="en-GB"/>
        </w:rPr>
        <w:t>goriva</w:t>
      </w:r>
      <w:proofErr w:type="spellEnd"/>
      <w:r w:rsidRPr="0067395F">
        <w:rPr>
          <w:lang w:val="en-GB"/>
        </w:rPr>
        <w:t xml:space="preserve"> </w:t>
      </w:r>
      <w:proofErr w:type="spellStart"/>
      <w:r w:rsidRPr="0067395F">
        <w:rPr>
          <w:lang w:val="en-GB"/>
        </w:rPr>
        <w:t>naftnog</w:t>
      </w:r>
      <w:proofErr w:type="spellEnd"/>
      <w:r w:rsidRPr="0067395F">
        <w:rPr>
          <w:lang w:val="en-GB"/>
        </w:rPr>
        <w:t xml:space="preserve"> </w:t>
      </w:r>
      <w:proofErr w:type="spellStart"/>
      <w:r w:rsidRPr="0067395F">
        <w:rPr>
          <w:lang w:val="en-GB"/>
        </w:rPr>
        <w:t>porijekla</w:t>
      </w:r>
      <w:proofErr w:type="spellEnd"/>
      <w:r w:rsidRPr="0067395F">
        <w:rPr>
          <w:lang w:val="en-GB"/>
        </w:rPr>
        <w:t xml:space="preserve"> </w:t>
      </w:r>
      <w:proofErr w:type="spellStart"/>
      <w:r w:rsidRPr="0067395F">
        <w:rPr>
          <w:lang w:val="en-GB"/>
        </w:rPr>
        <w:t>i</w:t>
      </w:r>
      <w:proofErr w:type="spellEnd"/>
      <w:r w:rsidRPr="0067395F">
        <w:rPr>
          <w:lang w:val="en-GB"/>
        </w:rPr>
        <w:t xml:space="preserve"> </w:t>
      </w:r>
      <w:proofErr w:type="spellStart"/>
      <w:r w:rsidRPr="0067395F">
        <w:rPr>
          <w:lang w:val="en-GB"/>
        </w:rPr>
        <w:t>biogoriva</w:t>
      </w:r>
      <w:proofErr w:type="spellEnd"/>
      <w:r w:rsidRPr="0067395F">
        <w:rPr>
          <w:lang w:val="en-GB"/>
        </w:rPr>
        <w:t xml:space="preserve">, </w:t>
      </w:r>
      <w:proofErr w:type="spellStart"/>
      <w:r w:rsidRPr="0067395F">
        <w:rPr>
          <w:lang w:val="en-GB"/>
        </w:rPr>
        <w:t>kao</w:t>
      </w:r>
      <w:proofErr w:type="spellEnd"/>
      <w:r w:rsidRPr="0067395F">
        <w:rPr>
          <w:lang w:val="en-GB"/>
        </w:rPr>
        <w:t xml:space="preserve"> </w:t>
      </w:r>
      <w:proofErr w:type="spellStart"/>
      <w:r w:rsidRPr="0067395F">
        <w:rPr>
          <w:lang w:val="en-GB"/>
        </w:rPr>
        <w:t>i</w:t>
      </w:r>
      <w:proofErr w:type="spellEnd"/>
      <w:r w:rsidRPr="0067395F">
        <w:rPr>
          <w:lang w:val="en-GB"/>
        </w:rPr>
        <w:t xml:space="preserve"> </w:t>
      </w:r>
      <w:proofErr w:type="spellStart"/>
      <w:r w:rsidRPr="0067395F">
        <w:rPr>
          <w:lang w:val="en-GB"/>
        </w:rPr>
        <w:t>kontrola</w:t>
      </w:r>
      <w:proofErr w:type="spellEnd"/>
      <w:r w:rsidRPr="0067395F">
        <w:rPr>
          <w:lang w:val="en-GB"/>
        </w:rPr>
        <w:t xml:space="preserve"> </w:t>
      </w:r>
      <w:proofErr w:type="spellStart"/>
      <w:r w:rsidRPr="0067395F">
        <w:rPr>
          <w:lang w:val="en-GB"/>
        </w:rPr>
        <w:t>koncentracije</w:t>
      </w:r>
      <w:proofErr w:type="spellEnd"/>
      <w:r w:rsidRPr="0067395F">
        <w:rPr>
          <w:lang w:val="en-GB"/>
        </w:rPr>
        <w:t xml:space="preserve"> </w:t>
      </w:r>
      <w:proofErr w:type="spellStart"/>
      <w:r w:rsidRPr="0067395F">
        <w:rPr>
          <w:lang w:val="en-GB"/>
        </w:rPr>
        <w:t>markera</w:t>
      </w:r>
      <w:proofErr w:type="spellEnd"/>
      <w:r w:rsidRPr="0067395F">
        <w:rPr>
          <w:lang w:val="en-GB"/>
        </w:rPr>
        <w:t xml:space="preserve"> u </w:t>
      </w:r>
      <w:proofErr w:type="spellStart"/>
      <w:r w:rsidRPr="0067395F">
        <w:rPr>
          <w:lang w:val="en-GB"/>
        </w:rPr>
        <w:t>gorivima</w:t>
      </w:r>
      <w:proofErr w:type="spellEnd"/>
      <w:r w:rsidRPr="0067395F">
        <w:rPr>
          <w:lang w:val="en-GB"/>
        </w:rPr>
        <w:t xml:space="preserve">, </w:t>
      </w:r>
      <w:proofErr w:type="spellStart"/>
      <w:r w:rsidRPr="0067395F">
        <w:rPr>
          <w:lang w:val="en-GB"/>
        </w:rPr>
        <w:t>vrši</w:t>
      </w:r>
      <w:proofErr w:type="spellEnd"/>
      <w:r w:rsidRPr="0067395F">
        <w:rPr>
          <w:lang w:val="en-GB"/>
        </w:rPr>
        <w:t xml:space="preserve"> </w:t>
      </w:r>
      <w:proofErr w:type="spellStart"/>
      <w:r w:rsidRPr="0067395F">
        <w:rPr>
          <w:lang w:val="en-GB"/>
        </w:rPr>
        <w:t>inspektor</w:t>
      </w:r>
      <w:proofErr w:type="spellEnd"/>
      <w:r w:rsidRPr="0067395F">
        <w:rPr>
          <w:lang w:val="en-GB"/>
        </w:rPr>
        <w:t xml:space="preserve"> za </w:t>
      </w:r>
      <w:proofErr w:type="spellStart"/>
      <w:r w:rsidRPr="0067395F">
        <w:rPr>
          <w:lang w:val="en-GB"/>
        </w:rPr>
        <w:t>ugljovodonike</w:t>
      </w:r>
      <w:proofErr w:type="spellEnd"/>
      <w:r w:rsidRPr="0067395F">
        <w:rPr>
          <w:lang w:val="en-GB"/>
        </w:rPr>
        <w:t xml:space="preserve"> u </w:t>
      </w:r>
      <w:proofErr w:type="spellStart"/>
      <w:r w:rsidRPr="0067395F">
        <w:rPr>
          <w:lang w:val="en-GB"/>
        </w:rPr>
        <w:t>skladu</w:t>
      </w:r>
      <w:proofErr w:type="spellEnd"/>
      <w:r w:rsidRPr="0067395F">
        <w:rPr>
          <w:lang w:val="en-GB"/>
        </w:rPr>
        <w:t xml:space="preserve"> </w:t>
      </w:r>
      <w:proofErr w:type="spellStart"/>
      <w:r w:rsidRPr="0067395F">
        <w:rPr>
          <w:lang w:val="en-GB"/>
        </w:rPr>
        <w:t>sa</w:t>
      </w:r>
      <w:proofErr w:type="spellEnd"/>
      <w:r w:rsidRPr="0067395F">
        <w:rPr>
          <w:lang w:val="en-GB"/>
        </w:rPr>
        <w:t xml:space="preserve"> </w:t>
      </w:r>
      <w:proofErr w:type="spellStart"/>
      <w:r w:rsidRPr="0067395F">
        <w:rPr>
          <w:lang w:val="en-GB"/>
        </w:rPr>
        <w:t>Zakonom</w:t>
      </w:r>
      <w:proofErr w:type="spellEnd"/>
      <w:r w:rsidRPr="0067395F">
        <w:rPr>
          <w:lang w:val="en-GB"/>
        </w:rPr>
        <w:t xml:space="preserve"> o </w:t>
      </w:r>
      <w:proofErr w:type="spellStart"/>
      <w:r w:rsidRPr="0067395F">
        <w:rPr>
          <w:lang w:val="en-GB"/>
        </w:rPr>
        <w:t>energetici</w:t>
      </w:r>
      <w:proofErr w:type="spellEnd"/>
      <w:r w:rsidRPr="0067395F">
        <w:rPr>
          <w:lang w:val="en-GB"/>
        </w:rPr>
        <w:t>.</w:t>
      </w:r>
    </w:p>
    <w:p w14:paraId="61588EBE" w14:textId="77777777" w:rsidR="00AA3760" w:rsidRDefault="0067395F" w:rsidP="0067395F">
      <w:pPr>
        <w:jc w:val="both"/>
        <w:rPr>
          <w:lang w:val="en-GB"/>
        </w:rPr>
      </w:pPr>
      <w:proofErr w:type="spellStart"/>
      <w:r w:rsidRPr="0067395F">
        <w:rPr>
          <w:lang w:val="en-GB"/>
        </w:rPr>
        <w:t>Pružalac</w:t>
      </w:r>
      <w:proofErr w:type="spellEnd"/>
      <w:r w:rsidRPr="0067395F">
        <w:rPr>
          <w:lang w:val="en-GB"/>
        </w:rPr>
        <w:t xml:space="preserve"> </w:t>
      </w:r>
      <w:proofErr w:type="spellStart"/>
      <w:r w:rsidRPr="0067395F">
        <w:rPr>
          <w:lang w:val="en-GB"/>
        </w:rPr>
        <w:t>usluge</w:t>
      </w:r>
      <w:proofErr w:type="spellEnd"/>
      <w:r w:rsidRPr="0067395F">
        <w:rPr>
          <w:lang w:val="en-GB"/>
        </w:rPr>
        <w:t xml:space="preserve"> </w:t>
      </w:r>
      <w:proofErr w:type="spellStart"/>
      <w:r w:rsidRPr="0067395F">
        <w:rPr>
          <w:lang w:val="en-GB"/>
        </w:rPr>
        <w:t>markiranja</w:t>
      </w:r>
      <w:proofErr w:type="spellEnd"/>
      <w:r w:rsidRPr="0067395F">
        <w:rPr>
          <w:lang w:val="en-GB"/>
        </w:rPr>
        <w:t xml:space="preserve"> </w:t>
      </w:r>
      <w:proofErr w:type="spellStart"/>
      <w:r w:rsidRPr="0067395F">
        <w:rPr>
          <w:lang w:val="en-GB"/>
        </w:rPr>
        <w:t>vrši</w:t>
      </w:r>
      <w:proofErr w:type="spellEnd"/>
      <w:r w:rsidR="00BB7657">
        <w:rPr>
          <w:lang w:val="en-GB"/>
        </w:rPr>
        <w:t xml:space="preserve"> </w:t>
      </w:r>
      <w:proofErr w:type="spellStart"/>
      <w:r w:rsidR="00BB7657" w:rsidRPr="0067395F">
        <w:rPr>
          <w:lang w:val="en-GB"/>
        </w:rPr>
        <w:t>uzorkovanje</w:t>
      </w:r>
      <w:proofErr w:type="spellEnd"/>
      <w:r w:rsidR="00BB7657" w:rsidRPr="0067395F">
        <w:rPr>
          <w:lang w:val="en-GB"/>
        </w:rPr>
        <w:t xml:space="preserve"> </w:t>
      </w:r>
      <w:proofErr w:type="spellStart"/>
      <w:r w:rsidR="00BB7657" w:rsidRPr="0067395F">
        <w:rPr>
          <w:lang w:val="en-GB"/>
        </w:rPr>
        <w:t>goriv</w:t>
      </w:r>
      <w:r w:rsidR="00BB7657">
        <w:rPr>
          <w:lang w:val="en-GB"/>
        </w:rPr>
        <w:t>a</w:t>
      </w:r>
      <w:proofErr w:type="spellEnd"/>
      <w:r w:rsidR="00AA3760">
        <w:rPr>
          <w:lang w:val="en-GB"/>
        </w:rPr>
        <w:t xml:space="preserve"> </w:t>
      </w:r>
      <w:proofErr w:type="spellStart"/>
      <w:r w:rsidR="00AA3760">
        <w:rPr>
          <w:lang w:val="en-GB"/>
        </w:rPr>
        <w:t>i</w:t>
      </w:r>
      <w:proofErr w:type="spellEnd"/>
      <w:r w:rsidRPr="0067395F">
        <w:rPr>
          <w:lang w:val="en-GB"/>
        </w:rPr>
        <w:t xml:space="preserve"> </w:t>
      </w:r>
      <w:proofErr w:type="spellStart"/>
      <w:r w:rsidRPr="0067395F">
        <w:rPr>
          <w:lang w:val="en-GB"/>
        </w:rPr>
        <w:t>mjerenja</w:t>
      </w:r>
      <w:proofErr w:type="spellEnd"/>
      <w:r w:rsidRPr="0067395F">
        <w:rPr>
          <w:lang w:val="en-GB"/>
        </w:rPr>
        <w:t xml:space="preserve"> </w:t>
      </w:r>
      <w:proofErr w:type="spellStart"/>
      <w:r w:rsidRPr="0067395F">
        <w:rPr>
          <w:lang w:val="en-GB"/>
        </w:rPr>
        <w:t>prisustva</w:t>
      </w:r>
      <w:proofErr w:type="spellEnd"/>
      <w:r w:rsidRPr="0067395F">
        <w:rPr>
          <w:lang w:val="en-GB"/>
        </w:rPr>
        <w:t xml:space="preserve"> </w:t>
      </w:r>
      <w:proofErr w:type="spellStart"/>
      <w:r w:rsidRPr="0067395F">
        <w:rPr>
          <w:lang w:val="en-GB"/>
        </w:rPr>
        <w:t>i</w:t>
      </w:r>
      <w:proofErr w:type="spellEnd"/>
      <w:r w:rsidRPr="0067395F">
        <w:rPr>
          <w:lang w:val="en-GB"/>
        </w:rPr>
        <w:t xml:space="preserve"> </w:t>
      </w:r>
      <w:proofErr w:type="spellStart"/>
      <w:r w:rsidRPr="0067395F">
        <w:rPr>
          <w:lang w:val="en-GB"/>
        </w:rPr>
        <w:t>koncentracije</w:t>
      </w:r>
      <w:proofErr w:type="spellEnd"/>
      <w:r w:rsidRPr="0067395F">
        <w:rPr>
          <w:lang w:val="en-GB"/>
        </w:rPr>
        <w:t xml:space="preserve"> </w:t>
      </w:r>
      <w:proofErr w:type="spellStart"/>
      <w:r w:rsidRPr="0067395F">
        <w:rPr>
          <w:lang w:val="en-GB"/>
        </w:rPr>
        <w:t>markera</w:t>
      </w:r>
      <w:proofErr w:type="spellEnd"/>
      <w:r w:rsidR="00AA3760">
        <w:rPr>
          <w:lang w:val="en-GB"/>
        </w:rPr>
        <w:t>,</w:t>
      </w:r>
      <w:r w:rsidRPr="0067395F">
        <w:rPr>
          <w:lang w:val="en-GB"/>
        </w:rPr>
        <w:t xml:space="preserve"> </w:t>
      </w:r>
      <w:proofErr w:type="spellStart"/>
      <w:r w:rsidRPr="0067395F">
        <w:rPr>
          <w:lang w:val="en-GB"/>
        </w:rPr>
        <w:t>radi</w:t>
      </w:r>
      <w:proofErr w:type="spellEnd"/>
      <w:r w:rsidRPr="0067395F">
        <w:rPr>
          <w:lang w:val="en-GB"/>
        </w:rPr>
        <w:t xml:space="preserve"> </w:t>
      </w:r>
      <w:proofErr w:type="spellStart"/>
      <w:r w:rsidRPr="0067395F">
        <w:rPr>
          <w:lang w:val="en-GB"/>
        </w:rPr>
        <w:t>praćenja</w:t>
      </w:r>
      <w:proofErr w:type="spellEnd"/>
      <w:r w:rsidRPr="0067395F">
        <w:rPr>
          <w:lang w:val="en-GB"/>
        </w:rPr>
        <w:t xml:space="preserve"> </w:t>
      </w:r>
      <w:proofErr w:type="spellStart"/>
      <w:r w:rsidRPr="0067395F">
        <w:rPr>
          <w:lang w:val="en-GB"/>
        </w:rPr>
        <w:t>efikasnosti</w:t>
      </w:r>
      <w:proofErr w:type="spellEnd"/>
      <w:r w:rsidRPr="0067395F">
        <w:rPr>
          <w:lang w:val="en-GB"/>
        </w:rPr>
        <w:t xml:space="preserve"> </w:t>
      </w:r>
      <w:proofErr w:type="spellStart"/>
      <w:r w:rsidRPr="0067395F">
        <w:rPr>
          <w:lang w:val="en-GB"/>
        </w:rPr>
        <w:t>sistema</w:t>
      </w:r>
      <w:proofErr w:type="spellEnd"/>
      <w:r w:rsidRPr="0067395F">
        <w:rPr>
          <w:lang w:val="en-GB"/>
        </w:rPr>
        <w:t xml:space="preserve"> </w:t>
      </w:r>
      <w:proofErr w:type="spellStart"/>
      <w:r w:rsidRPr="0067395F">
        <w:rPr>
          <w:lang w:val="en-GB"/>
        </w:rPr>
        <w:t>markiranja</w:t>
      </w:r>
      <w:proofErr w:type="spellEnd"/>
      <w:r w:rsidRPr="0067395F">
        <w:rPr>
          <w:lang w:val="en-GB"/>
        </w:rPr>
        <w:t xml:space="preserve">, </w:t>
      </w:r>
      <w:proofErr w:type="spellStart"/>
      <w:r w:rsidRPr="0067395F">
        <w:rPr>
          <w:lang w:val="en-GB"/>
        </w:rPr>
        <w:t>otkrivanja</w:t>
      </w:r>
      <w:proofErr w:type="spellEnd"/>
      <w:r w:rsidRPr="0067395F">
        <w:rPr>
          <w:lang w:val="en-GB"/>
        </w:rPr>
        <w:t xml:space="preserve"> </w:t>
      </w:r>
      <w:proofErr w:type="spellStart"/>
      <w:r w:rsidRPr="0067395F">
        <w:rPr>
          <w:lang w:val="en-GB"/>
        </w:rPr>
        <w:t>nepravilnosti</w:t>
      </w:r>
      <w:proofErr w:type="spellEnd"/>
      <w:r w:rsidRPr="0067395F">
        <w:rPr>
          <w:lang w:val="en-GB"/>
        </w:rPr>
        <w:t xml:space="preserve"> </w:t>
      </w:r>
      <w:proofErr w:type="spellStart"/>
      <w:r w:rsidRPr="0067395F">
        <w:rPr>
          <w:lang w:val="en-GB"/>
        </w:rPr>
        <w:t>i</w:t>
      </w:r>
      <w:proofErr w:type="spellEnd"/>
      <w:r w:rsidRPr="0067395F">
        <w:rPr>
          <w:lang w:val="en-GB"/>
        </w:rPr>
        <w:t xml:space="preserve"> </w:t>
      </w:r>
      <w:proofErr w:type="spellStart"/>
      <w:r w:rsidRPr="0067395F">
        <w:rPr>
          <w:lang w:val="en-GB"/>
        </w:rPr>
        <w:t>pružanja</w:t>
      </w:r>
      <w:proofErr w:type="spellEnd"/>
      <w:r w:rsidRPr="0067395F">
        <w:rPr>
          <w:lang w:val="en-GB"/>
        </w:rPr>
        <w:t xml:space="preserve"> </w:t>
      </w:r>
      <w:proofErr w:type="spellStart"/>
      <w:r w:rsidRPr="0067395F">
        <w:rPr>
          <w:lang w:val="en-GB"/>
        </w:rPr>
        <w:t>stručne</w:t>
      </w:r>
      <w:proofErr w:type="spellEnd"/>
      <w:r w:rsidRPr="0067395F">
        <w:rPr>
          <w:lang w:val="en-GB"/>
        </w:rPr>
        <w:t xml:space="preserve"> </w:t>
      </w:r>
      <w:proofErr w:type="spellStart"/>
      <w:r w:rsidRPr="0067395F">
        <w:rPr>
          <w:lang w:val="en-GB"/>
        </w:rPr>
        <w:t>podrške</w:t>
      </w:r>
      <w:proofErr w:type="spellEnd"/>
      <w:r w:rsidRPr="0067395F">
        <w:rPr>
          <w:lang w:val="en-GB"/>
        </w:rPr>
        <w:t xml:space="preserve"> </w:t>
      </w:r>
      <w:proofErr w:type="spellStart"/>
      <w:r w:rsidRPr="0067395F">
        <w:rPr>
          <w:lang w:val="en-GB"/>
        </w:rPr>
        <w:t>nadležnim</w:t>
      </w:r>
      <w:proofErr w:type="spellEnd"/>
      <w:r w:rsidRPr="0067395F">
        <w:rPr>
          <w:lang w:val="en-GB"/>
        </w:rPr>
        <w:t xml:space="preserve"> </w:t>
      </w:r>
      <w:proofErr w:type="spellStart"/>
      <w:r w:rsidRPr="0067395F">
        <w:rPr>
          <w:lang w:val="en-GB"/>
        </w:rPr>
        <w:t>organima</w:t>
      </w:r>
      <w:proofErr w:type="spellEnd"/>
      <w:r w:rsidRPr="0067395F">
        <w:rPr>
          <w:lang w:val="en-GB"/>
        </w:rPr>
        <w:t xml:space="preserve"> u </w:t>
      </w:r>
      <w:proofErr w:type="spellStart"/>
      <w:r w:rsidRPr="0067395F">
        <w:rPr>
          <w:lang w:val="en-GB"/>
        </w:rPr>
        <w:t>sprovođenju</w:t>
      </w:r>
      <w:proofErr w:type="spellEnd"/>
      <w:r w:rsidRPr="0067395F">
        <w:rPr>
          <w:lang w:val="en-GB"/>
        </w:rPr>
        <w:t xml:space="preserve"> </w:t>
      </w:r>
      <w:proofErr w:type="spellStart"/>
      <w:r w:rsidRPr="0067395F">
        <w:rPr>
          <w:lang w:val="en-GB"/>
        </w:rPr>
        <w:t>inspekcijskog</w:t>
      </w:r>
      <w:proofErr w:type="spellEnd"/>
      <w:r w:rsidRPr="0067395F">
        <w:rPr>
          <w:lang w:val="en-GB"/>
        </w:rPr>
        <w:t xml:space="preserve"> </w:t>
      </w:r>
      <w:proofErr w:type="spellStart"/>
      <w:r w:rsidRPr="0067395F">
        <w:rPr>
          <w:lang w:val="en-GB"/>
        </w:rPr>
        <w:t>nadzora</w:t>
      </w:r>
      <w:proofErr w:type="spellEnd"/>
      <w:r w:rsidRPr="0067395F">
        <w:rPr>
          <w:lang w:val="en-GB"/>
        </w:rPr>
        <w:t xml:space="preserve">. </w:t>
      </w:r>
    </w:p>
    <w:p w14:paraId="1A08D0A8" w14:textId="3F86CECE" w:rsidR="0067395F" w:rsidRPr="0067395F" w:rsidRDefault="005D5EF4" w:rsidP="00627C43">
      <w:pPr>
        <w:jc w:val="both"/>
        <w:rPr>
          <w:lang w:val="en-GB"/>
        </w:rPr>
      </w:pPr>
      <w:proofErr w:type="spellStart"/>
      <w:r>
        <w:rPr>
          <w:lang w:val="en-GB"/>
        </w:rPr>
        <w:t>Pružalac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usluge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dužan</w:t>
      </w:r>
      <w:proofErr w:type="spellEnd"/>
      <w:r>
        <w:rPr>
          <w:lang w:val="en-GB"/>
        </w:rPr>
        <w:t xml:space="preserve"> je da </w:t>
      </w:r>
      <w:proofErr w:type="spellStart"/>
      <w:r>
        <w:rPr>
          <w:lang w:val="en-GB"/>
        </w:rPr>
        <w:t>vrši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u</w:t>
      </w:r>
      <w:r w:rsidR="0067395F" w:rsidRPr="0067395F">
        <w:rPr>
          <w:lang w:val="en-GB"/>
        </w:rPr>
        <w:t>zorkovanje</w:t>
      </w:r>
      <w:proofErr w:type="spellEnd"/>
      <w:r w:rsidR="0067395F" w:rsidRPr="0067395F">
        <w:rPr>
          <w:lang w:val="en-GB"/>
        </w:rPr>
        <w:t xml:space="preserve"> </w:t>
      </w:r>
      <w:proofErr w:type="spellStart"/>
      <w:r w:rsidR="0067395F" w:rsidRPr="0067395F">
        <w:rPr>
          <w:lang w:val="en-GB"/>
        </w:rPr>
        <w:t>goriva</w:t>
      </w:r>
      <w:proofErr w:type="spellEnd"/>
      <w:r w:rsidR="0067395F" w:rsidRPr="0067395F">
        <w:rPr>
          <w:lang w:val="en-GB"/>
        </w:rPr>
        <w:t xml:space="preserve"> u </w:t>
      </w:r>
      <w:proofErr w:type="spellStart"/>
      <w:r w:rsidR="0067395F" w:rsidRPr="0067395F">
        <w:rPr>
          <w:lang w:val="en-GB"/>
        </w:rPr>
        <w:t>skladu</w:t>
      </w:r>
      <w:proofErr w:type="spellEnd"/>
      <w:r w:rsidR="0067395F" w:rsidRPr="0067395F">
        <w:rPr>
          <w:lang w:val="en-GB"/>
        </w:rPr>
        <w:t xml:space="preserve"> </w:t>
      </w:r>
      <w:proofErr w:type="spellStart"/>
      <w:r w:rsidR="0067395F" w:rsidRPr="0067395F">
        <w:rPr>
          <w:lang w:val="en-GB"/>
        </w:rPr>
        <w:t>sa</w:t>
      </w:r>
      <w:proofErr w:type="spellEnd"/>
      <w:r w:rsidR="0067395F" w:rsidRPr="0067395F">
        <w:rPr>
          <w:lang w:val="en-GB"/>
        </w:rPr>
        <w:t xml:space="preserve"> </w:t>
      </w:r>
      <w:proofErr w:type="spellStart"/>
      <w:r w:rsidR="0067395F" w:rsidRPr="0067395F">
        <w:rPr>
          <w:lang w:val="en-GB"/>
        </w:rPr>
        <w:t>standardima</w:t>
      </w:r>
      <w:proofErr w:type="spellEnd"/>
      <w:r w:rsidR="0067395F" w:rsidRPr="0067395F">
        <w:rPr>
          <w:lang w:val="en-GB"/>
        </w:rPr>
        <w:t xml:space="preserve"> </w:t>
      </w:r>
      <w:r w:rsidR="00A70740">
        <w:rPr>
          <w:lang w:val="en-GB"/>
        </w:rPr>
        <w:t xml:space="preserve">MEST </w:t>
      </w:r>
      <w:r w:rsidR="0067395F" w:rsidRPr="0067395F">
        <w:rPr>
          <w:lang w:val="en-GB"/>
        </w:rPr>
        <w:t xml:space="preserve">EN ISO 3170 </w:t>
      </w:r>
      <w:proofErr w:type="spellStart"/>
      <w:r w:rsidR="0067395F" w:rsidRPr="0067395F">
        <w:rPr>
          <w:lang w:val="en-GB"/>
        </w:rPr>
        <w:t>i</w:t>
      </w:r>
      <w:proofErr w:type="spellEnd"/>
      <w:r w:rsidR="0067395F" w:rsidRPr="0067395F">
        <w:rPr>
          <w:lang w:val="en-GB"/>
        </w:rPr>
        <w:t xml:space="preserve"> </w:t>
      </w:r>
      <w:r w:rsidR="00A70740">
        <w:rPr>
          <w:lang w:val="en-GB"/>
        </w:rPr>
        <w:t xml:space="preserve">MEST </w:t>
      </w:r>
      <w:r w:rsidR="0067395F" w:rsidRPr="0067395F">
        <w:rPr>
          <w:lang w:val="en-GB"/>
        </w:rPr>
        <w:t>EN 14275.</w:t>
      </w:r>
    </w:p>
    <w:p w14:paraId="5F396A36" w14:textId="77777777" w:rsidR="0067395F" w:rsidRPr="0067395F" w:rsidRDefault="0067395F" w:rsidP="00627C43">
      <w:pPr>
        <w:jc w:val="both"/>
        <w:rPr>
          <w:lang w:val="en-GB"/>
        </w:rPr>
      </w:pPr>
      <w:proofErr w:type="spellStart"/>
      <w:r w:rsidRPr="0067395F">
        <w:rPr>
          <w:lang w:val="en-GB"/>
        </w:rPr>
        <w:t>Kontrola</w:t>
      </w:r>
      <w:proofErr w:type="spellEnd"/>
      <w:r w:rsidRPr="0067395F">
        <w:rPr>
          <w:lang w:val="en-GB"/>
        </w:rPr>
        <w:t xml:space="preserve"> </w:t>
      </w:r>
      <w:proofErr w:type="spellStart"/>
      <w:r w:rsidRPr="0067395F">
        <w:rPr>
          <w:lang w:val="en-GB"/>
        </w:rPr>
        <w:t>prisustva</w:t>
      </w:r>
      <w:proofErr w:type="spellEnd"/>
      <w:r w:rsidRPr="0067395F">
        <w:rPr>
          <w:lang w:val="en-GB"/>
        </w:rPr>
        <w:t xml:space="preserve"> </w:t>
      </w:r>
      <w:proofErr w:type="spellStart"/>
      <w:r w:rsidRPr="0067395F">
        <w:rPr>
          <w:lang w:val="en-GB"/>
        </w:rPr>
        <w:t>i</w:t>
      </w:r>
      <w:proofErr w:type="spellEnd"/>
      <w:r w:rsidRPr="0067395F">
        <w:rPr>
          <w:lang w:val="en-GB"/>
        </w:rPr>
        <w:t xml:space="preserve"> </w:t>
      </w:r>
      <w:proofErr w:type="spellStart"/>
      <w:r w:rsidRPr="0067395F">
        <w:rPr>
          <w:lang w:val="en-GB"/>
        </w:rPr>
        <w:t>koncentracije</w:t>
      </w:r>
      <w:proofErr w:type="spellEnd"/>
      <w:r w:rsidRPr="0067395F">
        <w:rPr>
          <w:lang w:val="en-GB"/>
        </w:rPr>
        <w:t xml:space="preserve"> </w:t>
      </w:r>
      <w:proofErr w:type="spellStart"/>
      <w:r w:rsidRPr="0067395F">
        <w:rPr>
          <w:lang w:val="en-GB"/>
        </w:rPr>
        <w:t>markera</w:t>
      </w:r>
      <w:proofErr w:type="spellEnd"/>
      <w:r w:rsidRPr="0067395F">
        <w:rPr>
          <w:lang w:val="en-GB"/>
        </w:rPr>
        <w:t xml:space="preserve"> </w:t>
      </w:r>
      <w:proofErr w:type="spellStart"/>
      <w:r w:rsidRPr="0067395F">
        <w:rPr>
          <w:lang w:val="en-GB"/>
        </w:rPr>
        <w:t>može</w:t>
      </w:r>
      <w:proofErr w:type="spellEnd"/>
      <w:r w:rsidRPr="0067395F">
        <w:rPr>
          <w:lang w:val="en-GB"/>
        </w:rPr>
        <w:t xml:space="preserve"> se </w:t>
      </w:r>
      <w:proofErr w:type="spellStart"/>
      <w:r w:rsidRPr="0067395F">
        <w:rPr>
          <w:lang w:val="en-GB"/>
        </w:rPr>
        <w:t>vršiti</w:t>
      </w:r>
      <w:proofErr w:type="spellEnd"/>
      <w:r w:rsidRPr="0067395F">
        <w:rPr>
          <w:lang w:val="en-GB"/>
        </w:rPr>
        <w:t xml:space="preserve"> </w:t>
      </w:r>
      <w:proofErr w:type="spellStart"/>
      <w:r w:rsidRPr="0067395F">
        <w:rPr>
          <w:lang w:val="en-GB"/>
        </w:rPr>
        <w:t>na</w:t>
      </w:r>
      <w:proofErr w:type="spellEnd"/>
      <w:r w:rsidRPr="0067395F">
        <w:rPr>
          <w:lang w:val="en-GB"/>
        </w:rPr>
        <w:t xml:space="preserve"> </w:t>
      </w:r>
      <w:proofErr w:type="spellStart"/>
      <w:r w:rsidRPr="0067395F">
        <w:rPr>
          <w:lang w:val="en-GB"/>
        </w:rPr>
        <w:t>mjestima</w:t>
      </w:r>
      <w:proofErr w:type="spellEnd"/>
      <w:r w:rsidRPr="0067395F">
        <w:rPr>
          <w:lang w:val="en-GB"/>
        </w:rPr>
        <w:t xml:space="preserve"> </w:t>
      </w:r>
      <w:proofErr w:type="spellStart"/>
      <w:r w:rsidRPr="0067395F">
        <w:rPr>
          <w:lang w:val="en-GB"/>
        </w:rPr>
        <w:t>proizvodnje</w:t>
      </w:r>
      <w:proofErr w:type="spellEnd"/>
      <w:r w:rsidRPr="0067395F">
        <w:rPr>
          <w:lang w:val="en-GB"/>
        </w:rPr>
        <w:t xml:space="preserve">, </w:t>
      </w:r>
      <w:proofErr w:type="spellStart"/>
      <w:r w:rsidRPr="0067395F">
        <w:rPr>
          <w:lang w:val="en-GB"/>
        </w:rPr>
        <w:t>skladištenja</w:t>
      </w:r>
      <w:proofErr w:type="spellEnd"/>
      <w:r w:rsidRPr="0067395F">
        <w:rPr>
          <w:lang w:val="en-GB"/>
        </w:rPr>
        <w:t xml:space="preserve">, </w:t>
      </w:r>
      <w:proofErr w:type="spellStart"/>
      <w:r w:rsidRPr="0067395F">
        <w:rPr>
          <w:lang w:val="en-GB"/>
        </w:rPr>
        <w:t>transporta</w:t>
      </w:r>
      <w:proofErr w:type="spellEnd"/>
      <w:r w:rsidRPr="0067395F">
        <w:rPr>
          <w:lang w:val="en-GB"/>
        </w:rPr>
        <w:t xml:space="preserve">, </w:t>
      </w:r>
      <w:proofErr w:type="spellStart"/>
      <w:r w:rsidRPr="0067395F">
        <w:rPr>
          <w:lang w:val="en-GB"/>
        </w:rPr>
        <w:t>pretakanja</w:t>
      </w:r>
      <w:proofErr w:type="spellEnd"/>
      <w:r w:rsidRPr="0067395F">
        <w:rPr>
          <w:lang w:val="en-GB"/>
        </w:rPr>
        <w:t xml:space="preserve"> </w:t>
      </w:r>
      <w:proofErr w:type="spellStart"/>
      <w:r w:rsidRPr="0067395F">
        <w:rPr>
          <w:lang w:val="en-GB"/>
        </w:rPr>
        <w:t>i</w:t>
      </w:r>
      <w:proofErr w:type="spellEnd"/>
      <w:r w:rsidRPr="0067395F">
        <w:rPr>
          <w:lang w:val="en-GB"/>
        </w:rPr>
        <w:t xml:space="preserve"> </w:t>
      </w:r>
      <w:proofErr w:type="spellStart"/>
      <w:r w:rsidRPr="0067395F">
        <w:rPr>
          <w:lang w:val="en-GB"/>
        </w:rPr>
        <w:t>prometa</w:t>
      </w:r>
      <w:proofErr w:type="spellEnd"/>
      <w:r w:rsidRPr="0067395F">
        <w:rPr>
          <w:lang w:val="en-GB"/>
        </w:rPr>
        <w:t xml:space="preserve"> </w:t>
      </w:r>
      <w:proofErr w:type="spellStart"/>
      <w:r w:rsidRPr="0067395F">
        <w:rPr>
          <w:lang w:val="en-GB"/>
        </w:rPr>
        <w:t>goriva</w:t>
      </w:r>
      <w:proofErr w:type="spellEnd"/>
      <w:r w:rsidRPr="0067395F">
        <w:rPr>
          <w:lang w:val="en-GB"/>
        </w:rPr>
        <w:t xml:space="preserve">, </w:t>
      </w:r>
      <w:proofErr w:type="spellStart"/>
      <w:r w:rsidRPr="0067395F">
        <w:rPr>
          <w:lang w:val="en-GB"/>
        </w:rPr>
        <w:t>uključujući</w:t>
      </w:r>
      <w:proofErr w:type="spellEnd"/>
      <w:r w:rsidRPr="0067395F">
        <w:rPr>
          <w:lang w:val="en-GB"/>
        </w:rPr>
        <w:t xml:space="preserve"> </w:t>
      </w:r>
      <w:proofErr w:type="spellStart"/>
      <w:r w:rsidRPr="0067395F">
        <w:rPr>
          <w:lang w:val="en-GB"/>
        </w:rPr>
        <w:t>skladišta</w:t>
      </w:r>
      <w:proofErr w:type="spellEnd"/>
      <w:r w:rsidRPr="0067395F">
        <w:rPr>
          <w:lang w:val="en-GB"/>
        </w:rPr>
        <w:t xml:space="preserve">, </w:t>
      </w:r>
      <w:proofErr w:type="spellStart"/>
      <w:r w:rsidRPr="0067395F">
        <w:rPr>
          <w:lang w:val="en-GB"/>
        </w:rPr>
        <w:t>transportna</w:t>
      </w:r>
      <w:proofErr w:type="spellEnd"/>
      <w:r w:rsidRPr="0067395F">
        <w:rPr>
          <w:lang w:val="en-GB"/>
        </w:rPr>
        <w:t xml:space="preserve"> </w:t>
      </w:r>
      <w:proofErr w:type="spellStart"/>
      <w:r w:rsidRPr="0067395F">
        <w:rPr>
          <w:lang w:val="en-GB"/>
        </w:rPr>
        <w:t>sredstva</w:t>
      </w:r>
      <w:proofErr w:type="spellEnd"/>
      <w:r w:rsidRPr="0067395F">
        <w:rPr>
          <w:lang w:val="en-GB"/>
        </w:rPr>
        <w:t xml:space="preserve">, </w:t>
      </w:r>
      <w:proofErr w:type="spellStart"/>
      <w:r w:rsidRPr="0067395F">
        <w:rPr>
          <w:lang w:val="en-GB"/>
        </w:rPr>
        <w:t>plovne</w:t>
      </w:r>
      <w:proofErr w:type="spellEnd"/>
      <w:r w:rsidRPr="0067395F">
        <w:rPr>
          <w:lang w:val="en-GB"/>
        </w:rPr>
        <w:t xml:space="preserve"> </w:t>
      </w:r>
      <w:proofErr w:type="spellStart"/>
      <w:r w:rsidRPr="0067395F">
        <w:rPr>
          <w:lang w:val="en-GB"/>
        </w:rPr>
        <w:t>objekte</w:t>
      </w:r>
      <w:proofErr w:type="spellEnd"/>
      <w:r w:rsidRPr="0067395F">
        <w:rPr>
          <w:lang w:val="en-GB"/>
        </w:rPr>
        <w:t xml:space="preserve">, </w:t>
      </w:r>
      <w:proofErr w:type="spellStart"/>
      <w:r w:rsidRPr="0067395F">
        <w:rPr>
          <w:lang w:val="en-GB"/>
        </w:rPr>
        <w:t>benzinske</w:t>
      </w:r>
      <w:proofErr w:type="spellEnd"/>
      <w:r w:rsidRPr="0067395F">
        <w:rPr>
          <w:lang w:val="en-GB"/>
        </w:rPr>
        <w:t xml:space="preserve"> </w:t>
      </w:r>
      <w:proofErr w:type="spellStart"/>
      <w:r w:rsidRPr="0067395F">
        <w:rPr>
          <w:lang w:val="en-GB"/>
        </w:rPr>
        <w:t>stanice</w:t>
      </w:r>
      <w:proofErr w:type="spellEnd"/>
      <w:r w:rsidRPr="0067395F">
        <w:rPr>
          <w:lang w:val="en-GB"/>
        </w:rPr>
        <w:t xml:space="preserve"> </w:t>
      </w:r>
      <w:proofErr w:type="spellStart"/>
      <w:r w:rsidRPr="0067395F">
        <w:rPr>
          <w:lang w:val="en-GB"/>
        </w:rPr>
        <w:t>i</w:t>
      </w:r>
      <w:proofErr w:type="spellEnd"/>
      <w:r w:rsidRPr="0067395F">
        <w:rPr>
          <w:lang w:val="en-GB"/>
        </w:rPr>
        <w:t xml:space="preserve"> </w:t>
      </w:r>
      <w:proofErr w:type="spellStart"/>
      <w:r w:rsidRPr="0067395F">
        <w:rPr>
          <w:lang w:val="en-GB"/>
        </w:rPr>
        <w:t>druga</w:t>
      </w:r>
      <w:proofErr w:type="spellEnd"/>
      <w:r w:rsidRPr="0067395F">
        <w:rPr>
          <w:lang w:val="en-GB"/>
        </w:rPr>
        <w:t xml:space="preserve"> </w:t>
      </w:r>
      <w:proofErr w:type="spellStart"/>
      <w:r w:rsidRPr="0067395F">
        <w:rPr>
          <w:lang w:val="en-GB"/>
        </w:rPr>
        <w:t>mjesta</w:t>
      </w:r>
      <w:proofErr w:type="spellEnd"/>
      <w:r w:rsidRPr="0067395F">
        <w:rPr>
          <w:lang w:val="en-GB"/>
        </w:rPr>
        <w:t xml:space="preserve"> </w:t>
      </w:r>
      <w:proofErr w:type="spellStart"/>
      <w:r w:rsidRPr="0067395F">
        <w:rPr>
          <w:lang w:val="en-GB"/>
        </w:rPr>
        <w:t>na</w:t>
      </w:r>
      <w:proofErr w:type="spellEnd"/>
      <w:r w:rsidRPr="0067395F">
        <w:rPr>
          <w:lang w:val="en-GB"/>
        </w:rPr>
        <w:t xml:space="preserve"> </w:t>
      </w:r>
      <w:proofErr w:type="spellStart"/>
      <w:r w:rsidRPr="0067395F">
        <w:rPr>
          <w:lang w:val="en-GB"/>
        </w:rPr>
        <w:t>kojima</w:t>
      </w:r>
      <w:proofErr w:type="spellEnd"/>
      <w:r w:rsidRPr="0067395F">
        <w:rPr>
          <w:lang w:val="en-GB"/>
        </w:rPr>
        <w:t xml:space="preserve"> se </w:t>
      </w:r>
      <w:proofErr w:type="spellStart"/>
      <w:r w:rsidRPr="0067395F">
        <w:rPr>
          <w:lang w:val="en-GB"/>
        </w:rPr>
        <w:t>gorivo</w:t>
      </w:r>
      <w:proofErr w:type="spellEnd"/>
      <w:r w:rsidRPr="0067395F">
        <w:rPr>
          <w:lang w:val="en-GB"/>
        </w:rPr>
        <w:t xml:space="preserve"> </w:t>
      </w:r>
      <w:proofErr w:type="spellStart"/>
      <w:r w:rsidRPr="0067395F">
        <w:rPr>
          <w:lang w:val="en-GB"/>
        </w:rPr>
        <w:t>nalazi</w:t>
      </w:r>
      <w:proofErr w:type="spellEnd"/>
      <w:r w:rsidRPr="0067395F">
        <w:rPr>
          <w:lang w:val="en-GB"/>
        </w:rPr>
        <w:t>.</w:t>
      </w:r>
    </w:p>
    <w:p w14:paraId="01845E29" w14:textId="3202433A" w:rsidR="00DD1713" w:rsidRPr="00DD1713" w:rsidRDefault="00DD1713" w:rsidP="00DD1713">
      <w:pPr>
        <w:jc w:val="both"/>
        <w:rPr>
          <w:lang w:val="en-GB"/>
        </w:rPr>
      </w:pPr>
      <w:proofErr w:type="spellStart"/>
      <w:r w:rsidRPr="00DD1713">
        <w:rPr>
          <w:lang w:val="en-GB"/>
        </w:rPr>
        <w:t>Provjera</w:t>
      </w:r>
      <w:proofErr w:type="spellEnd"/>
      <w:r w:rsidRPr="00DD1713">
        <w:rPr>
          <w:lang w:val="en-GB"/>
        </w:rPr>
        <w:t xml:space="preserve"> </w:t>
      </w:r>
      <w:proofErr w:type="spellStart"/>
      <w:r w:rsidRPr="00DD1713">
        <w:rPr>
          <w:lang w:val="en-GB"/>
        </w:rPr>
        <w:t>prisustva</w:t>
      </w:r>
      <w:proofErr w:type="spellEnd"/>
      <w:r w:rsidRPr="00DD1713">
        <w:rPr>
          <w:lang w:val="en-GB"/>
        </w:rPr>
        <w:t xml:space="preserve"> </w:t>
      </w:r>
      <w:proofErr w:type="spellStart"/>
      <w:r w:rsidRPr="00DD1713">
        <w:rPr>
          <w:lang w:val="en-GB"/>
        </w:rPr>
        <w:t>i</w:t>
      </w:r>
      <w:proofErr w:type="spellEnd"/>
      <w:r w:rsidRPr="00DD1713">
        <w:rPr>
          <w:lang w:val="en-GB"/>
        </w:rPr>
        <w:t xml:space="preserve"> </w:t>
      </w:r>
      <w:proofErr w:type="spellStart"/>
      <w:r w:rsidRPr="00DD1713">
        <w:rPr>
          <w:lang w:val="en-GB"/>
        </w:rPr>
        <w:t>koncentracije</w:t>
      </w:r>
      <w:proofErr w:type="spellEnd"/>
      <w:r w:rsidRPr="00DD1713">
        <w:rPr>
          <w:lang w:val="en-GB"/>
        </w:rPr>
        <w:t xml:space="preserve"> </w:t>
      </w:r>
      <w:proofErr w:type="spellStart"/>
      <w:r w:rsidRPr="00DD1713">
        <w:rPr>
          <w:lang w:val="en-GB"/>
        </w:rPr>
        <w:t>markera</w:t>
      </w:r>
      <w:proofErr w:type="spellEnd"/>
      <w:r w:rsidRPr="00DD1713">
        <w:rPr>
          <w:lang w:val="en-GB"/>
        </w:rPr>
        <w:t xml:space="preserve"> </w:t>
      </w:r>
      <w:proofErr w:type="spellStart"/>
      <w:r w:rsidRPr="00DD1713">
        <w:rPr>
          <w:lang w:val="en-GB"/>
        </w:rPr>
        <w:t>sprovodi</w:t>
      </w:r>
      <w:proofErr w:type="spellEnd"/>
      <w:r w:rsidRPr="00DD1713">
        <w:rPr>
          <w:lang w:val="en-GB"/>
        </w:rPr>
        <w:t xml:space="preserve"> se:</w:t>
      </w:r>
    </w:p>
    <w:p w14:paraId="4E1D0E7B" w14:textId="0845F19F" w:rsidR="00DD1713" w:rsidRPr="00DD1713" w:rsidRDefault="00DD1713" w:rsidP="00627C43">
      <w:pPr>
        <w:ind w:left="426"/>
        <w:jc w:val="both"/>
        <w:rPr>
          <w:lang w:val="en-GB"/>
        </w:rPr>
      </w:pPr>
      <w:r w:rsidRPr="00DD1713">
        <w:rPr>
          <w:lang w:val="en-GB"/>
        </w:rPr>
        <w:t xml:space="preserve">• </w:t>
      </w:r>
      <w:proofErr w:type="spellStart"/>
      <w:r w:rsidRPr="00DD1713">
        <w:rPr>
          <w:lang w:val="en-GB"/>
        </w:rPr>
        <w:t>terenskom</w:t>
      </w:r>
      <w:proofErr w:type="spellEnd"/>
      <w:r w:rsidRPr="00DD1713">
        <w:rPr>
          <w:lang w:val="en-GB"/>
        </w:rPr>
        <w:t xml:space="preserve"> </w:t>
      </w:r>
      <w:proofErr w:type="spellStart"/>
      <w:r w:rsidRPr="00DD1713">
        <w:rPr>
          <w:lang w:val="en-GB"/>
        </w:rPr>
        <w:t>kontrolom</w:t>
      </w:r>
      <w:proofErr w:type="spellEnd"/>
      <w:r w:rsidRPr="00DD1713">
        <w:rPr>
          <w:lang w:val="en-GB"/>
        </w:rPr>
        <w:t xml:space="preserve"> </w:t>
      </w:r>
      <w:proofErr w:type="spellStart"/>
      <w:r w:rsidRPr="00DD1713">
        <w:rPr>
          <w:lang w:val="en-GB"/>
        </w:rPr>
        <w:t>korišćenjem</w:t>
      </w:r>
      <w:proofErr w:type="spellEnd"/>
      <w:r w:rsidRPr="00DD1713">
        <w:rPr>
          <w:lang w:val="en-GB"/>
        </w:rPr>
        <w:t xml:space="preserve"> </w:t>
      </w:r>
      <w:proofErr w:type="spellStart"/>
      <w:r w:rsidRPr="00DD1713">
        <w:rPr>
          <w:lang w:val="en-GB"/>
        </w:rPr>
        <w:t>mobilnih</w:t>
      </w:r>
      <w:proofErr w:type="spellEnd"/>
      <w:r w:rsidRPr="00DD1713">
        <w:rPr>
          <w:lang w:val="en-GB"/>
        </w:rPr>
        <w:t xml:space="preserve"> </w:t>
      </w:r>
      <w:proofErr w:type="spellStart"/>
      <w:r w:rsidR="00BF2880">
        <w:rPr>
          <w:lang w:val="en-GB"/>
        </w:rPr>
        <w:t>analizatora</w:t>
      </w:r>
      <w:proofErr w:type="spellEnd"/>
      <w:r w:rsidRPr="00DD1713">
        <w:rPr>
          <w:lang w:val="en-GB"/>
        </w:rPr>
        <w:t xml:space="preserve"> za </w:t>
      </w:r>
      <w:proofErr w:type="spellStart"/>
      <w:r w:rsidRPr="00DD1713">
        <w:rPr>
          <w:lang w:val="en-GB"/>
        </w:rPr>
        <w:t>mjerenje</w:t>
      </w:r>
      <w:proofErr w:type="spellEnd"/>
      <w:r w:rsidRPr="00DD1713">
        <w:rPr>
          <w:lang w:val="en-GB"/>
        </w:rPr>
        <w:t xml:space="preserve"> </w:t>
      </w:r>
      <w:proofErr w:type="spellStart"/>
      <w:r w:rsidRPr="00DD1713">
        <w:rPr>
          <w:lang w:val="en-GB"/>
        </w:rPr>
        <w:t>koncentracije</w:t>
      </w:r>
      <w:proofErr w:type="spellEnd"/>
      <w:r w:rsidRPr="00DD1713">
        <w:rPr>
          <w:lang w:val="en-GB"/>
        </w:rPr>
        <w:t xml:space="preserve"> </w:t>
      </w:r>
      <w:proofErr w:type="spellStart"/>
      <w:r w:rsidRPr="00DD1713">
        <w:rPr>
          <w:lang w:val="en-GB"/>
        </w:rPr>
        <w:t>markera</w:t>
      </w:r>
      <w:proofErr w:type="spellEnd"/>
      <w:r w:rsidRPr="00DD1713">
        <w:rPr>
          <w:lang w:val="en-GB"/>
        </w:rPr>
        <w:t xml:space="preserve"> (LSX);</w:t>
      </w:r>
    </w:p>
    <w:p w14:paraId="4BC15861" w14:textId="77777777" w:rsidR="00DD1713" w:rsidRPr="00DD1713" w:rsidRDefault="00DD1713" w:rsidP="00627C43">
      <w:pPr>
        <w:ind w:left="426"/>
        <w:jc w:val="both"/>
        <w:rPr>
          <w:lang w:val="en-GB"/>
        </w:rPr>
      </w:pPr>
      <w:r w:rsidRPr="00DD1713">
        <w:rPr>
          <w:lang w:val="en-GB"/>
        </w:rPr>
        <w:t xml:space="preserve">• </w:t>
      </w:r>
      <w:proofErr w:type="spellStart"/>
      <w:r w:rsidRPr="00DD1713">
        <w:rPr>
          <w:lang w:val="en-GB"/>
        </w:rPr>
        <w:t>laboratorijskom</w:t>
      </w:r>
      <w:proofErr w:type="spellEnd"/>
      <w:r w:rsidRPr="00DD1713">
        <w:rPr>
          <w:lang w:val="en-GB"/>
        </w:rPr>
        <w:t xml:space="preserve"> </w:t>
      </w:r>
      <w:proofErr w:type="spellStart"/>
      <w:r w:rsidRPr="00DD1713">
        <w:rPr>
          <w:lang w:val="en-GB"/>
        </w:rPr>
        <w:t>analizom</w:t>
      </w:r>
      <w:proofErr w:type="spellEnd"/>
      <w:r w:rsidRPr="00DD1713">
        <w:rPr>
          <w:lang w:val="en-GB"/>
        </w:rPr>
        <w:t xml:space="preserve"> </w:t>
      </w:r>
      <w:proofErr w:type="spellStart"/>
      <w:r w:rsidRPr="00DD1713">
        <w:rPr>
          <w:lang w:val="en-GB"/>
        </w:rPr>
        <w:t>uzoraka</w:t>
      </w:r>
      <w:proofErr w:type="spellEnd"/>
      <w:r w:rsidRPr="00DD1713">
        <w:rPr>
          <w:lang w:val="en-GB"/>
        </w:rPr>
        <w:t xml:space="preserve"> </w:t>
      </w:r>
      <w:proofErr w:type="spellStart"/>
      <w:r w:rsidRPr="00DD1713">
        <w:rPr>
          <w:lang w:val="en-GB"/>
        </w:rPr>
        <w:t>goriva</w:t>
      </w:r>
      <w:proofErr w:type="spellEnd"/>
      <w:r w:rsidRPr="00DD1713">
        <w:rPr>
          <w:lang w:val="en-GB"/>
        </w:rPr>
        <w:t xml:space="preserve"> </w:t>
      </w:r>
      <w:proofErr w:type="spellStart"/>
      <w:r w:rsidRPr="00DD1713">
        <w:rPr>
          <w:lang w:val="en-GB"/>
        </w:rPr>
        <w:t>korišćenjem</w:t>
      </w:r>
      <w:proofErr w:type="spellEnd"/>
      <w:r w:rsidRPr="00DD1713">
        <w:rPr>
          <w:lang w:val="en-GB"/>
        </w:rPr>
        <w:t xml:space="preserve"> </w:t>
      </w:r>
      <w:proofErr w:type="spellStart"/>
      <w:r w:rsidRPr="00DD1713">
        <w:rPr>
          <w:lang w:val="en-GB"/>
        </w:rPr>
        <w:t>forenzičkih</w:t>
      </w:r>
      <w:proofErr w:type="spellEnd"/>
      <w:r w:rsidRPr="00DD1713">
        <w:rPr>
          <w:lang w:val="en-GB"/>
        </w:rPr>
        <w:t xml:space="preserve"> </w:t>
      </w:r>
      <w:proofErr w:type="spellStart"/>
      <w:r w:rsidRPr="00DD1713">
        <w:rPr>
          <w:lang w:val="en-GB"/>
        </w:rPr>
        <w:t>uređaja</w:t>
      </w:r>
      <w:proofErr w:type="spellEnd"/>
      <w:r w:rsidRPr="00DD1713">
        <w:rPr>
          <w:lang w:val="en-GB"/>
        </w:rPr>
        <w:t xml:space="preserve"> za </w:t>
      </w:r>
      <w:proofErr w:type="spellStart"/>
      <w:r w:rsidRPr="00DD1713">
        <w:rPr>
          <w:lang w:val="en-GB"/>
        </w:rPr>
        <w:t>mjerenje</w:t>
      </w:r>
      <w:proofErr w:type="spellEnd"/>
      <w:r w:rsidRPr="00DD1713">
        <w:rPr>
          <w:lang w:val="en-GB"/>
        </w:rPr>
        <w:t xml:space="preserve"> </w:t>
      </w:r>
      <w:proofErr w:type="spellStart"/>
      <w:r w:rsidRPr="00DD1713">
        <w:rPr>
          <w:lang w:val="en-GB"/>
        </w:rPr>
        <w:t>koncentracije</w:t>
      </w:r>
      <w:proofErr w:type="spellEnd"/>
      <w:r w:rsidRPr="00DD1713">
        <w:rPr>
          <w:lang w:val="en-GB"/>
        </w:rPr>
        <w:t xml:space="preserve"> </w:t>
      </w:r>
      <w:proofErr w:type="spellStart"/>
      <w:r w:rsidRPr="00DD1713">
        <w:rPr>
          <w:lang w:val="en-GB"/>
        </w:rPr>
        <w:t>markera</w:t>
      </w:r>
      <w:proofErr w:type="spellEnd"/>
      <w:r w:rsidRPr="00DD1713">
        <w:rPr>
          <w:lang w:val="en-GB"/>
        </w:rPr>
        <w:t xml:space="preserve"> (MSX).</w:t>
      </w:r>
    </w:p>
    <w:p w14:paraId="376F9D87" w14:textId="2C6FBCA0" w:rsidR="006345A4" w:rsidRPr="00A82895" w:rsidRDefault="006345A4" w:rsidP="006345A4">
      <w:pPr>
        <w:jc w:val="both"/>
        <w:rPr>
          <w:lang w:val="fr-FR"/>
        </w:rPr>
      </w:pPr>
      <w:proofErr w:type="spellStart"/>
      <w:r w:rsidRPr="00A82895">
        <w:rPr>
          <w:lang w:val="fr-FR"/>
        </w:rPr>
        <w:t>Opis</w:t>
      </w:r>
      <w:proofErr w:type="spellEnd"/>
      <w:r w:rsidRPr="00A82895">
        <w:rPr>
          <w:lang w:val="fr-FR"/>
        </w:rPr>
        <w:t xml:space="preserve"> i </w:t>
      </w:r>
      <w:proofErr w:type="spellStart"/>
      <w:r w:rsidRPr="00A82895">
        <w:rPr>
          <w:lang w:val="fr-FR"/>
        </w:rPr>
        <w:t>rukovanje</w:t>
      </w:r>
      <w:proofErr w:type="spellEnd"/>
      <w:r w:rsidRPr="00A82895">
        <w:rPr>
          <w:lang w:val="fr-FR"/>
        </w:rPr>
        <w:t xml:space="preserve"> </w:t>
      </w:r>
      <w:proofErr w:type="spellStart"/>
      <w:r w:rsidRPr="00A82895">
        <w:rPr>
          <w:lang w:val="fr-FR"/>
        </w:rPr>
        <w:t>uređajima</w:t>
      </w:r>
      <w:proofErr w:type="spellEnd"/>
      <w:r w:rsidRPr="00A82895">
        <w:rPr>
          <w:lang w:val="fr-FR"/>
        </w:rPr>
        <w:t xml:space="preserve"> </w:t>
      </w:r>
      <w:proofErr w:type="spellStart"/>
      <w:r w:rsidRPr="00A82895">
        <w:rPr>
          <w:lang w:val="fr-FR"/>
        </w:rPr>
        <w:t>za</w:t>
      </w:r>
      <w:proofErr w:type="spellEnd"/>
      <w:r w:rsidRPr="00A82895">
        <w:rPr>
          <w:lang w:val="fr-FR"/>
        </w:rPr>
        <w:t xml:space="preserve"> </w:t>
      </w:r>
      <w:proofErr w:type="spellStart"/>
      <w:r w:rsidRPr="00A82895">
        <w:rPr>
          <w:lang w:val="fr-FR"/>
        </w:rPr>
        <w:t>detekciju</w:t>
      </w:r>
      <w:proofErr w:type="spellEnd"/>
      <w:r w:rsidRPr="00A82895">
        <w:rPr>
          <w:lang w:val="fr-FR"/>
        </w:rPr>
        <w:t xml:space="preserve"> </w:t>
      </w:r>
      <w:proofErr w:type="spellStart"/>
      <w:r w:rsidRPr="00A82895">
        <w:rPr>
          <w:lang w:val="fr-FR"/>
        </w:rPr>
        <w:t>dati</w:t>
      </w:r>
      <w:proofErr w:type="spellEnd"/>
      <w:r w:rsidRPr="00A82895">
        <w:rPr>
          <w:lang w:val="fr-FR"/>
        </w:rPr>
        <w:t xml:space="preserve"> su u </w:t>
      </w:r>
      <w:proofErr w:type="spellStart"/>
      <w:r w:rsidRPr="00A82895">
        <w:rPr>
          <w:lang w:val="fr-FR"/>
        </w:rPr>
        <w:t>Upustvu</w:t>
      </w:r>
      <w:proofErr w:type="spellEnd"/>
      <w:r w:rsidRPr="00A82895">
        <w:rPr>
          <w:lang w:val="fr-FR"/>
        </w:rPr>
        <w:t xml:space="preserve"> </w:t>
      </w:r>
      <w:proofErr w:type="spellStart"/>
      <w:r w:rsidRPr="00A82895">
        <w:rPr>
          <w:lang w:val="fr-FR"/>
        </w:rPr>
        <w:t>za</w:t>
      </w:r>
      <w:proofErr w:type="spellEnd"/>
      <w:r w:rsidRPr="00A82895">
        <w:rPr>
          <w:lang w:val="fr-FR"/>
        </w:rPr>
        <w:t xml:space="preserve"> </w:t>
      </w:r>
      <w:proofErr w:type="spellStart"/>
      <w:r w:rsidRPr="00A82895">
        <w:rPr>
          <w:lang w:val="fr-FR"/>
        </w:rPr>
        <w:t>korišćenje</w:t>
      </w:r>
      <w:proofErr w:type="spellEnd"/>
      <w:r w:rsidRPr="00A82895">
        <w:rPr>
          <w:lang w:val="fr-FR"/>
        </w:rPr>
        <w:t xml:space="preserve">, </w:t>
      </w:r>
      <w:proofErr w:type="spellStart"/>
      <w:r w:rsidRPr="00A82895">
        <w:rPr>
          <w:lang w:val="fr-FR"/>
        </w:rPr>
        <w:t>podešavanje</w:t>
      </w:r>
      <w:proofErr w:type="spellEnd"/>
      <w:r w:rsidRPr="00A82895">
        <w:rPr>
          <w:lang w:val="fr-FR"/>
        </w:rPr>
        <w:t xml:space="preserve"> </w:t>
      </w:r>
      <w:r w:rsidR="00803024" w:rsidRPr="00A82895">
        <w:rPr>
          <w:lang w:val="fr-FR"/>
        </w:rPr>
        <w:t xml:space="preserve">i </w:t>
      </w:r>
      <w:proofErr w:type="spellStart"/>
      <w:r w:rsidRPr="00A82895">
        <w:rPr>
          <w:lang w:val="fr-FR"/>
        </w:rPr>
        <w:t>održavanje</w:t>
      </w:r>
      <w:proofErr w:type="spellEnd"/>
      <w:r w:rsidRPr="00A82895">
        <w:rPr>
          <w:lang w:val="fr-FR"/>
        </w:rPr>
        <w:t xml:space="preserve"> </w:t>
      </w:r>
      <w:proofErr w:type="spellStart"/>
      <w:r w:rsidR="00E74C62">
        <w:rPr>
          <w:lang w:val="fr-FR"/>
        </w:rPr>
        <w:t>opreme</w:t>
      </w:r>
      <w:proofErr w:type="spellEnd"/>
      <w:r w:rsidR="00E74C62">
        <w:rPr>
          <w:lang w:val="fr-FR"/>
        </w:rPr>
        <w:t xml:space="preserve"> </w:t>
      </w:r>
      <w:proofErr w:type="spellStart"/>
      <w:r w:rsidR="00E74C62">
        <w:rPr>
          <w:lang w:val="fr-FR"/>
        </w:rPr>
        <w:t>koja</w:t>
      </w:r>
      <w:proofErr w:type="spellEnd"/>
      <w:r w:rsidR="00E74C62">
        <w:rPr>
          <w:lang w:val="fr-FR"/>
        </w:rPr>
        <w:t xml:space="preserve"> se </w:t>
      </w:r>
      <w:proofErr w:type="spellStart"/>
      <w:r w:rsidR="00E74C62">
        <w:rPr>
          <w:lang w:val="fr-FR"/>
        </w:rPr>
        <w:t>koristi</w:t>
      </w:r>
      <w:proofErr w:type="spellEnd"/>
      <w:r w:rsidR="00D44571">
        <w:rPr>
          <w:lang w:val="fr-FR"/>
        </w:rPr>
        <w:t xml:space="preserve"> u </w:t>
      </w:r>
      <w:proofErr w:type="spellStart"/>
      <w:r w:rsidR="00D44571">
        <w:rPr>
          <w:lang w:val="fr-FR"/>
        </w:rPr>
        <w:t>programu</w:t>
      </w:r>
      <w:proofErr w:type="spellEnd"/>
      <w:r w:rsidR="00D44571">
        <w:rPr>
          <w:lang w:val="fr-FR"/>
        </w:rPr>
        <w:t xml:space="preserve"> </w:t>
      </w:r>
      <w:proofErr w:type="spellStart"/>
      <w:r w:rsidR="00D44571">
        <w:rPr>
          <w:lang w:val="fr-FR"/>
        </w:rPr>
        <w:t>markiranja</w:t>
      </w:r>
      <w:proofErr w:type="spellEnd"/>
      <w:r w:rsidR="00D44571">
        <w:rPr>
          <w:lang w:val="fr-FR"/>
        </w:rPr>
        <w:t xml:space="preserve"> </w:t>
      </w:r>
      <w:proofErr w:type="spellStart"/>
      <w:r w:rsidR="00D44571">
        <w:rPr>
          <w:lang w:val="fr-FR"/>
        </w:rPr>
        <w:t>goriva</w:t>
      </w:r>
      <w:proofErr w:type="spellEnd"/>
      <w:r w:rsidR="00D44571">
        <w:rPr>
          <w:lang w:val="fr-FR"/>
        </w:rPr>
        <w:t xml:space="preserve"> u </w:t>
      </w:r>
      <w:proofErr w:type="spellStart"/>
      <w:r w:rsidR="00D44571">
        <w:rPr>
          <w:lang w:val="fr-FR"/>
        </w:rPr>
        <w:t>Crnoj</w:t>
      </w:r>
      <w:proofErr w:type="spellEnd"/>
      <w:r w:rsidR="00D44571">
        <w:rPr>
          <w:lang w:val="fr-FR"/>
        </w:rPr>
        <w:t xml:space="preserve"> Gori</w:t>
      </w:r>
      <w:r w:rsidRPr="00A82895">
        <w:rPr>
          <w:lang w:val="fr-FR"/>
        </w:rPr>
        <w:t>.</w:t>
      </w:r>
    </w:p>
    <w:p w14:paraId="4FFB1D6F" w14:textId="1285DC01" w:rsidR="006345A4" w:rsidRPr="00A82895" w:rsidRDefault="006345A4" w:rsidP="006345A4">
      <w:pPr>
        <w:jc w:val="both"/>
        <w:rPr>
          <w:lang w:val="fr-FR"/>
        </w:rPr>
      </w:pPr>
      <w:proofErr w:type="spellStart"/>
      <w:r w:rsidRPr="00A82895">
        <w:rPr>
          <w:lang w:val="fr-FR"/>
        </w:rPr>
        <w:t>Derivati</w:t>
      </w:r>
      <w:proofErr w:type="spellEnd"/>
      <w:r w:rsidRPr="00A82895">
        <w:rPr>
          <w:lang w:val="fr-FR"/>
        </w:rPr>
        <w:t xml:space="preserve"> </w:t>
      </w:r>
      <w:proofErr w:type="spellStart"/>
      <w:r w:rsidRPr="00A82895">
        <w:rPr>
          <w:lang w:val="fr-FR"/>
        </w:rPr>
        <w:t>nafte</w:t>
      </w:r>
      <w:proofErr w:type="spellEnd"/>
      <w:r w:rsidRPr="00A82895">
        <w:rPr>
          <w:lang w:val="fr-FR"/>
        </w:rPr>
        <w:t xml:space="preserve"> se </w:t>
      </w:r>
      <w:proofErr w:type="spellStart"/>
      <w:r w:rsidRPr="00A82895">
        <w:rPr>
          <w:lang w:val="fr-FR"/>
        </w:rPr>
        <w:t>markiraju</w:t>
      </w:r>
      <w:proofErr w:type="spellEnd"/>
      <w:r w:rsidRPr="00A82895">
        <w:rPr>
          <w:lang w:val="fr-FR"/>
        </w:rPr>
        <w:t xml:space="preserve"> na </w:t>
      </w:r>
      <w:proofErr w:type="spellStart"/>
      <w:r w:rsidRPr="00A82895">
        <w:rPr>
          <w:lang w:val="fr-FR"/>
        </w:rPr>
        <w:t>ciljni</w:t>
      </w:r>
      <w:proofErr w:type="spellEnd"/>
      <w:r w:rsidRPr="00A82895">
        <w:rPr>
          <w:lang w:val="fr-FR"/>
        </w:rPr>
        <w:t xml:space="preserve"> nivo </w:t>
      </w:r>
      <w:proofErr w:type="spellStart"/>
      <w:r w:rsidRPr="00A82895">
        <w:rPr>
          <w:lang w:val="fr-FR"/>
        </w:rPr>
        <w:t>markiranja</w:t>
      </w:r>
      <w:proofErr w:type="spellEnd"/>
      <w:r w:rsidRPr="00A82895">
        <w:rPr>
          <w:lang w:val="fr-FR"/>
        </w:rPr>
        <w:t xml:space="preserve"> </w:t>
      </w:r>
      <w:proofErr w:type="spellStart"/>
      <w:r w:rsidRPr="00A82895">
        <w:rPr>
          <w:lang w:val="fr-FR"/>
        </w:rPr>
        <w:t>od</w:t>
      </w:r>
      <w:proofErr w:type="spellEnd"/>
      <w:r w:rsidRPr="00A82895">
        <w:rPr>
          <w:lang w:val="fr-FR"/>
        </w:rPr>
        <w:t xml:space="preserve"> 100% </w:t>
      </w:r>
      <w:proofErr w:type="spellStart"/>
      <w:r w:rsidRPr="00A82895">
        <w:rPr>
          <w:lang w:val="fr-FR"/>
        </w:rPr>
        <w:t>što</w:t>
      </w:r>
      <w:proofErr w:type="spellEnd"/>
      <w:r w:rsidRPr="00A82895">
        <w:rPr>
          <w:lang w:val="fr-FR"/>
        </w:rPr>
        <w:t xml:space="preserve"> se </w:t>
      </w:r>
      <w:proofErr w:type="spellStart"/>
      <w:r w:rsidRPr="00A82895">
        <w:rPr>
          <w:lang w:val="fr-FR"/>
        </w:rPr>
        <w:t>postiže</w:t>
      </w:r>
      <w:proofErr w:type="spellEnd"/>
      <w:r w:rsidRPr="00A82895">
        <w:rPr>
          <w:lang w:val="fr-FR"/>
        </w:rPr>
        <w:t xml:space="preserve"> </w:t>
      </w:r>
      <w:proofErr w:type="spellStart"/>
      <w:r w:rsidRPr="00A82895">
        <w:rPr>
          <w:lang w:val="fr-FR"/>
        </w:rPr>
        <w:t>dodavanjem</w:t>
      </w:r>
      <w:proofErr w:type="spellEnd"/>
      <w:r w:rsidRPr="00A82895">
        <w:rPr>
          <w:lang w:val="fr-FR"/>
        </w:rPr>
        <w:t xml:space="preserve"> </w:t>
      </w:r>
      <w:proofErr w:type="spellStart"/>
      <w:r w:rsidRPr="00A82895">
        <w:rPr>
          <w:lang w:val="fr-FR"/>
        </w:rPr>
        <w:t>određene</w:t>
      </w:r>
      <w:proofErr w:type="spellEnd"/>
      <w:r w:rsidRPr="00A82895">
        <w:rPr>
          <w:lang w:val="fr-FR"/>
        </w:rPr>
        <w:t xml:space="preserve"> </w:t>
      </w:r>
      <w:proofErr w:type="spellStart"/>
      <w:r w:rsidRPr="00A82895">
        <w:rPr>
          <w:lang w:val="fr-FR"/>
        </w:rPr>
        <w:t>količine</w:t>
      </w:r>
      <w:proofErr w:type="spellEnd"/>
      <w:r w:rsidRPr="00A82895">
        <w:rPr>
          <w:lang w:val="fr-FR"/>
        </w:rPr>
        <w:t xml:space="preserve"> </w:t>
      </w:r>
      <w:proofErr w:type="spellStart"/>
      <w:r w:rsidRPr="00A82895">
        <w:rPr>
          <w:lang w:val="fr-FR"/>
        </w:rPr>
        <w:t>markera</w:t>
      </w:r>
      <w:proofErr w:type="spellEnd"/>
      <w:r w:rsidRPr="00A82895">
        <w:rPr>
          <w:lang w:val="fr-FR"/>
        </w:rPr>
        <w:t xml:space="preserve"> u </w:t>
      </w:r>
      <w:proofErr w:type="spellStart"/>
      <w:r w:rsidRPr="00A82895">
        <w:rPr>
          <w:lang w:val="fr-FR"/>
        </w:rPr>
        <w:t>derivate</w:t>
      </w:r>
      <w:proofErr w:type="spellEnd"/>
      <w:r w:rsidRPr="00A82895">
        <w:rPr>
          <w:lang w:val="fr-FR"/>
        </w:rPr>
        <w:t xml:space="preserve"> </w:t>
      </w:r>
      <w:proofErr w:type="spellStart"/>
      <w:r w:rsidRPr="00A82895">
        <w:rPr>
          <w:lang w:val="fr-FR"/>
        </w:rPr>
        <w:t>nafte</w:t>
      </w:r>
      <w:proofErr w:type="spellEnd"/>
      <w:r w:rsidRPr="00A82895">
        <w:rPr>
          <w:lang w:val="fr-FR"/>
        </w:rPr>
        <w:t xml:space="preserve"> </w:t>
      </w:r>
      <w:proofErr w:type="spellStart"/>
      <w:r w:rsidRPr="00A82895">
        <w:rPr>
          <w:lang w:val="fr-FR"/>
        </w:rPr>
        <w:t>koja</w:t>
      </w:r>
      <w:proofErr w:type="spellEnd"/>
      <w:r w:rsidRPr="00A82895">
        <w:rPr>
          <w:lang w:val="fr-FR"/>
        </w:rPr>
        <w:t xml:space="preserve"> je </w:t>
      </w:r>
      <w:proofErr w:type="spellStart"/>
      <w:r w:rsidRPr="00A82895">
        <w:rPr>
          <w:lang w:val="fr-FR"/>
        </w:rPr>
        <w:t>propisana</w:t>
      </w:r>
      <w:proofErr w:type="spellEnd"/>
      <w:r w:rsidRPr="00A82895">
        <w:rPr>
          <w:lang w:val="fr-FR"/>
        </w:rPr>
        <w:t xml:space="preserve"> u </w:t>
      </w:r>
      <w:proofErr w:type="spellStart"/>
      <w:r w:rsidR="00803024" w:rsidRPr="00A82895">
        <w:rPr>
          <w:lang w:val="fr-FR"/>
        </w:rPr>
        <w:t>poglavlju</w:t>
      </w:r>
      <w:proofErr w:type="spellEnd"/>
      <w:r w:rsidR="00803024" w:rsidRPr="00A82895">
        <w:rPr>
          <w:lang w:val="fr-FR"/>
        </w:rPr>
        <w:t xml:space="preserve"> 10.1 </w:t>
      </w:r>
      <w:proofErr w:type="spellStart"/>
      <w:r w:rsidR="00803024" w:rsidRPr="00A82895">
        <w:rPr>
          <w:lang w:val="fr-FR"/>
        </w:rPr>
        <w:t>ovog</w:t>
      </w:r>
      <w:proofErr w:type="spellEnd"/>
      <w:r w:rsidR="00803024" w:rsidRPr="00A82895">
        <w:rPr>
          <w:lang w:val="fr-FR"/>
        </w:rPr>
        <w:t xml:space="preserve"> </w:t>
      </w:r>
      <w:proofErr w:type="spellStart"/>
      <w:r w:rsidR="00803024" w:rsidRPr="00A82895">
        <w:rPr>
          <w:lang w:val="fr-FR"/>
        </w:rPr>
        <w:t>Uputstva</w:t>
      </w:r>
      <w:proofErr w:type="spellEnd"/>
      <w:r w:rsidR="00803024" w:rsidRPr="00A82895">
        <w:rPr>
          <w:lang w:val="fr-FR"/>
        </w:rPr>
        <w:t>.</w:t>
      </w:r>
    </w:p>
    <w:p w14:paraId="308B3A36" w14:textId="22DE63DC" w:rsidR="00B87EC8" w:rsidRDefault="00B87EC8" w:rsidP="0052692B">
      <w:pPr>
        <w:spacing w:after="0" w:line="300" w:lineRule="atLeast"/>
        <w:jc w:val="both"/>
        <w:rPr>
          <w:lang w:val="fr-FR"/>
        </w:rPr>
      </w:pPr>
      <w:proofErr w:type="spellStart"/>
      <w:r w:rsidRPr="00627C43">
        <w:rPr>
          <w:lang w:val="fr-FR"/>
        </w:rPr>
        <w:t>Terenska</w:t>
      </w:r>
      <w:proofErr w:type="spellEnd"/>
      <w:r w:rsidRPr="00627C43">
        <w:rPr>
          <w:lang w:val="fr-FR"/>
        </w:rPr>
        <w:t xml:space="preserve"> </w:t>
      </w:r>
      <w:proofErr w:type="spellStart"/>
      <w:r w:rsidRPr="00627C43">
        <w:rPr>
          <w:lang w:val="fr-FR"/>
        </w:rPr>
        <w:t>kontrola</w:t>
      </w:r>
      <w:proofErr w:type="spellEnd"/>
      <w:r w:rsidRPr="00627C43">
        <w:rPr>
          <w:lang w:val="fr-FR"/>
        </w:rPr>
        <w:t xml:space="preserve"> </w:t>
      </w:r>
      <w:proofErr w:type="spellStart"/>
      <w:r w:rsidRPr="00627C43">
        <w:rPr>
          <w:lang w:val="fr-FR"/>
        </w:rPr>
        <w:t>uzoraka</w:t>
      </w:r>
      <w:proofErr w:type="spellEnd"/>
      <w:r w:rsidRPr="00627C43">
        <w:rPr>
          <w:lang w:val="fr-FR"/>
        </w:rPr>
        <w:t xml:space="preserve">, </w:t>
      </w:r>
      <w:proofErr w:type="spellStart"/>
      <w:r w:rsidRPr="00627C43">
        <w:rPr>
          <w:lang w:val="fr-FR"/>
        </w:rPr>
        <w:t>odnosno</w:t>
      </w:r>
      <w:proofErr w:type="spellEnd"/>
      <w:r w:rsidRPr="00627C43">
        <w:rPr>
          <w:lang w:val="fr-FR"/>
        </w:rPr>
        <w:t xml:space="preserve"> </w:t>
      </w:r>
      <w:proofErr w:type="spellStart"/>
      <w:r w:rsidRPr="00627C43">
        <w:rPr>
          <w:lang w:val="fr-FR"/>
        </w:rPr>
        <w:t>mjerenje</w:t>
      </w:r>
      <w:proofErr w:type="spellEnd"/>
      <w:r w:rsidRPr="00627C43">
        <w:rPr>
          <w:lang w:val="fr-FR"/>
        </w:rPr>
        <w:t xml:space="preserve"> </w:t>
      </w:r>
      <w:proofErr w:type="spellStart"/>
      <w:r w:rsidRPr="00627C43">
        <w:rPr>
          <w:lang w:val="fr-FR"/>
        </w:rPr>
        <w:t>koncentracije</w:t>
      </w:r>
      <w:proofErr w:type="spellEnd"/>
      <w:r w:rsidRPr="00627C43">
        <w:rPr>
          <w:lang w:val="fr-FR"/>
        </w:rPr>
        <w:t xml:space="preserve"> </w:t>
      </w:r>
      <w:proofErr w:type="spellStart"/>
      <w:r w:rsidRPr="00627C43">
        <w:rPr>
          <w:lang w:val="fr-FR"/>
        </w:rPr>
        <w:t>markera</w:t>
      </w:r>
      <w:proofErr w:type="spellEnd"/>
      <w:r w:rsidRPr="00627C43">
        <w:rPr>
          <w:lang w:val="fr-FR"/>
        </w:rPr>
        <w:t xml:space="preserve"> u </w:t>
      </w:r>
      <w:proofErr w:type="spellStart"/>
      <w:r w:rsidRPr="00627C43">
        <w:rPr>
          <w:lang w:val="fr-FR"/>
        </w:rPr>
        <w:t>gorivu</w:t>
      </w:r>
      <w:proofErr w:type="spellEnd"/>
      <w:r w:rsidRPr="00627C43">
        <w:rPr>
          <w:lang w:val="fr-FR"/>
        </w:rPr>
        <w:t xml:space="preserve">, </w:t>
      </w:r>
      <w:proofErr w:type="spellStart"/>
      <w:r w:rsidRPr="00627C43">
        <w:rPr>
          <w:lang w:val="fr-FR"/>
        </w:rPr>
        <w:t>vrši</w:t>
      </w:r>
      <w:proofErr w:type="spellEnd"/>
      <w:r w:rsidRPr="00627C43">
        <w:rPr>
          <w:lang w:val="fr-FR"/>
        </w:rPr>
        <w:t xml:space="preserve"> se </w:t>
      </w:r>
      <w:proofErr w:type="spellStart"/>
      <w:r w:rsidRPr="00627C43">
        <w:rPr>
          <w:lang w:val="fr-FR"/>
        </w:rPr>
        <w:t>korišćenjem</w:t>
      </w:r>
      <w:proofErr w:type="spellEnd"/>
      <w:r w:rsidRPr="00627C43">
        <w:rPr>
          <w:lang w:val="fr-FR"/>
        </w:rPr>
        <w:t xml:space="preserve"> LSX </w:t>
      </w:r>
      <w:proofErr w:type="spellStart"/>
      <w:r w:rsidRPr="00627C43">
        <w:rPr>
          <w:lang w:val="fr-FR"/>
        </w:rPr>
        <w:t>mobilnog</w:t>
      </w:r>
      <w:proofErr w:type="spellEnd"/>
      <w:r w:rsidRPr="00627C43">
        <w:rPr>
          <w:lang w:val="fr-FR"/>
        </w:rPr>
        <w:t xml:space="preserve"> </w:t>
      </w:r>
      <w:proofErr w:type="spellStart"/>
      <w:r w:rsidR="0052692B">
        <w:rPr>
          <w:lang w:val="fr-FR"/>
        </w:rPr>
        <w:t>analizatora</w:t>
      </w:r>
      <w:proofErr w:type="spellEnd"/>
      <w:r w:rsidRPr="00627C43">
        <w:rPr>
          <w:lang w:val="fr-FR"/>
        </w:rPr>
        <w:t xml:space="preserve"> </w:t>
      </w:r>
      <w:proofErr w:type="spellStart"/>
      <w:r w:rsidRPr="00627C43">
        <w:rPr>
          <w:lang w:val="fr-FR"/>
        </w:rPr>
        <w:t>za</w:t>
      </w:r>
      <w:proofErr w:type="spellEnd"/>
      <w:r w:rsidRPr="00627C43">
        <w:rPr>
          <w:lang w:val="fr-FR"/>
        </w:rPr>
        <w:t xml:space="preserve"> </w:t>
      </w:r>
      <w:proofErr w:type="spellStart"/>
      <w:r w:rsidRPr="00627C43">
        <w:rPr>
          <w:lang w:val="fr-FR"/>
        </w:rPr>
        <w:t>mjerenje</w:t>
      </w:r>
      <w:proofErr w:type="spellEnd"/>
      <w:r w:rsidRPr="00627C43">
        <w:rPr>
          <w:lang w:val="fr-FR"/>
        </w:rPr>
        <w:t xml:space="preserve"> </w:t>
      </w:r>
      <w:proofErr w:type="spellStart"/>
      <w:r w:rsidRPr="00627C43">
        <w:rPr>
          <w:lang w:val="fr-FR"/>
        </w:rPr>
        <w:t>koncentracije</w:t>
      </w:r>
      <w:proofErr w:type="spellEnd"/>
      <w:r w:rsidRPr="00627C43">
        <w:rPr>
          <w:lang w:val="fr-FR"/>
        </w:rPr>
        <w:t xml:space="preserve"> </w:t>
      </w:r>
      <w:proofErr w:type="spellStart"/>
      <w:r w:rsidRPr="00627C43">
        <w:rPr>
          <w:lang w:val="fr-FR"/>
        </w:rPr>
        <w:t>markera</w:t>
      </w:r>
      <w:proofErr w:type="spellEnd"/>
      <w:r w:rsidRPr="00627C43">
        <w:rPr>
          <w:lang w:val="fr-FR"/>
        </w:rPr>
        <w:t xml:space="preserve">. </w:t>
      </w:r>
      <w:proofErr w:type="spellStart"/>
      <w:r w:rsidRPr="00627C43">
        <w:rPr>
          <w:lang w:val="fr-FR"/>
        </w:rPr>
        <w:t>Osnovna</w:t>
      </w:r>
      <w:proofErr w:type="spellEnd"/>
      <w:r w:rsidRPr="00627C43">
        <w:rPr>
          <w:lang w:val="fr-FR"/>
        </w:rPr>
        <w:t xml:space="preserve"> </w:t>
      </w:r>
      <w:proofErr w:type="spellStart"/>
      <w:r w:rsidRPr="00627C43">
        <w:rPr>
          <w:lang w:val="fr-FR"/>
        </w:rPr>
        <w:t>namjena</w:t>
      </w:r>
      <w:proofErr w:type="spellEnd"/>
      <w:r w:rsidRPr="00627C43">
        <w:rPr>
          <w:lang w:val="fr-FR"/>
        </w:rPr>
        <w:t xml:space="preserve"> </w:t>
      </w:r>
      <w:proofErr w:type="spellStart"/>
      <w:r w:rsidR="0052692B">
        <w:rPr>
          <w:lang w:val="fr-FR"/>
        </w:rPr>
        <w:t>analizatora</w:t>
      </w:r>
      <w:proofErr w:type="spellEnd"/>
      <w:r w:rsidRPr="00627C43">
        <w:rPr>
          <w:lang w:val="fr-FR"/>
        </w:rPr>
        <w:t xml:space="preserve"> je </w:t>
      </w:r>
      <w:proofErr w:type="spellStart"/>
      <w:r w:rsidR="002278FA">
        <w:rPr>
          <w:lang w:val="fr-FR"/>
        </w:rPr>
        <w:t>kontrola</w:t>
      </w:r>
      <w:proofErr w:type="spellEnd"/>
      <w:r w:rsidRPr="00627C43">
        <w:rPr>
          <w:lang w:val="fr-FR"/>
        </w:rPr>
        <w:t xml:space="preserve"> </w:t>
      </w:r>
      <w:proofErr w:type="spellStart"/>
      <w:r w:rsidRPr="00627C43">
        <w:rPr>
          <w:lang w:val="fr-FR"/>
        </w:rPr>
        <w:t>prisustva</w:t>
      </w:r>
      <w:proofErr w:type="spellEnd"/>
      <w:r w:rsidRPr="00627C43">
        <w:rPr>
          <w:lang w:val="fr-FR"/>
        </w:rPr>
        <w:t xml:space="preserve"> i </w:t>
      </w:r>
      <w:proofErr w:type="spellStart"/>
      <w:r w:rsidRPr="00627C43">
        <w:rPr>
          <w:lang w:val="fr-FR"/>
        </w:rPr>
        <w:t>koncentracije</w:t>
      </w:r>
      <w:proofErr w:type="spellEnd"/>
      <w:r w:rsidRPr="00627C43">
        <w:rPr>
          <w:lang w:val="fr-FR"/>
        </w:rPr>
        <w:t xml:space="preserve"> </w:t>
      </w:r>
      <w:proofErr w:type="spellStart"/>
      <w:r w:rsidRPr="00627C43">
        <w:rPr>
          <w:lang w:val="fr-FR"/>
        </w:rPr>
        <w:t>markera</w:t>
      </w:r>
      <w:proofErr w:type="spellEnd"/>
      <w:r w:rsidR="002278FA">
        <w:rPr>
          <w:lang w:val="fr-FR"/>
        </w:rPr>
        <w:t xml:space="preserve"> na </w:t>
      </w:r>
      <w:proofErr w:type="spellStart"/>
      <w:r w:rsidR="002278FA">
        <w:rPr>
          <w:lang w:val="fr-FR"/>
        </w:rPr>
        <w:t>terenu</w:t>
      </w:r>
      <w:proofErr w:type="spellEnd"/>
      <w:r w:rsidRPr="00627C43">
        <w:rPr>
          <w:lang w:val="fr-FR"/>
        </w:rPr>
        <w:t xml:space="preserve">, a </w:t>
      </w:r>
      <w:proofErr w:type="spellStart"/>
      <w:r w:rsidRPr="00627C43">
        <w:rPr>
          <w:lang w:val="fr-FR"/>
        </w:rPr>
        <w:t>rezultati</w:t>
      </w:r>
      <w:proofErr w:type="spellEnd"/>
      <w:r w:rsidRPr="00627C43">
        <w:rPr>
          <w:lang w:val="fr-FR"/>
        </w:rPr>
        <w:t xml:space="preserve"> </w:t>
      </w:r>
      <w:proofErr w:type="spellStart"/>
      <w:r w:rsidRPr="00627C43">
        <w:rPr>
          <w:lang w:val="fr-FR"/>
        </w:rPr>
        <w:t>mjerenja</w:t>
      </w:r>
      <w:proofErr w:type="spellEnd"/>
      <w:r w:rsidRPr="00627C43">
        <w:rPr>
          <w:lang w:val="fr-FR"/>
        </w:rPr>
        <w:t xml:space="preserve"> </w:t>
      </w:r>
      <w:proofErr w:type="spellStart"/>
      <w:r w:rsidRPr="00627C43">
        <w:rPr>
          <w:lang w:val="fr-FR"/>
        </w:rPr>
        <w:t>tumače</w:t>
      </w:r>
      <w:proofErr w:type="spellEnd"/>
      <w:r w:rsidRPr="00627C43">
        <w:rPr>
          <w:lang w:val="fr-FR"/>
        </w:rPr>
        <w:t xml:space="preserve"> se na </w:t>
      </w:r>
      <w:proofErr w:type="spellStart"/>
      <w:r w:rsidRPr="00627C43">
        <w:rPr>
          <w:lang w:val="fr-FR"/>
        </w:rPr>
        <w:t>sljedeći</w:t>
      </w:r>
      <w:proofErr w:type="spellEnd"/>
      <w:r w:rsidRPr="00627C43">
        <w:rPr>
          <w:lang w:val="fr-FR"/>
        </w:rPr>
        <w:t xml:space="preserve"> </w:t>
      </w:r>
      <w:proofErr w:type="spellStart"/>
      <w:proofErr w:type="gramStart"/>
      <w:r w:rsidRPr="00627C43">
        <w:rPr>
          <w:lang w:val="fr-FR"/>
        </w:rPr>
        <w:t>način</w:t>
      </w:r>
      <w:proofErr w:type="spellEnd"/>
      <w:r w:rsidR="0052692B">
        <w:rPr>
          <w:lang w:val="fr-FR"/>
        </w:rPr>
        <w:t>:</w:t>
      </w:r>
      <w:proofErr w:type="gramEnd"/>
    </w:p>
    <w:p w14:paraId="28D7A860" w14:textId="77777777" w:rsidR="0052692B" w:rsidRPr="00627C43" w:rsidRDefault="0052692B" w:rsidP="00627C43">
      <w:pPr>
        <w:spacing w:after="0" w:line="300" w:lineRule="atLeast"/>
        <w:jc w:val="both"/>
        <w:rPr>
          <w:lang w:val="fr-FR"/>
        </w:rPr>
      </w:pPr>
    </w:p>
    <w:p w14:paraId="0AE709AC" w14:textId="09B6B052" w:rsidR="00B53A14" w:rsidRPr="00627C43" w:rsidRDefault="00B53A14" w:rsidP="00B53A14">
      <w:pPr>
        <w:pStyle w:val="ListParagraph"/>
        <w:numPr>
          <w:ilvl w:val="0"/>
          <w:numId w:val="31"/>
        </w:numPr>
        <w:spacing w:after="0" w:line="240" w:lineRule="auto"/>
        <w:ind w:left="851" w:hanging="851"/>
        <w:contextualSpacing w:val="0"/>
        <w:jc w:val="both"/>
        <w:rPr>
          <w:rFonts w:cs="Arial"/>
          <w:b/>
        </w:rPr>
      </w:pPr>
      <w:proofErr w:type="spellStart"/>
      <w:r w:rsidRPr="00627C43">
        <w:rPr>
          <w:rFonts w:cs="Arial"/>
          <w:b/>
        </w:rPr>
        <w:t>Rezultat</w:t>
      </w:r>
      <w:proofErr w:type="spellEnd"/>
      <w:r w:rsidRPr="00627C43">
        <w:rPr>
          <w:rFonts w:cs="Arial"/>
          <w:b/>
        </w:rPr>
        <w:t xml:space="preserve"> </w:t>
      </w:r>
      <w:r w:rsidR="00BA4CA0">
        <w:rPr>
          <w:rFonts w:cs="Arial"/>
          <w:b/>
        </w:rPr>
        <w:t>–</w:t>
      </w:r>
      <w:r w:rsidRPr="00627C43">
        <w:rPr>
          <w:rFonts w:cs="Arial"/>
          <w:b/>
        </w:rPr>
        <w:t xml:space="preserve"> </w:t>
      </w:r>
      <w:proofErr w:type="spellStart"/>
      <w:r w:rsidRPr="00627C43">
        <w:rPr>
          <w:rFonts w:cs="Arial"/>
          <w:b/>
        </w:rPr>
        <w:t>Zadovoljava</w:t>
      </w:r>
      <w:proofErr w:type="spellEnd"/>
      <w:r w:rsidR="00BA4CA0">
        <w:rPr>
          <w:rFonts w:cs="Arial"/>
          <w:b/>
          <w:lang w:val="en-GB"/>
        </w:rPr>
        <w:t>*</w:t>
      </w:r>
    </w:p>
    <w:p w14:paraId="5C6AC388" w14:textId="77777777" w:rsidR="00B53A14" w:rsidRPr="00627C43" w:rsidRDefault="00B53A14" w:rsidP="00B53A14">
      <w:pPr>
        <w:spacing w:after="0" w:line="240" w:lineRule="auto"/>
        <w:ind w:left="1004" w:hanging="153"/>
        <w:jc w:val="both"/>
        <w:rPr>
          <w:rFonts w:cs="Arial"/>
          <w:lang w:val="sv-SE"/>
        </w:rPr>
      </w:pPr>
      <w:r w:rsidRPr="00627C43">
        <w:rPr>
          <w:rFonts w:cs="Arial"/>
          <w:lang w:val="sv-SE"/>
        </w:rPr>
        <w:t>95% ≤ Koncentracija markera u gorivu ≤ 105%</w:t>
      </w:r>
    </w:p>
    <w:p w14:paraId="06DC0D27" w14:textId="77777777" w:rsidR="00B53A14" w:rsidRPr="00627C43" w:rsidRDefault="00B53A14" w:rsidP="00B53A14">
      <w:pPr>
        <w:spacing w:after="0" w:line="240" w:lineRule="auto"/>
        <w:ind w:left="1004" w:hanging="153"/>
        <w:jc w:val="both"/>
        <w:rPr>
          <w:rFonts w:cs="Arial"/>
          <w:lang w:val="sv-SE"/>
        </w:rPr>
      </w:pPr>
      <w:r w:rsidRPr="00627C43">
        <w:rPr>
          <w:rFonts w:cs="Arial"/>
          <w:lang w:val="sv-SE"/>
        </w:rPr>
        <w:t>Na ekranu: zeleno tj. ‘’Zadovoljava’’</w:t>
      </w:r>
    </w:p>
    <w:p w14:paraId="42F1555A" w14:textId="77777777" w:rsidR="00B53A14" w:rsidRPr="00627C43" w:rsidRDefault="00B53A14" w:rsidP="00B53A14">
      <w:pPr>
        <w:spacing w:after="0" w:line="240" w:lineRule="auto"/>
        <w:ind w:left="644"/>
        <w:jc w:val="both"/>
        <w:rPr>
          <w:rFonts w:cs="Arial"/>
          <w:lang w:val="sv-SE"/>
        </w:rPr>
      </w:pPr>
    </w:p>
    <w:p w14:paraId="3F6442C6" w14:textId="77777777" w:rsidR="00B53A14" w:rsidRPr="00627C43" w:rsidRDefault="00B53A14" w:rsidP="00B53A14">
      <w:pPr>
        <w:pStyle w:val="ListParagraph"/>
        <w:numPr>
          <w:ilvl w:val="0"/>
          <w:numId w:val="31"/>
        </w:numPr>
        <w:spacing w:after="0" w:line="240" w:lineRule="auto"/>
        <w:ind w:left="851" w:hanging="851"/>
        <w:contextualSpacing w:val="0"/>
        <w:jc w:val="both"/>
        <w:rPr>
          <w:rFonts w:cs="Arial"/>
          <w:b/>
        </w:rPr>
      </w:pPr>
      <w:proofErr w:type="spellStart"/>
      <w:r w:rsidRPr="00627C43">
        <w:rPr>
          <w:rFonts w:cs="Arial"/>
          <w:b/>
        </w:rPr>
        <w:t>Rezultat</w:t>
      </w:r>
      <w:proofErr w:type="spellEnd"/>
      <w:r w:rsidRPr="00627C43">
        <w:rPr>
          <w:rFonts w:cs="Arial"/>
          <w:b/>
        </w:rPr>
        <w:t xml:space="preserve"> – Ne </w:t>
      </w:r>
      <w:proofErr w:type="spellStart"/>
      <w:r w:rsidRPr="00627C43">
        <w:rPr>
          <w:rFonts w:cs="Arial"/>
          <w:b/>
        </w:rPr>
        <w:t>Zadovoljava</w:t>
      </w:r>
      <w:proofErr w:type="spellEnd"/>
      <w:r w:rsidRPr="00627C43">
        <w:rPr>
          <w:rFonts w:cs="Arial"/>
          <w:b/>
        </w:rPr>
        <w:t xml:space="preserve"> </w:t>
      </w:r>
    </w:p>
    <w:p w14:paraId="0462810C" w14:textId="77777777" w:rsidR="00B53A14" w:rsidRPr="00627C43" w:rsidRDefault="00B53A14" w:rsidP="00B53A14">
      <w:pPr>
        <w:spacing w:after="0" w:line="240" w:lineRule="auto"/>
        <w:ind w:left="1004" w:hanging="153"/>
        <w:jc w:val="both"/>
        <w:rPr>
          <w:rFonts w:cs="Arial"/>
          <w:lang w:val="sv-SE"/>
        </w:rPr>
      </w:pPr>
      <w:r w:rsidRPr="00627C43">
        <w:rPr>
          <w:rFonts w:cs="Arial"/>
          <w:lang w:val="sv-SE"/>
        </w:rPr>
        <w:t>Koncentracija markera u gorivu &lt; 95%</w:t>
      </w:r>
    </w:p>
    <w:p w14:paraId="51FD580A" w14:textId="77777777" w:rsidR="00B53A14" w:rsidRPr="00627C43" w:rsidRDefault="00B53A14" w:rsidP="00B53A14">
      <w:pPr>
        <w:spacing w:after="0" w:line="240" w:lineRule="auto"/>
        <w:ind w:left="1004" w:hanging="153"/>
        <w:jc w:val="both"/>
        <w:rPr>
          <w:rFonts w:cs="Arial"/>
          <w:lang w:val="sv-SE"/>
        </w:rPr>
      </w:pPr>
      <w:r w:rsidRPr="00627C43">
        <w:rPr>
          <w:rFonts w:cs="Arial"/>
          <w:lang w:val="sv-SE"/>
        </w:rPr>
        <w:t>Na ekranu: crveno tj. ‘’Ne Zadovoljava’’</w:t>
      </w:r>
    </w:p>
    <w:p w14:paraId="7F2757B0" w14:textId="77777777" w:rsidR="00B53A14" w:rsidRPr="00627C43" w:rsidRDefault="00B53A14" w:rsidP="00B53A14">
      <w:pPr>
        <w:spacing w:after="0" w:line="240" w:lineRule="auto"/>
        <w:ind w:hanging="1364"/>
        <w:jc w:val="both"/>
        <w:rPr>
          <w:rFonts w:cs="Arial"/>
          <w:u w:val="single"/>
          <w:lang w:val="sv-SE"/>
        </w:rPr>
      </w:pPr>
    </w:p>
    <w:p w14:paraId="235BF5E6" w14:textId="77777777" w:rsidR="00B53A14" w:rsidRPr="00627C43" w:rsidRDefault="00B53A14" w:rsidP="00B53A14">
      <w:pPr>
        <w:pStyle w:val="ListParagraph"/>
        <w:numPr>
          <w:ilvl w:val="0"/>
          <w:numId w:val="31"/>
        </w:numPr>
        <w:spacing w:after="0" w:line="240" w:lineRule="auto"/>
        <w:ind w:left="851" w:hanging="851"/>
        <w:contextualSpacing w:val="0"/>
        <w:jc w:val="both"/>
        <w:rPr>
          <w:rFonts w:cs="Arial"/>
          <w:b/>
          <w:lang w:val="sv-SE"/>
        </w:rPr>
      </w:pPr>
      <w:r w:rsidRPr="00627C43">
        <w:rPr>
          <w:rFonts w:cs="Arial"/>
          <w:b/>
          <w:lang w:val="sv-SE"/>
        </w:rPr>
        <w:t>Rezultat Potrebna MSX analiza zelenom bojom</w:t>
      </w:r>
    </w:p>
    <w:p w14:paraId="19F52EE1" w14:textId="77777777" w:rsidR="00B53A14" w:rsidRPr="00627C43" w:rsidRDefault="00B53A14" w:rsidP="00B53A14">
      <w:pPr>
        <w:spacing w:after="0" w:line="240" w:lineRule="auto"/>
        <w:ind w:left="1004" w:hanging="153"/>
        <w:jc w:val="both"/>
        <w:rPr>
          <w:rFonts w:cs="Arial"/>
          <w:lang w:val="sv-SE"/>
        </w:rPr>
      </w:pPr>
      <w:r w:rsidRPr="00627C43">
        <w:rPr>
          <w:rFonts w:cs="Arial"/>
          <w:lang w:val="sv-SE"/>
        </w:rPr>
        <w:lastRenderedPageBreak/>
        <w:t>Koncentracija markera u gorivu &gt; 105%</w:t>
      </w:r>
    </w:p>
    <w:p w14:paraId="6E143BA9" w14:textId="77777777" w:rsidR="00B53A14" w:rsidRPr="00627C43" w:rsidRDefault="00B53A14" w:rsidP="00B53A14">
      <w:pPr>
        <w:spacing w:after="0" w:line="240" w:lineRule="auto"/>
        <w:ind w:left="1004" w:hanging="153"/>
        <w:jc w:val="both"/>
        <w:rPr>
          <w:rFonts w:cs="Arial"/>
          <w:lang w:val="sv-SE"/>
        </w:rPr>
      </w:pPr>
      <w:r w:rsidRPr="00627C43">
        <w:rPr>
          <w:rFonts w:cs="Arial"/>
          <w:lang w:val="sv-SE"/>
        </w:rPr>
        <w:t>Na ekranu: ‘’Potrebna analiza na MSX uređaju’’ zelenom bojom</w:t>
      </w:r>
    </w:p>
    <w:p w14:paraId="1941BF01" w14:textId="77777777" w:rsidR="00B53A14" w:rsidRPr="00627C43" w:rsidRDefault="00B53A14" w:rsidP="00B53A14">
      <w:pPr>
        <w:spacing w:after="0" w:line="240" w:lineRule="auto"/>
        <w:ind w:hanging="1364"/>
        <w:jc w:val="both"/>
        <w:rPr>
          <w:rFonts w:cs="Arial"/>
          <w:lang w:val="sv-SE"/>
        </w:rPr>
      </w:pPr>
    </w:p>
    <w:p w14:paraId="0A493F8A" w14:textId="77777777" w:rsidR="00B53A14" w:rsidRPr="00627C43" w:rsidRDefault="00B53A14" w:rsidP="00B53A14">
      <w:pPr>
        <w:pStyle w:val="ListParagraph"/>
        <w:numPr>
          <w:ilvl w:val="0"/>
          <w:numId w:val="31"/>
        </w:numPr>
        <w:spacing w:after="0" w:line="240" w:lineRule="auto"/>
        <w:ind w:left="851" w:hanging="851"/>
        <w:contextualSpacing w:val="0"/>
        <w:jc w:val="both"/>
        <w:rPr>
          <w:rFonts w:cs="Arial"/>
          <w:b/>
          <w:lang w:val="sv-SE"/>
        </w:rPr>
      </w:pPr>
      <w:r w:rsidRPr="00627C43">
        <w:rPr>
          <w:rFonts w:cs="Arial"/>
          <w:b/>
          <w:lang w:val="sv-SE"/>
        </w:rPr>
        <w:t>Rezultat Potrebna MSX analiza žutom bjom</w:t>
      </w:r>
    </w:p>
    <w:p w14:paraId="3717511F" w14:textId="77777777" w:rsidR="00B53A14" w:rsidRPr="00627C43" w:rsidRDefault="00B53A14" w:rsidP="00B53A14">
      <w:pPr>
        <w:spacing w:after="0" w:line="240" w:lineRule="auto"/>
        <w:ind w:left="851"/>
        <w:jc w:val="both"/>
        <w:rPr>
          <w:rFonts w:cs="Arial"/>
          <w:lang w:val="sv-SE"/>
        </w:rPr>
      </w:pPr>
      <w:r w:rsidRPr="00627C43">
        <w:rPr>
          <w:rFonts w:cs="Arial"/>
          <w:lang w:val="sv-SE"/>
        </w:rPr>
        <w:t>Koncentracija markera u gorivu nije određena jer je uzorak izvan softverskog modela uređaja</w:t>
      </w:r>
    </w:p>
    <w:p w14:paraId="148FF0C0" w14:textId="77777777" w:rsidR="00B53A14" w:rsidRPr="00627C43" w:rsidRDefault="00B53A14" w:rsidP="00B53A14">
      <w:pPr>
        <w:spacing w:after="0" w:line="240" w:lineRule="auto"/>
        <w:ind w:left="851"/>
        <w:jc w:val="both"/>
        <w:rPr>
          <w:rFonts w:cs="Arial"/>
          <w:lang w:val="sv-SE"/>
        </w:rPr>
      </w:pPr>
      <w:r w:rsidRPr="00627C43">
        <w:rPr>
          <w:rFonts w:cs="Arial"/>
          <w:lang w:val="sv-SE"/>
        </w:rPr>
        <w:t>Na ekranu: ‘’Potrebna analiza na MSX uređaju’’ žutom bojom</w:t>
      </w:r>
    </w:p>
    <w:p w14:paraId="7113AB19" w14:textId="77777777" w:rsidR="00B53A14" w:rsidRDefault="00B53A14" w:rsidP="00B53A14">
      <w:pPr>
        <w:jc w:val="both"/>
        <w:rPr>
          <w:rFonts w:cs="Arial"/>
          <w:lang w:val="sr-Latn-CS"/>
        </w:rPr>
      </w:pPr>
    </w:p>
    <w:p w14:paraId="672E5A8A" w14:textId="121E941A" w:rsidR="00BA4CA0" w:rsidRPr="00627C43" w:rsidRDefault="00BA4CA0" w:rsidP="00B53A14">
      <w:pPr>
        <w:jc w:val="both"/>
        <w:rPr>
          <w:rFonts w:cs="Arial"/>
          <w:lang w:val="sr-Latn-ME"/>
        </w:rPr>
      </w:pPr>
      <w:r>
        <w:rPr>
          <w:rFonts w:cs="Arial"/>
          <w:lang w:val="sr-Latn-CS"/>
        </w:rPr>
        <w:t>*Rezultat zadovoljava se za provjeru kon</w:t>
      </w:r>
      <w:r w:rsidR="00992D35">
        <w:rPr>
          <w:rFonts w:cs="Arial"/>
          <w:lang w:val="sr-Latn-CS"/>
        </w:rPr>
        <w:t>c</w:t>
      </w:r>
      <w:r>
        <w:rPr>
          <w:rFonts w:cs="Arial"/>
          <w:lang w:val="sr-Latn-CS"/>
        </w:rPr>
        <w:t>entracije markera tipa A ispisuje na ekranu ure</w:t>
      </w:r>
      <w:r>
        <w:rPr>
          <w:rFonts w:cs="Arial"/>
          <w:lang w:val="sr-Latn-ME"/>
        </w:rPr>
        <w:t>đaja samo ukoliko je koncentracija markera tipa B ispod 10%</w:t>
      </w:r>
      <w:r w:rsidR="00223897">
        <w:rPr>
          <w:rFonts w:cs="Arial"/>
          <w:lang w:val="sr-Latn-ME"/>
        </w:rPr>
        <w:t xml:space="preserve">. </w:t>
      </w:r>
    </w:p>
    <w:p w14:paraId="42EB17E1" w14:textId="0EC9F384" w:rsidR="00C0174E" w:rsidRPr="00627C43" w:rsidRDefault="00C0174E" w:rsidP="00C0174E">
      <w:pPr>
        <w:spacing w:line="240" w:lineRule="auto"/>
        <w:contextualSpacing/>
        <w:jc w:val="both"/>
        <w:rPr>
          <w:lang w:val="sr-Latn-ME"/>
        </w:rPr>
      </w:pPr>
      <w:r w:rsidRPr="00C0174E">
        <w:rPr>
          <w:lang w:val="en-GB"/>
        </w:rPr>
        <w:t xml:space="preserve">Za </w:t>
      </w:r>
      <w:proofErr w:type="spellStart"/>
      <w:r w:rsidRPr="00C0174E">
        <w:rPr>
          <w:lang w:val="en-GB"/>
        </w:rPr>
        <w:t>potrebe</w:t>
      </w:r>
      <w:proofErr w:type="spellEnd"/>
      <w:r w:rsidRPr="00C0174E">
        <w:rPr>
          <w:lang w:val="en-GB"/>
        </w:rPr>
        <w:t xml:space="preserve"> </w:t>
      </w:r>
      <w:proofErr w:type="spellStart"/>
      <w:r w:rsidRPr="00C0174E">
        <w:rPr>
          <w:lang w:val="en-GB"/>
        </w:rPr>
        <w:t>laboratorijske</w:t>
      </w:r>
      <w:proofErr w:type="spellEnd"/>
      <w:r w:rsidRPr="00C0174E">
        <w:rPr>
          <w:lang w:val="en-GB"/>
        </w:rPr>
        <w:t xml:space="preserve"> (</w:t>
      </w:r>
      <w:proofErr w:type="spellStart"/>
      <w:r w:rsidRPr="00C0174E">
        <w:rPr>
          <w:lang w:val="en-GB"/>
        </w:rPr>
        <w:t>forenzičke</w:t>
      </w:r>
      <w:proofErr w:type="spellEnd"/>
      <w:r w:rsidRPr="00C0174E">
        <w:rPr>
          <w:lang w:val="en-GB"/>
        </w:rPr>
        <w:t xml:space="preserve">) </w:t>
      </w:r>
      <w:proofErr w:type="spellStart"/>
      <w:r w:rsidRPr="00C0174E">
        <w:rPr>
          <w:lang w:val="en-GB"/>
        </w:rPr>
        <w:t>analize</w:t>
      </w:r>
      <w:proofErr w:type="spellEnd"/>
      <w:r w:rsidRPr="00C0174E">
        <w:rPr>
          <w:lang w:val="en-GB"/>
        </w:rPr>
        <w:t xml:space="preserve"> </w:t>
      </w:r>
      <w:proofErr w:type="spellStart"/>
      <w:r w:rsidRPr="00C0174E">
        <w:rPr>
          <w:lang w:val="en-GB"/>
        </w:rPr>
        <w:t>izvršene</w:t>
      </w:r>
      <w:proofErr w:type="spellEnd"/>
      <w:r w:rsidRPr="00C0174E">
        <w:rPr>
          <w:lang w:val="en-GB"/>
        </w:rPr>
        <w:t xml:space="preserve"> MSX </w:t>
      </w:r>
      <w:proofErr w:type="spellStart"/>
      <w:r w:rsidRPr="00C0174E">
        <w:rPr>
          <w:lang w:val="en-GB"/>
        </w:rPr>
        <w:t>uređajem</w:t>
      </w:r>
      <w:proofErr w:type="spellEnd"/>
      <w:r w:rsidRPr="00C0174E">
        <w:rPr>
          <w:lang w:val="en-GB"/>
        </w:rPr>
        <w:t xml:space="preserve">, </w:t>
      </w:r>
      <w:proofErr w:type="spellStart"/>
      <w:r w:rsidR="00B53A14">
        <w:rPr>
          <w:lang w:val="en-GB"/>
        </w:rPr>
        <w:t>rezultat</w:t>
      </w:r>
      <w:proofErr w:type="spellEnd"/>
      <w:r w:rsidR="00B53A14">
        <w:rPr>
          <w:lang w:val="en-GB"/>
        </w:rPr>
        <w:t xml:space="preserve"> se </w:t>
      </w:r>
      <w:proofErr w:type="spellStart"/>
      <w:r w:rsidR="00B53A14">
        <w:rPr>
          <w:lang w:val="en-GB"/>
        </w:rPr>
        <w:t>smatra</w:t>
      </w:r>
      <w:proofErr w:type="spellEnd"/>
      <w:r w:rsidR="00B53A14">
        <w:rPr>
          <w:lang w:val="en-GB"/>
        </w:rPr>
        <w:t xml:space="preserve"> </w:t>
      </w:r>
      <w:proofErr w:type="spellStart"/>
      <w:r w:rsidR="00B53A14">
        <w:rPr>
          <w:lang w:val="en-GB"/>
        </w:rPr>
        <w:t>zadovoljavajućim</w:t>
      </w:r>
      <w:proofErr w:type="spellEnd"/>
      <w:r w:rsidR="00B53A14">
        <w:rPr>
          <w:lang w:val="en-GB"/>
        </w:rPr>
        <w:t xml:space="preserve"> </w:t>
      </w:r>
      <w:proofErr w:type="spellStart"/>
      <w:r w:rsidR="00B53A14">
        <w:rPr>
          <w:lang w:val="en-GB"/>
        </w:rPr>
        <w:t>ukoliko</w:t>
      </w:r>
      <w:proofErr w:type="spellEnd"/>
      <w:r w:rsidR="00B53A14">
        <w:rPr>
          <w:lang w:val="en-GB"/>
        </w:rPr>
        <w:t xml:space="preserve"> je </w:t>
      </w:r>
      <w:proofErr w:type="spellStart"/>
      <w:r w:rsidR="00B53A14">
        <w:rPr>
          <w:lang w:val="en-GB"/>
        </w:rPr>
        <w:t>izmjerena</w:t>
      </w:r>
      <w:proofErr w:type="spellEnd"/>
      <w:r w:rsidR="00B53A14">
        <w:rPr>
          <w:lang w:val="en-GB"/>
        </w:rPr>
        <w:t xml:space="preserve"> </w:t>
      </w:r>
      <w:proofErr w:type="spellStart"/>
      <w:r w:rsidR="00B53A14">
        <w:rPr>
          <w:lang w:val="en-GB"/>
        </w:rPr>
        <w:t>koncentracija</w:t>
      </w:r>
      <w:proofErr w:type="spellEnd"/>
      <w:r w:rsidR="00B53A14">
        <w:rPr>
          <w:lang w:val="en-GB"/>
        </w:rPr>
        <w:t xml:space="preserve"> </w:t>
      </w:r>
      <w:proofErr w:type="spellStart"/>
      <w:r w:rsidR="00B53A14">
        <w:rPr>
          <w:lang w:val="en-GB"/>
        </w:rPr>
        <w:t>markera</w:t>
      </w:r>
      <w:proofErr w:type="spellEnd"/>
      <w:r w:rsidR="00B53A14">
        <w:rPr>
          <w:lang w:val="en-GB"/>
        </w:rPr>
        <w:t xml:space="preserve"> </w:t>
      </w:r>
      <w:proofErr w:type="spellStart"/>
      <w:r w:rsidR="00B53A14">
        <w:rPr>
          <w:lang w:val="en-GB"/>
        </w:rPr>
        <w:t>između</w:t>
      </w:r>
      <w:proofErr w:type="spellEnd"/>
      <w:r w:rsidR="00B53A14">
        <w:rPr>
          <w:lang w:val="en-GB"/>
        </w:rPr>
        <w:t xml:space="preserve"> 95% </w:t>
      </w:r>
      <w:proofErr w:type="spellStart"/>
      <w:r w:rsidR="00B53A14">
        <w:rPr>
          <w:lang w:val="en-GB"/>
        </w:rPr>
        <w:t>i</w:t>
      </w:r>
      <w:proofErr w:type="spellEnd"/>
      <w:r w:rsidR="00B53A14">
        <w:rPr>
          <w:lang w:val="en-GB"/>
        </w:rPr>
        <w:t xml:space="preserve"> 105% </w:t>
      </w:r>
      <w:proofErr w:type="spellStart"/>
      <w:r w:rsidR="00B53A14">
        <w:rPr>
          <w:lang w:val="en-GB"/>
        </w:rPr>
        <w:t>propisane</w:t>
      </w:r>
      <w:proofErr w:type="spellEnd"/>
      <w:r w:rsidR="00B53A14">
        <w:rPr>
          <w:lang w:val="en-GB"/>
        </w:rPr>
        <w:t xml:space="preserve"> </w:t>
      </w:r>
      <w:proofErr w:type="spellStart"/>
      <w:r w:rsidR="00B53A14">
        <w:rPr>
          <w:lang w:val="en-GB"/>
        </w:rPr>
        <w:t>koncentracije</w:t>
      </w:r>
      <w:proofErr w:type="spellEnd"/>
      <w:r w:rsidR="00B53A14">
        <w:rPr>
          <w:lang w:val="en-GB"/>
        </w:rPr>
        <w:t xml:space="preserve"> </w:t>
      </w:r>
      <w:proofErr w:type="spellStart"/>
      <w:r w:rsidR="00B53A14">
        <w:rPr>
          <w:lang w:val="en-GB"/>
        </w:rPr>
        <w:t>markera</w:t>
      </w:r>
      <w:proofErr w:type="spellEnd"/>
      <w:r w:rsidR="00B53A14">
        <w:rPr>
          <w:lang w:val="en-GB"/>
        </w:rPr>
        <w:t xml:space="preserve">, </w:t>
      </w:r>
      <w:proofErr w:type="spellStart"/>
      <w:r w:rsidR="00B53A14">
        <w:rPr>
          <w:lang w:val="en-GB"/>
        </w:rPr>
        <w:t>uključujući</w:t>
      </w:r>
      <w:proofErr w:type="spellEnd"/>
      <w:r w:rsidR="00B53A14">
        <w:rPr>
          <w:lang w:val="en-GB"/>
        </w:rPr>
        <w:t xml:space="preserve"> </w:t>
      </w:r>
      <w:proofErr w:type="spellStart"/>
      <w:r w:rsidR="00B53A14">
        <w:rPr>
          <w:lang w:val="en-GB"/>
        </w:rPr>
        <w:t>granične</w:t>
      </w:r>
      <w:proofErr w:type="spellEnd"/>
      <w:r w:rsidR="00B53A14">
        <w:rPr>
          <w:lang w:val="en-GB"/>
        </w:rPr>
        <w:t xml:space="preserve"> </w:t>
      </w:r>
      <w:proofErr w:type="spellStart"/>
      <w:r w:rsidR="00B53A14">
        <w:rPr>
          <w:lang w:val="en-GB"/>
        </w:rPr>
        <w:t>vrijednosti</w:t>
      </w:r>
      <w:proofErr w:type="spellEnd"/>
      <w:r w:rsidR="00B53A14">
        <w:rPr>
          <w:lang w:val="en-GB"/>
        </w:rPr>
        <w:t xml:space="preserve">. </w:t>
      </w:r>
      <w:proofErr w:type="spellStart"/>
      <w:r w:rsidR="00B53A14">
        <w:rPr>
          <w:lang w:val="en-GB"/>
        </w:rPr>
        <w:t>Rezultati</w:t>
      </w:r>
      <w:proofErr w:type="spellEnd"/>
      <w:r w:rsidR="00B53A14">
        <w:rPr>
          <w:lang w:val="en-GB"/>
        </w:rPr>
        <w:t xml:space="preserve"> </w:t>
      </w:r>
      <w:proofErr w:type="spellStart"/>
      <w:proofErr w:type="gramStart"/>
      <w:r w:rsidR="00B53A14">
        <w:rPr>
          <w:lang w:val="en-GB"/>
        </w:rPr>
        <w:t>izvan</w:t>
      </w:r>
      <w:proofErr w:type="spellEnd"/>
      <w:r w:rsidR="00B53A14">
        <w:rPr>
          <w:lang w:val="en-GB"/>
        </w:rPr>
        <w:t xml:space="preserve">  </w:t>
      </w:r>
      <w:proofErr w:type="spellStart"/>
      <w:r w:rsidR="00B53A14">
        <w:rPr>
          <w:lang w:val="en-GB"/>
        </w:rPr>
        <w:t>navedenog</w:t>
      </w:r>
      <w:proofErr w:type="spellEnd"/>
      <w:proofErr w:type="gramEnd"/>
      <w:r w:rsidR="00B53A14">
        <w:rPr>
          <w:lang w:val="en-GB"/>
        </w:rPr>
        <w:t xml:space="preserve"> </w:t>
      </w:r>
      <w:proofErr w:type="spellStart"/>
      <w:r w:rsidR="00B53A14">
        <w:rPr>
          <w:lang w:val="en-GB"/>
        </w:rPr>
        <w:t>raspona</w:t>
      </w:r>
      <w:proofErr w:type="spellEnd"/>
      <w:r w:rsidR="00B53A14">
        <w:rPr>
          <w:lang w:val="en-GB"/>
        </w:rPr>
        <w:t xml:space="preserve"> </w:t>
      </w:r>
      <w:proofErr w:type="spellStart"/>
      <w:r w:rsidR="00B53A14">
        <w:rPr>
          <w:lang w:val="en-GB"/>
        </w:rPr>
        <w:t>smatraju</w:t>
      </w:r>
      <w:proofErr w:type="spellEnd"/>
      <w:r w:rsidR="00B53A14">
        <w:rPr>
          <w:lang w:val="en-GB"/>
        </w:rPr>
        <w:t xml:space="preserve"> se </w:t>
      </w:r>
      <w:proofErr w:type="spellStart"/>
      <w:r w:rsidR="00B53A14">
        <w:rPr>
          <w:lang w:val="en-GB"/>
        </w:rPr>
        <w:t>nezadovoljavajućim</w:t>
      </w:r>
      <w:proofErr w:type="spellEnd"/>
      <w:r w:rsidR="00B53A14">
        <w:rPr>
          <w:lang w:val="en-GB"/>
        </w:rPr>
        <w:t>.</w:t>
      </w:r>
    </w:p>
    <w:p w14:paraId="410D7F5C" w14:textId="77777777" w:rsidR="00616412" w:rsidRDefault="00616412" w:rsidP="006345A4">
      <w:pPr>
        <w:spacing w:line="240" w:lineRule="auto"/>
        <w:contextualSpacing/>
        <w:jc w:val="both"/>
        <w:rPr>
          <w:lang w:val="en-GB"/>
        </w:rPr>
      </w:pPr>
    </w:p>
    <w:p w14:paraId="6D37A0AF" w14:textId="3B9F85E7" w:rsidR="006345A4" w:rsidRPr="00BB0564" w:rsidRDefault="006345A4" w:rsidP="006345A4">
      <w:pPr>
        <w:spacing w:line="240" w:lineRule="auto"/>
        <w:contextualSpacing/>
        <w:jc w:val="both"/>
        <w:rPr>
          <w:lang w:val="en-GB"/>
        </w:rPr>
      </w:pPr>
      <w:r w:rsidRPr="00BB0564">
        <w:rPr>
          <w:lang w:val="en-GB"/>
        </w:rPr>
        <w:t xml:space="preserve">U </w:t>
      </w:r>
      <w:proofErr w:type="spellStart"/>
      <w:r w:rsidRPr="00BB0564">
        <w:rPr>
          <w:lang w:val="en-GB"/>
        </w:rPr>
        <w:t>cilju</w:t>
      </w:r>
      <w:proofErr w:type="spellEnd"/>
      <w:r w:rsidRPr="00BB0564">
        <w:rPr>
          <w:lang w:val="en-GB"/>
        </w:rPr>
        <w:t xml:space="preserve"> </w:t>
      </w:r>
      <w:proofErr w:type="spellStart"/>
      <w:r w:rsidRPr="00BB0564">
        <w:rPr>
          <w:lang w:val="en-GB"/>
        </w:rPr>
        <w:t>zaštite</w:t>
      </w:r>
      <w:proofErr w:type="spellEnd"/>
      <w:r w:rsidRPr="00BB0564">
        <w:rPr>
          <w:lang w:val="en-GB"/>
        </w:rPr>
        <w:t xml:space="preserve"> </w:t>
      </w:r>
      <w:proofErr w:type="spellStart"/>
      <w:r w:rsidRPr="00BB0564">
        <w:rPr>
          <w:lang w:val="en-GB"/>
        </w:rPr>
        <w:t>bezbednosti</w:t>
      </w:r>
      <w:proofErr w:type="spellEnd"/>
      <w:r w:rsidRPr="00BB0564">
        <w:rPr>
          <w:lang w:val="en-GB"/>
        </w:rPr>
        <w:t xml:space="preserve"> </w:t>
      </w:r>
      <w:proofErr w:type="spellStart"/>
      <w:r w:rsidRPr="00BB0564">
        <w:rPr>
          <w:lang w:val="en-GB"/>
        </w:rPr>
        <w:t>programa</w:t>
      </w:r>
      <w:proofErr w:type="spellEnd"/>
      <w:r w:rsidRPr="00BB0564">
        <w:rPr>
          <w:lang w:val="en-GB"/>
        </w:rPr>
        <w:t xml:space="preserve"> </w:t>
      </w:r>
      <w:proofErr w:type="spellStart"/>
      <w:r w:rsidRPr="00BB0564">
        <w:rPr>
          <w:lang w:val="en-GB"/>
        </w:rPr>
        <w:t>makiranja</w:t>
      </w:r>
      <w:proofErr w:type="spellEnd"/>
      <w:r w:rsidRPr="00BB0564">
        <w:rPr>
          <w:lang w:val="en-GB"/>
        </w:rPr>
        <w:t xml:space="preserve"> </w:t>
      </w:r>
      <w:proofErr w:type="spellStart"/>
      <w:r w:rsidRPr="00BB0564">
        <w:rPr>
          <w:lang w:val="en-GB"/>
        </w:rPr>
        <w:t>derivata</w:t>
      </w:r>
      <w:proofErr w:type="spellEnd"/>
      <w:r w:rsidRPr="00BB0564">
        <w:rPr>
          <w:lang w:val="en-GB"/>
        </w:rPr>
        <w:t xml:space="preserve"> </w:t>
      </w:r>
      <w:proofErr w:type="spellStart"/>
      <w:r w:rsidRPr="00BB0564">
        <w:rPr>
          <w:lang w:val="en-GB"/>
        </w:rPr>
        <w:t>nafte</w:t>
      </w:r>
      <w:proofErr w:type="spellEnd"/>
      <w:r w:rsidRPr="00BB0564">
        <w:rPr>
          <w:lang w:val="en-GB"/>
        </w:rPr>
        <w:t xml:space="preserve">, </w:t>
      </w:r>
      <w:proofErr w:type="spellStart"/>
      <w:r w:rsidRPr="00BB0564">
        <w:rPr>
          <w:lang w:val="en-GB"/>
        </w:rPr>
        <w:t>rezultati</w:t>
      </w:r>
      <w:proofErr w:type="spellEnd"/>
      <w:r w:rsidRPr="00BB0564">
        <w:rPr>
          <w:lang w:val="en-GB"/>
        </w:rPr>
        <w:t xml:space="preserve"> </w:t>
      </w:r>
      <w:proofErr w:type="spellStart"/>
      <w:r w:rsidRPr="00BB0564">
        <w:rPr>
          <w:lang w:val="en-GB"/>
        </w:rPr>
        <w:t>merenja</w:t>
      </w:r>
      <w:proofErr w:type="spellEnd"/>
      <w:r w:rsidRPr="00BB0564">
        <w:rPr>
          <w:lang w:val="en-GB"/>
        </w:rPr>
        <w:t xml:space="preserve"> </w:t>
      </w:r>
      <w:proofErr w:type="spellStart"/>
      <w:r w:rsidRPr="00BB0564">
        <w:rPr>
          <w:lang w:val="en-GB"/>
        </w:rPr>
        <w:t>koncentracije</w:t>
      </w:r>
      <w:proofErr w:type="spellEnd"/>
      <w:r w:rsidRPr="00BB0564">
        <w:rPr>
          <w:lang w:val="en-GB"/>
        </w:rPr>
        <w:t xml:space="preserve"> </w:t>
      </w:r>
      <w:proofErr w:type="spellStart"/>
      <w:r w:rsidRPr="00BB0564">
        <w:rPr>
          <w:lang w:val="en-GB"/>
        </w:rPr>
        <w:t>markera</w:t>
      </w:r>
      <w:proofErr w:type="spellEnd"/>
      <w:r w:rsidRPr="00BB0564">
        <w:rPr>
          <w:lang w:val="en-GB"/>
        </w:rPr>
        <w:t xml:space="preserve"> </w:t>
      </w:r>
      <w:proofErr w:type="spellStart"/>
      <w:r w:rsidRPr="00BB0564">
        <w:rPr>
          <w:lang w:val="en-GB"/>
        </w:rPr>
        <w:t>na</w:t>
      </w:r>
      <w:proofErr w:type="spellEnd"/>
      <w:r w:rsidRPr="00BB0564">
        <w:rPr>
          <w:lang w:val="en-GB"/>
        </w:rPr>
        <w:t xml:space="preserve"> </w:t>
      </w:r>
      <w:proofErr w:type="spellStart"/>
      <w:r w:rsidRPr="00BB0564">
        <w:rPr>
          <w:lang w:val="en-GB"/>
        </w:rPr>
        <w:t>laboratorijskom</w:t>
      </w:r>
      <w:proofErr w:type="spellEnd"/>
      <w:r w:rsidRPr="00BB0564">
        <w:rPr>
          <w:lang w:val="en-GB"/>
        </w:rPr>
        <w:t xml:space="preserve"> (</w:t>
      </w:r>
      <w:proofErr w:type="spellStart"/>
      <w:r w:rsidRPr="00BB0564">
        <w:rPr>
          <w:lang w:val="en-GB"/>
        </w:rPr>
        <w:t>forenzičkom</w:t>
      </w:r>
      <w:proofErr w:type="spellEnd"/>
      <w:r w:rsidRPr="00BB0564">
        <w:rPr>
          <w:lang w:val="en-GB"/>
        </w:rPr>
        <w:t xml:space="preserve">) </w:t>
      </w:r>
      <w:proofErr w:type="spellStart"/>
      <w:r w:rsidRPr="00BB0564">
        <w:rPr>
          <w:lang w:val="en-GB"/>
        </w:rPr>
        <w:t>uređaju</w:t>
      </w:r>
      <w:proofErr w:type="spellEnd"/>
      <w:r w:rsidRPr="00BB0564">
        <w:rPr>
          <w:lang w:val="en-GB"/>
        </w:rPr>
        <w:t xml:space="preserve"> koji </w:t>
      </w:r>
      <w:proofErr w:type="spellStart"/>
      <w:r w:rsidRPr="00BB0564">
        <w:rPr>
          <w:lang w:val="en-GB"/>
        </w:rPr>
        <w:t>su</w:t>
      </w:r>
      <w:proofErr w:type="spellEnd"/>
      <w:r w:rsidR="00BB0564" w:rsidRPr="00BB0564">
        <w:rPr>
          <w:lang w:val="en-GB"/>
        </w:rPr>
        <w:t xml:space="preserve"> </w:t>
      </w:r>
      <w:proofErr w:type="spellStart"/>
      <w:r w:rsidR="00B53A14">
        <w:rPr>
          <w:lang w:val="en-GB"/>
        </w:rPr>
        <w:t>zadovoljavajući</w:t>
      </w:r>
      <w:proofErr w:type="spellEnd"/>
      <w:r w:rsidR="00DB2A0D">
        <w:rPr>
          <w:lang w:val="en-GB"/>
        </w:rPr>
        <w:t xml:space="preserve"> </w:t>
      </w:r>
      <w:r w:rsidRPr="00BB0564">
        <w:rPr>
          <w:lang w:val="en-GB"/>
        </w:rPr>
        <w:t xml:space="preserve">ne </w:t>
      </w:r>
      <w:proofErr w:type="spellStart"/>
      <w:r w:rsidRPr="00BB0564">
        <w:rPr>
          <w:lang w:val="en-GB"/>
        </w:rPr>
        <w:t>dostavljaju</w:t>
      </w:r>
      <w:proofErr w:type="spellEnd"/>
      <w:r w:rsidRPr="00BB0564">
        <w:rPr>
          <w:lang w:val="en-GB"/>
        </w:rPr>
        <w:t xml:space="preserve"> se </w:t>
      </w:r>
      <w:proofErr w:type="spellStart"/>
      <w:r w:rsidRPr="00BB0564">
        <w:rPr>
          <w:lang w:val="en-GB"/>
        </w:rPr>
        <w:t>iskazani</w:t>
      </w:r>
      <w:proofErr w:type="spellEnd"/>
      <w:r w:rsidRPr="00BB0564">
        <w:rPr>
          <w:lang w:val="en-GB"/>
        </w:rPr>
        <w:t xml:space="preserve"> </w:t>
      </w:r>
      <w:proofErr w:type="spellStart"/>
      <w:r w:rsidRPr="00BB0564">
        <w:rPr>
          <w:lang w:val="en-GB"/>
        </w:rPr>
        <w:t>brojčanim</w:t>
      </w:r>
      <w:proofErr w:type="spellEnd"/>
      <w:r w:rsidRPr="00BB0564">
        <w:rPr>
          <w:lang w:val="en-GB"/>
        </w:rPr>
        <w:t xml:space="preserve"> </w:t>
      </w:r>
      <w:proofErr w:type="spellStart"/>
      <w:r w:rsidRPr="00BB0564">
        <w:rPr>
          <w:lang w:val="en-GB"/>
        </w:rPr>
        <w:t>vrednostima</w:t>
      </w:r>
      <w:proofErr w:type="spellEnd"/>
      <w:r w:rsidRPr="00BB0564">
        <w:rPr>
          <w:lang w:val="en-GB"/>
        </w:rPr>
        <w:t xml:space="preserve"> </w:t>
      </w:r>
      <w:proofErr w:type="spellStart"/>
      <w:r w:rsidRPr="00BB0564">
        <w:rPr>
          <w:lang w:val="en-GB"/>
        </w:rPr>
        <w:t>osim</w:t>
      </w:r>
      <w:proofErr w:type="spellEnd"/>
      <w:r w:rsidRPr="00BB0564">
        <w:rPr>
          <w:lang w:val="en-GB"/>
        </w:rPr>
        <w:t xml:space="preserve"> </w:t>
      </w:r>
      <w:proofErr w:type="spellStart"/>
      <w:r w:rsidRPr="00BB0564">
        <w:rPr>
          <w:lang w:val="en-GB"/>
        </w:rPr>
        <w:t>na</w:t>
      </w:r>
      <w:proofErr w:type="spellEnd"/>
      <w:r w:rsidRPr="00BB0564">
        <w:rPr>
          <w:lang w:val="en-GB"/>
        </w:rPr>
        <w:t xml:space="preserve"> </w:t>
      </w:r>
      <w:proofErr w:type="spellStart"/>
      <w:r w:rsidRPr="00BB0564">
        <w:rPr>
          <w:lang w:val="en-GB"/>
        </w:rPr>
        <w:t>zahtev</w:t>
      </w:r>
      <w:proofErr w:type="spellEnd"/>
      <w:r w:rsidRPr="00BB0564">
        <w:rPr>
          <w:lang w:val="en-GB"/>
        </w:rPr>
        <w:t xml:space="preserve"> </w:t>
      </w:r>
      <w:proofErr w:type="spellStart"/>
      <w:r w:rsidRPr="00BB0564">
        <w:rPr>
          <w:lang w:val="en-GB"/>
        </w:rPr>
        <w:t>nadležnih</w:t>
      </w:r>
      <w:proofErr w:type="spellEnd"/>
      <w:r w:rsidRPr="00BB0564">
        <w:rPr>
          <w:lang w:val="en-GB"/>
        </w:rPr>
        <w:t xml:space="preserve"> </w:t>
      </w:r>
      <w:proofErr w:type="spellStart"/>
      <w:r w:rsidRPr="00BB0564">
        <w:rPr>
          <w:lang w:val="en-GB"/>
        </w:rPr>
        <w:t>državnih</w:t>
      </w:r>
      <w:proofErr w:type="spellEnd"/>
      <w:r w:rsidRPr="00BB0564">
        <w:rPr>
          <w:lang w:val="en-GB"/>
        </w:rPr>
        <w:t xml:space="preserve"> </w:t>
      </w:r>
      <w:proofErr w:type="spellStart"/>
      <w:r w:rsidRPr="00BB0564">
        <w:rPr>
          <w:lang w:val="en-GB"/>
        </w:rPr>
        <w:t>i</w:t>
      </w:r>
      <w:proofErr w:type="spellEnd"/>
      <w:r w:rsidRPr="00BB0564">
        <w:rPr>
          <w:lang w:val="en-GB"/>
        </w:rPr>
        <w:t xml:space="preserve"> </w:t>
      </w:r>
      <w:proofErr w:type="spellStart"/>
      <w:r w:rsidRPr="00BB0564">
        <w:rPr>
          <w:lang w:val="en-GB"/>
        </w:rPr>
        <w:t>sudskih</w:t>
      </w:r>
      <w:proofErr w:type="spellEnd"/>
      <w:r w:rsidRPr="00BB0564">
        <w:rPr>
          <w:lang w:val="en-GB"/>
        </w:rPr>
        <w:t xml:space="preserve"> organa. </w:t>
      </w:r>
    </w:p>
    <w:p w14:paraId="418E9C44" w14:textId="3C476878" w:rsidR="00FF6DCC" w:rsidRDefault="001629D7" w:rsidP="0007532A">
      <w:pPr>
        <w:pStyle w:val="Heading2"/>
        <w:rPr>
          <w:lang w:val="en-GB"/>
        </w:rPr>
      </w:pPr>
      <w:bookmarkStart w:id="37" w:name="_Toc239638002"/>
      <w:bookmarkStart w:id="38" w:name="_Toc240964540"/>
      <w:r w:rsidRPr="0007532A">
        <w:rPr>
          <w:lang w:val="en-GB"/>
        </w:rPr>
        <w:t>1</w:t>
      </w:r>
      <w:r w:rsidR="00994057" w:rsidRPr="0007532A">
        <w:rPr>
          <w:lang w:val="en-GB"/>
        </w:rPr>
        <w:t>2</w:t>
      </w:r>
      <w:r w:rsidRPr="0007532A">
        <w:rPr>
          <w:lang w:val="en-GB"/>
        </w:rPr>
        <w:t>.</w:t>
      </w:r>
      <w:r w:rsidR="005D7412" w:rsidRPr="0007532A">
        <w:rPr>
          <w:lang w:val="en-GB"/>
        </w:rPr>
        <w:t>1</w:t>
      </w:r>
      <w:r w:rsidRPr="0007532A">
        <w:rPr>
          <w:lang w:val="en-GB"/>
        </w:rPr>
        <w:t xml:space="preserve"> </w:t>
      </w:r>
      <w:proofErr w:type="spellStart"/>
      <w:r w:rsidR="00E44161" w:rsidRPr="0007532A">
        <w:rPr>
          <w:lang w:val="en-GB"/>
        </w:rPr>
        <w:t>Uzorkovanje</w:t>
      </w:r>
      <w:proofErr w:type="spellEnd"/>
      <w:r w:rsidR="00E44161" w:rsidRPr="0007532A">
        <w:rPr>
          <w:lang w:val="en-GB"/>
        </w:rPr>
        <w:t xml:space="preserve"> </w:t>
      </w:r>
      <w:proofErr w:type="spellStart"/>
      <w:r w:rsidR="00E44161" w:rsidRPr="0007532A">
        <w:rPr>
          <w:lang w:val="en-GB"/>
        </w:rPr>
        <w:t>i</w:t>
      </w:r>
      <w:proofErr w:type="spellEnd"/>
      <w:r w:rsidR="00E44161" w:rsidRPr="0007532A">
        <w:rPr>
          <w:lang w:val="en-GB"/>
        </w:rPr>
        <w:t xml:space="preserve"> </w:t>
      </w:r>
      <w:proofErr w:type="spellStart"/>
      <w:r w:rsidR="00E44161" w:rsidRPr="0007532A">
        <w:rPr>
          <w:lang w:val="en-GB"/>
        </w:rPr>
        <w:t>merenje</w:t>
      </w:r>
      <w:proofErr w:type="spellEnd"/>
      <w:r w:rsidR="00E44161" w:rsidRPr="0007532A">
        <w:rPr>
          <w:lang w:val="en-GB"/>
        </w:rPr>
        <w:t xml:space="preserve"> </w:t>
      </w:r>
      <w:proofErr w:type="spellStart"/>
      <w:r w:rsidR="00E44161" w:rsidRPr="0007532A">
        <w:rPr>
          <w:lang w:val="en-GB"/>
        </w:rPr>
        <w:t>koncentracije</w:t>
      </w:r>
      <w:proofErr w:type="spellEnd"/>
      <w:r w:rsidR="00E44161" w:rsidRPr="0007532A">
        <w:rPr>
          <w:lang w:val="en-GB"/>
        </w:rPr>
        <w:t xml:space="preserve"> </w:t>
      </w:r>
      <w:proofErr w:type="spellStart"/>
      <w:r w:rsidR="00E44161" w:rsidRPr="0007532A">
        <w:rPr>
          <w:lang w:val="en-GB"/>
        </w:rPr>
        <w:t>markera</w:t>
      </w:r>
      <w:proofErr w:type="spellEnd"/>
      <w:r w:rsidR="00E44161" w:rsidRPr="0007532A">
        <w:rPr>
          <w:lang w:val="en-GB"/>
        </w:rPr>
        <w:t xml:space="preserve"> </w:t>
      </w:r>
      <w:proofErr w:type="spellStart"/>
      <w:r w:rsidR="00E44161" w:rsidRPr="0007532A">
        <w:rPr>
          <w:lang w:val="en-GB"/>
        </w:rPr>
        <w:t>radi</w:t>
      </w:r>
      <w:proofErr w:type="spellEnd"/>
      <w:r w:rsidR="00E44161" w:rsidRPr="0007532A">
        <w:rPr>
          <w:lang w:val="en-GB"/>
        </w:rPr>
        <w:t xml:space="preserve"> </w:t>
      </w:r>
      <w:proofErr w:type="spellStart"/>
      <w:r w:rsidR="00E44161" w:rsidRPr="0007532A">
        <w:rPr>
          <w:lang w:val="en-GB"/>
        </w:rPr>
        <w:t>izdavanja</w:t>
      </w:r>
      <w:proofErr w:type="spellEnd"/>
      <w:r w:rsidR="003C3ED0" w:rsidRPr="0007532A">
        <w:rPr>
          <w:lang w:val="en-GB"/>
        </w:rPr>
        <w:t xml:space="preserve"> </w:t>
      </w:r>
      <w:proofErr w:type="spellStart"/>
      <w:r w:rsidR="003C3ED0" w:rsidRPr="0007532A">
        <w:rPr>
          <w:lang w:val="en-GB"/>
        </w:rPr>
        <w:t>izvještaja</w:t>
      </w:r>
      <w:proofErr w:type="spellEnd"/>
      <w:r w:rsidR="003C3ED0" w:rsidRPr="0007532A">
        <w:rPr>
          <w:lang w:val="en-GB"/>
        </w:rPr>
        <w:t xml:space="preserve"> o </w:t>
      </w:r>
      <w:proofErr w:type="spellStart"/>
      <w:r w:rsidR="003C3ED0" w:rsidRPr="0007532A">
        <w:rPr>
          <w:lang w:val="en-GB"/>
        </w:rPr>
        <w:t>provjeri</w:t>
      </w:r>
      <w:proofErr w:type="spellEnd"/>
      <w:r w:rsidR="003C3ED0" w:rsidRPr="0007532A">
        <w:rPr>
          <w:lang w:val="en-GB"/>
        </w:rPr>
        <w:t xml:space="preserve"> </w:t>
      </w:r>
      <w:proofErr w:type="spellStart"/>
      <w:r w:rsidR="003C3ED0" w:rsidRPr="0007532A">
        <w:rPr>
          <w:lang w:val="en-GB"/>
        </w:rPr>
        <w:t>koncentracije</w:t>
      </w:r>
      <w:proofErr w:type="spellEnd"/>
      <w:r w:rsidR="003C3ED0" w:rsidRPr="0007532A">
        <w:rPr>
          <w:lang w:val="en-GB"/>
        </w:rPr>
        <w:t xml:space="preserve"> </w:t>
      </w:r>
      <w:proofErr w:type="spellStart"/>
      <w:r w:rsidR="003C3ED0" w:rsidRPr="0007532A">
        <w:rPr>
          <w:lang w:val="en-GB"/>
        </w:rPr>
        <w:t>markera</w:t>
      </w:r>
      <w:proofErr w:type="spellEnd"/>
      <w:r w:rsidR="003C3ED0" w:rsidRPr="0007532A">
        <w:rPr>
          <w:lang w:val="en-GB"/>
        </w:rPr>
        <w:t xml:space="preserve"> </w:t>
      </w:r>
      <w:proofErr w:type="spellStart"/>
      <w:r w:rsidR="003C3ED0" w:rsidRPr="0007532A">
        <w:rPr>
          <w:lang w:val="en-GB"/>
        </w:rPr>
        <w:t>nakon</w:t>
      </w:r>
      <w:proofErr w:type="spellEnd"/>
      <w:r w:rsidR="003C3ED0" w:rsidRPr="0007532A">
        <w:rPr>
          <w:lang w:val="en-GB"/>
        </w:rPr>
        <w:t xml:space="preserve"> </w:t>
      </w:r>
      <w:proofErr w:type="spellStart"/>
      <w:r w:rsidR="003C3ED0" w:rsidRPr="0007532A">
        <w:rPr>
          <w:lang w:val="en-GB"/>
        </w:rPr>
        <w:t>markiranja</w:t>
      </w:r>
      <w:bookmarkEnd w:id="37"/>
      <w:bookmarkEnd w:id="38"/>
      <w:proofErr w:type="spellEnd"/>
    </w:p>
    <w:p w14:paraId="023CA031" w14:textId="5EC3EE7C" w:rsidR="00DD056E" w:rsidRPr="00DD056E" w:rsidRDefault="00DD056E" w:rsidP="00DD056E">
      <w:pPr>
        <w:jc w:val="both"/>
        <w:rPr>
          <w:lang w:val="en-GB"/>
        </w:rPr>
      </w:pPr>
      <w:proofErr w:type="spellStart"/>
      <w:r w:rsidRPr="00DD056E">
        <w:rPr>
          <w:lang w:val="en-GB"/>
        </w:rPr>
        <w:t>Nakon</w:t>
      </w:r>
      <w:proofErr w:type="spellEnd"/>
      <w:r w:rsidRPr="00DD056E">
        <w:rPr>
          <w:lang w:val="en-GB"/>
        </w:rPr>
        <w:t xml:space="preserve"> </w:t>
      </w:r>
      <w:proofErr w:type="spellStart"/>
      <w:r w:rsidRPr="00DD056E">
        <w:rPr>
          <w:lang w:val="en-GB"/>
        </w:rPr>
        <w:t>izvršenog</w:t>
      </w:r>
      <w:proofErr w:type="spellEnd"/>
      <w:r w:rsidRPr="00DD056E">
        <w:rPr>
          <w:lang w:val="en-GB"/>
        </w:rPr>
        <w:t xml:space="preserve"> </w:t>
      </w:r>
      <w:proofErr w:type="spellStart"/>
      <w:r w:rsidRPr="00DD056E">
        <w:rPr>
          <w:lang w:val="en-GB"/>
        </w:rPr>
        <w:t>markiranja</w:t>
      </w:r>
      <w:proofErr w:type="spellEnd"/>
      <w:r w:rsidRPr="00DD056E">
        <w:rPr>
          <w:lang w:val="en-GB"/>
        </w:rPr>
        <w:t xml:space="preserve"> </w:t>
      </w:r>
      <w:proofErr w:type="spellStart"/>
      <w:r w:rsidRPr="00DD056E">
        <w:rPr>
          <w:lang w:val="en-GB"/>
        </w:rPr>
        <w:t>i</w:t>
      </w:r>
      <w:proofErr w:type="spellEnd"/>
      <w:r w:rsidRPr="00DD056E">
        <w:rPr>
          <w:lang w:val="en-GB"/>
        </w:rPr>
        <w:t xml:space="preserve"> </w:t>
      </w:r>
      <w:proofErr w:type="spellStart"/>
      <w:r w:rsidRPr="00DD056E">
        <w:rPr>
          <w:lang w:val="en-GB"/>
        </w:rPr>
        <w:t>izdavanja</w:t>
      </w:r>
      <w:proofErr w:type="spellEnd"/>
      <w:r w:rsidRPr="00DD056E">
        <w:rPr>
          <w:lang w:val="en-GB"/>
        </w:rPr>
        <w:t xml:space="preserve"> </w:t>
      </w:r>
      <w:proofErr w:type="spellStart"/>
      <w:r w:rsidRPr="00DD056E">
        <w:rPr>
          <w:lang w:val="en-GB"/>
        </w:rPr>
        <w:t>Potvrde</w:t>
      </w:r>
      <w:proofErr w:type="spellEnd"/>
      <w:r w:rsidRPr="00DD056E">
        <w:rPr>
          <w:lang w:val="en-GB"/>
        </w:rPr>
        <w:t xml:space="preserve"> o </w:t>
      </w:r>
      <w:proofErr w:type="spellStart"/>
      <w:r w:rsidRPr="00DD056E">
        <w:rPr>
          <w:lang w:val="en-GB"/>
        </w:rPr>
        <w:t>izvršenom</w:t>
      </w:r>
      <w:proofErr w:type="spellEnd"/>
      <w:r w:rsidRPr="00DD056E">
        <w:rPr>
          <w:lang w:val="en-GB"/>
        </w:rPr>
        <w:t xml:space="preserve"> </w:t>
      </w:r>
      <w:proofErr w:type="spellStart"/>
      <w:r w:rsidRPr="00DD056E">
        <w:rPr>
          <w:lang w:val="en-GB"/>
        </w:rPr>
        <w:t>markiranju</w:t>
      </w:r>
      <w:proofErr w:type="spellEnd"/>
      <w:r w:rsidRPr="00DD056E">
        <w:rPr>
          <w:lang w:val="en-GB"/>
        </w:rPr>
        <w:t xml:space="preserve">, </w:t>
      </w:r>
      <w:proofErr w:type="spellStart"/>
      <w:r w:rsidRPr="00DD056E">
        <w:rPr>
          <w:lang w:val="en-GB"/>
        </w:rPr>
        <w:t>Pružalac</w:t>
      </w:r>
      <w:proofErr w:type="spellEnd"/>
      <w:r w:rsidRPr="00DD056E">
        <w:rPr>
          <w:lang w:val="en-GB"/>
        </w:rPr>
        <w:t xml:space="preserve"> </w:t>
      </w:r>
      <w:proofErr w:type="spellStart"/>
      <w:r w:rsidRPr="00DD056E">
        <w:rPr>
          <w:lang w:val="en-GB"/>
        </w:rPr>
        <w:t>usluge</w:t>
      </w:r>
      <w:proofErr w:type="spellEnd"/>
      <w:r w:rsidRPr="00DD056E">
        <w:rPr>
          <w:lang w:val="en-GB"/>
        </w:rPr>
        <w:t xml:space="preserve"> </w:t>
      </w:r>
      <w:proofErr w:type="spellStart"/>
      <w:r w:rsidRPr="00DD056E">
        <w:rPr>
          <w:lang w:val="en-GB"/>
        </w:rPr>
        <w:t>markiranja</w:t>
      </w:r>
      <w:proofErr w:type="spellEnd"/>
      <w:r w:rsidRPr="00DD056E">
        <w:rPr>
          <w:lang w:val="en-GB"/>
        </w:rPr>
        <w:t xml:space="preserve"> </w:t>
      </w:r>
      <w:proofErr w:type="spellStart"/>
      <w:r w:rsidRPr="00DD056E">
        <w:rPr>
          <w:lang w:val="en-GB"/>
        </w:rPr>
        <w:t>dužan</w:t>
      </w:r>
      <w:proofErr w:type="spellEnd"/>
      <w:r w:rsidRPr="00DD056E">
        <w:rPr>
          <w:lang w:val="en-GB"/>
        </w:rPr>
        <w:t xml:space="preserve"> je </w:t>
      </w:r>
      <w:proofErr w:type="spellStart"/>
      <w:r w:rsidRPr="00DD056E">
        <w:rPr>
          <w:lang w:val="en-GB"/>
        </w:rPr>
        <w:t>izvršiti</w:t>
      </w:r>
      <w:proofErr w:type="spellEnd"/>
      <w:r w:rsidRPr="00DD056E">
        <w:rPr>
          <w:lang w:val="en-GB"/>
        </w:rPr>
        <w:t xml:space="preserve"> </w:t>
      </w:r>
      <w:proofErr w:type="spellStart"/>
      <w:r w:rsidRPr="00DD056E">
        <w:rPr>
          <w:lang w:val="en-GB"/>
        </w:rPr>
        <w:t>provjeru</w:t>
      </w:r>
      <w:proofErr w:type="spellEnd"/>
      <w:r w:rsidRPr="00DD056E">
        <w:rPr>
          <w:lang w:val="en-GB"/>
        </w:rPr>
        <w:t xml:space="preserve"> </w:t>
      </w:r>
      <w:proofErr w:type="spellStart"/>
      <w:r w:rsidRPr="00DD056E">
        <w:rPr>
          <w:lang w:val="en-GB"/>
        </w:rPr>
        <w:t>prisustva</w:t>
      </w:r>
      <w:proofErr w:type="spellEnd"/>
      <w:r w:rsidRPr="00DD056E">
        <w:rPr>
          <w:lang w:val="en-GB"/>
        </w:rPr>
        <w:t xml:space="preserve"> </w:t>
      </w:r>
      <w:proofErr w:type="spellStart"/>
      <w:r w:rsidRPr="00DD056E">
        <w:rPr>
          <w:lang w:val="en-GB"/>
        </w:rPr>
        <w:t>i</w:t>
      </w:r>
      <w:proofErr w:type="spellEnd"/>
      <w:r w:rsidRPr="00DD056E">
        <w:rPr>
          <w:lang w:val="en-GB"/>
        </w:rPr>
        <w:t xml:space="preserve"> </w:t>
      </w:r>
      <w:proofErr w:type="spellStart"/>
      <w:r w:rsidRPr="00DD056E">
        <w:rPr>
          <w:lang w:val="en-GB"/>
        </w:rPr>
        <w:t>koncentracije</w:t>
      </w:r>
      <w:proofErr w:type="spellEnd"/>
      <w:r w:rsidRPr="00DD056E">
        <w:rPr>
          <w:lang w:val="en-GB"/>
        </w:rPr>
        <w:t xml:space="preserve"> </w:t>
      </w:r>
      <w:proofErr w:type="spellStart"/>
      <w:r w:rsidRPr="00DD056E">
        <w:rPr>
          <w:lang w:val="en-GB"/>
        </w:rPr>
        <w:t>markera</w:t>
      </w:r>
      <w:proofErr w:type="spellEnd"/>
      <w:r w:rsidRPr="00DD056E">
        <w:rPr>
          <w:lang w:val="en-GB"/>
        </w:rPr>
        <w:t xml:space="preserve"> u </w:t>
      </w:r>
      <w:proofErr w:type="spellStart"/>
      <w:r w:rsidRPr="00DD056E">
        <w:rPr>
          <w:lang w:val="en-GB"/>
        </w:rPr>
        <w:t>markiranom</w:t>
      </w:r>
      <w:proofErr w:type="spellEnd"/>
      <w:r w:rsidRPr="00DD056E">
        <w:rPr>
          <w:lang w:val="en-GB"/>
        </w:rPr>
        <w:t xml:space="preserve"> </w:t>
      </w:r>
      <w:proofErr w:type="spellStart"/>
      <w:r w:rsidRPr="00DD056E">
        <w:rPr>
          <w:lang w:val="en-GB"/>
        </w:rPr>
        <w:t>gorivu</w:t>
      </w:r>
      <w:proofErr w:type="spellEnd"/>
      <w:r w:rsidRPr="00DD056E">
        <w:rPr>
          <w:lang w:val="en-GB"/>
        </w:rPr>
        <w:t xml:space="preserve"> </w:t>
      </w:r>
      <w:proofErr w:type="spellStart"/>
      <w:r w:rsidRPr="00DD056E">
        <w:rPr>
          <w:lang w:val="en-GB"/>
        </w:rPr>
        <w:t>te</w:t>
      </w:r>
      <w:proofErr w:type="spellEnd"/>
      <w:r w:rsidRPr="00DD056E">
        <w:rPr>
          <w:lang w:val="en-GB"/>
        </w:rPr>
        <w:t xml:space="preserve"> </w:t>
      </w:r>
      <w:proofErr w:type="spellStart"/>
      <w:r w:rsidRPr="00DD056E">
        <w:rPr>
          <w:lang w:val="en-GB"/>
        </w:rPr>
        <w:t>sačiniti</w:t>
      </w:r>
      <w:proofErr w:type="spellEnd"/>
      <w:r w:rsidRPr="00DD056E">
        <w:rPr>
          <w:lang w:val="en-GB"/>
        </w:rPr>
        <w:t xml:space="preserve"> </w:t>
      </w:r>
      <w:proofErr w:type="spellStart"/>
      <w:r w:rsidRPr="00DD056E">
        <w:rPr>
          <w:lang w:val="en-GB"/>
        </w:rPr>
        <w:t>Izvještaj</w:t>
      </w:r>
      <w:proofErr w:type="spellEnd"/>
      <w:r w:rsidRPr="00DD056E">
        <w:rPr>
          <w:lang w:val="en-GB"/>
        </w:rPr>
        <w:t xml:space="preserve"> o </w:t>
      </w:r>
      <w:proofErr w:type="spellStart"/>
      <w:r w:rsidRPr="00DD056E">
        <w:rPr>
          <w:lang w:val="en-GB"/>
        </w:rPr>
        <w:t>provjeri</w:t>
      </w:r>
      <w:proofErr w:type="spellEnd"/>
      <w:r w:rsidRPr="00DD056E">
        <w:rPr>
          <w:lang w:val="en-GB"/>
        </w:rPr>
        <w:t xml:space="preserve"> </w:t>
      </w:r>
      <w:proofErr w:type="spellStart"/>
      <w:r w:rsidRPr="00DD056E">
        <w:rPr>
          <w:lang w:val="en-GB"/>
        </w:rPr>
        <w:t>koncentracije</w:t>
      </w:r>
      <w:proofErr w:type="spellEnd"/>
      <w:r w:rsidRPr="00DD056E">
        <w:rPr>
          <w:lang w:val="en-GB"/>
        </w:rPr>
        <w:t xml:space="preserve"> </w:t>
      </w:r>
      <w:proofErr w:type="spellStart"/>
      <w:r w:rsidRPr="00DD056E">
        <w:rPr>
          <w:lang w:val="en-GB"/>
        </w:rPr>
        <w:t>markera</w:t>
      </w:r>
      <w:proofErr w:type="spellEnd"/>
      <w:r w:rsidRPr="00DD056E">
        <w:rPr>
          <w:lang w:val="en-GB"/>
        </w:rPr>
        <w:t xml:space="preserve"> </w:t>
      </w:r>
      <w:proofErr w:type="spellStart"/>
      <w:r w:rsidRPr="00DD056E">
        <w:rPr>
          <w:lang w:val="en-GB"/>
        </w:rPr>
        <w:t>nakon</w:t>
      </w:r>
      <w:proofErr w:type="spellEnd"/>
      <w:r w:rsidRPr="00DD056E">
        <w:rPr>
          <w:lang w:val="en-GB"/>
        </w:rPr>
        <w:t xml:space="preserve"> </w:t>
      </w:r>
      <w:proofErr w:type="spellStart"/>
      <w:r w:rsidRPr="00DD056E">
        <w:rPr>
          <w:lang w:val="en-GB"/>
        </w:rPr>
        <w:t>markiranja</w:t>
      </w:r>
      <w:proofErr w:type="spellEnd"/>
      <w:r w:rsidRPr="00DD056E">
        <w:rPr>
          <w:lang w:val="en-GB"/>
        </w:rPr>
        <w:t>.</w:t>
      </w:r>
    </w:p>
    <w:p w14:paraId="4E96D712" w14:textId="3FB7A8A3" w:rsidR="00EA4A3F" w:rsidRDefault="00EA4A3F" w:rsidP="00EA4A3F">
      <w:pPr>
        <w:jc w:val="both"/>
        <w:rPr>
          <w:lang w:val="en-GB"/>
        </w:rPr>
      </w:pPr>
      <w:proofErr w:type="spellStart"/>
      <w:r w:rsidRPr="00EA4A3F">
        <w:rPr>
          <w:lang w:val="en-GB"/>
        </w:rPr>
        <w:t>Provjera</w:t>
      </w:r>
      <w:proofErr w:type="spellEnd"/>
      <w:r w:rsidRPr="00EA4A3F">
        <w:rPr>
          <w:lang w:val="en-GB"/>
        </w:rPr>
        <w:t xml:space="preserve"> </w:t>
      </w:r>
      <w:proofErr w:type="spellStart"/>
      <w:r w:rsidRPr="00EA4A3F">
        <w:rPr>
          <w:lang w:val="en-GB"/>
        </w:rPr>
        <w:t>prisustva</w:t>
      </w:r>
      <w:proofErr w:type="spellEnd"/>
      <w:r w:rsidRPr="00EA4A3F">
        <w:rPr>
          <w:lang w:val="en-GB"/>
        </w:rPr>
        <w:t xml:space="preserve"> </w:t>
      </w:r>
      <w:proofErr w:type="spellStart"/>
      <w:r w:rsidRPr="00EA4A3F">
        <w:rPr>
          <w:lang w:val="en-GB"/>
        </w:rPr>
        <w:t>i</w:t>
      </w:r>
      <w:proofErr w:type="spellEnd"/>
      <w:r w:rsidRPr="00EA4A3F">
        <w:rPr>
          <w:lang w:val="en-GB"/>
        </w:rPr>
        <w:t xml:space="preserve"> </w:t>
      </w:r>
      <w:proofErr w:type="spellStart"/>
      <w:r w:rsidRPr="00EA4A3F">
        <w:rPr>
          <w:lang w:val="en-GB"/>
        </w:rPr>
        <w:t>koncentracije</w:t>
      </w:r>
      <w:proofErr w:type="spellEnd"/>
      <w:r w:rsidRPr="00EA4A3F">
        <w:rPr>
          <w:lang w:val="en-GB"/>
        </w:rPr>
        <w:t xml:space="preserve"> </w:t>
      </w:r>
      <w:proofErr w:type="spellStart"/>
      <w:r w:rsidRPr="00EA4A3F">
        <w:rPr>
          <w:lang w:val="en-GB"/>
        </w:rPr>
        <w:t>markera</w:t>
      </w:r>
      <w:proofErr w:type="spellEnd"/>
      <w:r w:rsidRPr="00EA4A3F">
        <w:rPr>
          <w:lang w:val="en-GB"/>
        </w:rPr>
        <w:t xml:space="preserve"> </w:t>
      </w:r>
      <w:proofErr w:type="spellStart"/>
      <w:r w:rsidRPr="00EA4A3F">
        <w:rPr>
          <w:lang w:val="en-GB"/>
        </w:rPr>
        <w:t>vrši</w:t>
      </w:r>
      <w:proofErr w:type="spellEnd"/>
      <w:r w:rsidRPr="00EA4A3F">
        <w:rPr>
          <w:lang w:val="en-GB"/>
        </w:rPr>
        <w:t xml:space="preserve"> se </w:t>
      </w:r>
      <w:proofErr w:type="spellStart"/>
      <w:r w:rsidRPr="00EA4A3F">
        <w:rPr>
          <w:lang w:val="en-GB"/>
        </w:rPr>
        <w:t>nakon</w:t>
      </w:r>
      <w:proofErr w:type="spellEnd"/>
      <w:r w:rsidRPr="00EA4A3F">
        <w:rPr>
          <w:lang w:val="en-GB"/>
        </w:rPr>
        <w:t xml:space="preserve"> </w:t>
      </w:r>
      <w:proofErr w:type="spellStart"/>
      <w:r w:rsidRPr="00EA4A3F">
        <w:rPr>
          <w:lang w:val="en-GB"/>
        </w:rPr>
        <w:t>svakog</w:t>
      </w:r>
      <w:proofErr w:type="spellEnd"/>
      <w:r w:rsidRPr="00EA4A3F">
        <w:rPr>
          <w:lang w:val="en-GB"/>
        </w:rPr>
        <w:t xml:space="preserve"> </w:t>
      </w:r>
      <w:proofErr w:type="spellStart"/>
      <w:r w:rsidRPr="00EA4A3F">
        <w:rPr>
          <w:lang w:val="en-GB"/>
        </w:rPr>
        <w:t>izvršenog</w:t>
      </w:r>
      <w:proofErr w:type="spellEnd"/>
      <w:r w:rsidRPr="00EA4A3F">
        <w:rPr>
          <w:lang w:val="en-GB"/>
        </w:rPr>
        <w:t xml:space="preserve"> </w:t>
      </w:r>
      <w:proofErr w:type="spellStart"/>
      <w:r w:rsidRPr="00EA4A3F">
        <w:rPr>
          <w:lang w:val="en-GB"/>
        </w:rPr>
        <w:t>postupka</w:t>
      </w:r>
      <w:proofErr w:type="spellEnd"/>
      <w:r w:rsidRPr="00EA4A3F">
        <w:rPr>
          <w:lang w:val="en-GB"/>
        </w:rPr>
        <w:t xml:space="preserve"> </w:t>
      </w:r>
      <w:proofErr w:type="spellStart"/>
      <w:r w:rsidRPr="00EA4A3F">
        <w:rPr>
          <w:lang w:val="en-GB"/>
        </w:rPr>
        <w:t>markiranja</w:t>
      </w:r>
      <w:proofErr w:type="spellEnd"/>
      <w:r w:rsidRPr="00EA4A3F">
        <w:rPr>
          <w:lang w:val="en-GB"/>
        </w:rPr>
        <w:t xml:space="preserve"> </w:t>
      </w:r>
      <w:proofErr w:type="spellStart"/>
      <w:r w:rsidRPr="00EA4A3F">
        <w:rPr>
          <w:lang w:val="en-GB"/>
        </w:rPr>
        <w:t>goriva</w:t>
      </w:r>
      <w:proofErr w:type="spellEnd"/>
      <w:r w:rsidRPr="00EA4A3F">
        <w:rPr>
          <w:lang w:val="en-GB"/>
        </w:rPr>
        <w:t xml:space="preserve"> u auto-</w:t>
      </w:r>
      <w:proofErr w:type="spellStart"/>
      <w:r w:rsidRPr="00EA4A3F">
        <w:rPr>
          <w:lang w:val="en-GB"/>
        </w:rPr>
        <w:t>cisternama</w:t>
      </w:r>
      <w:proofErr w:type="spellEnd"/>
      <w:r w:rsidR="00E94FF8">
        <w:rPr>
          <w:lang w:val="en-GB"/>
        </w:rPr>
        <w:t>.</w:t>
      </w:r>
    </w:p>
    <w:p w14:paraId="22BE6AA2" w14:textId="77777777" w:rsidR="00B53A73" w:rsidRPr="00B53A73" w:rsidRDefault="00B53A73" w:rsidP="00B53A73">
      <w:pPr>
        <w:jc w:val="both"/>
        <w:rPr>
          <w:lang w:val="en-GB"/>
        </w:rPr>
      </w:pPr>
      <w:proofErr w:type="spellStart"/>
      <w:r w:rsidRPr="00B53A73">
        <w:rPr>
          <w:lang w:val="en-GB"/>
        </w:rPr>
        <w:t>Izvještaj</w:t>
      </w:r>
      <w:proofErr w:type="spellEnd"/>
      <w:r w:rsidRPr="00B53A73">
        <w:rPr>
          <w:lang w:val="en-GB"/>
        </w:rPr>
        <w:t xml:space="preserve"> o </w:t>
      </w:r>
      <w:proofErr w:type="spellStart"/>
      <w:r w:rsidRPr="00B53A73">
        <w:rPr>
          <w:lang w:val="en-GB"/>
        </w:rPr>
        <w:t>provjeri</w:t>
      </w:r>
      <w:proofErr w:type="spellEnd"/>
      <w:r w:rsidRPr="00B53A73">
        <w:rPr>
          <w:lang w:val="en-GB"/>
        </w:rPr>
        <w:t xml:space="preserve"> </w:t>
      </w:r>
      <w:proofErr w:type="spellStart"/>
      <w:r w:rsidRPr="00B53A73">
        <w:rPr>
          <w:lang w:val="en-GB"/>
        </w:rPr>
        <w:t>koncentracije</w:t>
      </w:r>
      <w:proofErr w:type="spellEnd"/>
      <w:r w:rsidRPr="00B53A73">
        <w:rPr>
          <w:lang w:val="en-GB"/>
        </w:rPr>
        <w:t xml:space="preserve"> </w:t>
      </w:r>
      <w:proofErr w:type="spellStart"/>
      <w:r w:rsidRPr="00B53A73">
        <w:rPr>
          <w:lang w:val="en-GB"/>
        </w:rPr>
        <w:t>markera</w:t>
      </w:r>
      <w:proofErr w:type="spellEnd"/>
      <w:r w:rsidRPr="00B53A73">
        <w:rPr>
          <w:lang w:val="en-GB"/>
        </w:rPr>
        <w:t xml:space="preserve"> </w:t>
      </w:r>
      <w:proofErr w:type="spellStart"/>
      <w:r w:rsidRPr="00B53A73">
        <w:rPr>
          <w:lang w:val="en-GB"/>
        </w:rPr>
        <w:t>nakon</w:t>
      </w:r>
      <w:proofErr w:type="spellEnd"/>
      <w:r w:rsidRPr="00B53A73">
        <w:rPr>
          <w:lang w:val="en-GB"/>
        </w:rPr>
        <w:t xml:space="preserve"> </w:t>
      </w:r>
      <w:proofErr w:type="spellStart"/>
      <w:r w:rsidRPr="00B53A73">
        <w:rPr>
          <w:lang w:val="en-GB"/>
        </w:rPr>
        <w:t>markiranja</w:t>
      </w:r>
      <w:proofErr w:type="spellEnd"/>
      <w:r w:rsidRPr="00B53A73">
        <w:rPr>
          <w:lang w:val="en-GB"/>
        </w:rPr>
        <w:t xml:space="preserve"> </w:t>
      </w:r>
      <w:proofErr w:type="spellStart"/>
      <w:r w:rsidRPr="00B53A73">
        <w:rPr>
          <w:lang w:val="en-GB"/>
        </w:rPr>
        <w:t>predstavlja</w:t>
      </w:r>
      <w:proofErr w:type="spellEnd"/>
      <w:r w:rsidRPr="00B53A73">
        <w:rPr>
          <w:lang w:val="en-GB"/>
        </w:rPr>
        <w:t xml:space="preserve"> </w:t>
      </w:r>
      <w:proofErr w:type="spellStart"/>
      <w:r w:rsidRPr="00B53A73">
        <w:rPr>
          <w:lang w:val="en-GB"/>
        </w:rPr>
        <w:t>dokument</w:t>
      </w:r>
      <w:proofErr w:type="spellEnd"/>
      <w:r w:rsidRPr="00B53A73">
        <w:rPr>
          <w:lang w:val="en-GB"/>
        </w:rPr>
        <w:t xml:space="preserve"> </w:t>
      </w:r>
      <w:proofErr w:type="spellStart"/>
      <w:r w:rsidRPr="00B53A73">
        <w:rPr>
          <w:lang w:val="en-GB"/>
        </w:rPr>
        <w:t>kojim</w:t>
      </w:r>
      <w:proofErr w:type="spellEnd"/>
      <w:r w:rsidRPr="00B53A73">
        <w:rPr>
          <w:lang w:val="en-GB"/>
        </w:rPr>
        <w:t xml:space="preserve"> se </w:t>
      </w:r>
      <w:proofErr w:type="spellStart"/>
      <w:r w:rsidRPr="00B53A73">
        <w:rPr>
          <w:lang w:val="en-GB"/>
        </w:rPr>
        <w:t>potvrđuje</w:t>
      </w:r>
      <w:proofErr w:type="spellEnd"/>
      <w:r w:rsidRPr="00B53A73">
        <w:rPr>
          <w:lang w:val="en-GB"/>
        </w:rPr>
        <w:t xml:space="preserve"> da je </w:t>
      </w:r>
      <w:proofErr w:type="spellStart"/>
      <w:r w:rsidRPr="00B53A73">
        <w:rPr>
          <w:lang w:val="en-GB"/>
        </w:rPr>
        <w:t>nakon</w:t>
      </w:r>
      <w:proofErr w:type="spellEnd"/>
      <w:r w:rsidRPr="00B53A73">
        <w:rPr>
          <w:lang w:val="en-GB"/>
        </w:rPr>
        <w:t xml:space="preserve"> </w:t>
      </w:r>
      <w:proofErr w:type="spellStart"/>
      <w:r w:rsidRPr="00B53A73">
        <w:rPr>
          <w:lang w:val="en-GB"/>
        </w:rPr>
        <w:t>izvršenog</w:t>
      </w:r>
      <w:proofErr w:type="spellEnd"/>
      <w:r w:rsidRPr="00B53A73">
        <w:rPr>
          <w:lang w:val="en-GB"/>
        </w:rPr>
        <w:t xml:space="preserve"> </w:t>
      </w:r>
      <w:proofErr w:type="spellStart"/>
      <w:r w:rsidRPr="00B53A73">
        <w:rPr>
          <w:lang w:val="en-GB"/>
        </w:rPr>
        <w:t>markiranja</w:t>
      </w:r>
      <w:proofErr w:type="spellEnd"/>
      <w:r w:rsidRPr="00B53A73">
        <w:rPr>
          <w:lang w:val="en-GB"/>
        </w:rPr>
        <w:t xml:space="preserve"> </w:t>
      </w:r>
      <w:proofErr w:type="spellStart"/>
      <w:r w:rsidRPr="00B53A73">
        <w:rPr>
          <w:lang w:val="en-GB"/>
        </w:rPr>
        <w:t>utvrđeno</w:t>
      </w:r>
      <w:proofErr w:type="spellEnd"/>
      <w:r w:rsidRPr="00B53A73">
        <w:rPr>
          <w:lang w:val="en-GB"/>
        </w:rPr>
        <w:t xml:space="preserve"> </w:t>
      </w:r>
      <w:proofErr w:type="spellStart"/>
      <w:r w:rsidRPr="00B53A73">
        <w:rPr>
          <w:lang w:val="en-GB"/>
        </w:rPr>
        <w:t>prisustvo</w:t>
      </w:r>
      <w:proofErr w:type="spellEnd"/>
      <w:r w:rsidRPr="00B53A73">
        <w:rPr>
          <w:lang w:val="en-GB"/>
        </w:rPr>
        <w:t xml:space="preserve"> </w:t>
      </w:r>
      <w:proofErr w:type="spellStart"/>
      <w:r w:rsidRPr="00B53A73">
        <w:rPr>
          <w:lang w:val="en-GB"/>
        </w:rPr>
        <w:t>markera</w:t>
      </w:r>
      <w:proofErr w:type="spellEnd"/>
      <w:r w:rsidRPr="00B53A73">
        <w:rPr>
          <w:lang w:val="en-GB"/>
        </w:rPr>
        <w:t xml:space="preserve"> u </w:t>
      </w:r>
      <w:proofErr w:type="spellStart"/>
      <w:r w:rsidRPr="00B53A73">
        <w:rPr>
          <w:lang w:val="en-GB"/>
        </w:rPr>
        <w:t>propisanoj</w:t>
      </w:r>
      <w:proofErr w:type="spellEnd"/>
      <w:r w:rsidRPr="00B53A73">
        <w:rPr>
          <w:lang w:val="en-GB"/>
        </w:rPr>
        <w:t xml:space="preserve"> </w:t>
      </w:r>
      <w:proofErr w:type="spellStart"/>
      <w:r w:rsidRPr="00B53A73">
        <w:rPr>
          <w:lang w:val="en-GB"/>
        </w:rPr>
        <w:t>koncentraciji</w:t>
      </w:r>
      <w:proofErr w:type="spellEnd"/>
      <w:r w:rsidRPr="00B53A73">
        <w:rPr>
          <w:lang w:val="en-GB"/>
        </w:rPr>
        <w:t xml:space="preserve">. </w:t>
      </w:r>
      <w:proofErr w:type="spellStart"/>
      <w:r w:rsidRPr="00B53A73">
        <w:rPr>
          <w:lang w:val="en-GB"/>
        </w:rPr>
        <w:t>Zajedno</w:t>
      </w:r>
      <w:proofErr w:type="spellEnd"/>
      <w:r w:rsidRPr="00B53A73">
        <w:rPr>
          <w:lang w:val="en-GB"/>
        </w:rPr>
        <w:t xml:space="preserve"> </w:t>
      </w:r>
      <w:proofErr w:type="spellStart"/>
      <w:r w:rsidRPr="00B53A73">
        <w:rPr>
          <w:lang w:val="en-GB"/>
        </w:rPr>
        <w:t>sa</w:t>
      </w:r>
      <w:proofErr w:type="spellEnd"/>
      <w:r w:rsidRPr="00B53A73">
        <w:rPr>
          <w:lang w:val="en-GB"/>
        </w:rPr>
        <w:t xml:space="preserve"> </w:t>
      </w:r>
      <w:proofErr w:type="spellStart"/>
      <w:r w:rsidRPr="00B53A73">
        <w:rPr>
          <w:lang w:val="en-GB"/>
        </w:rPr>
        <w:t>Potvrdom</w:t>
      </w:r>
      <w:proofErr w:type="spellEnd"/>
      <w:r w:rsidRPr="00B53A73">
        <w:rPr>
          <w:lang w:val="en-GB"/>
        </w:rPr>
        <w:t xml:space="preserve"> o </w:t>
      </w:r>
      <w:proofErr w:type="spellStart"/>
      <w:r w:rsidRPr="00B53A73">
        <w:rPr>
          <w:lang w:val="en-GB"/>
        </w:rPr>
        <w:t>izvršenom</w:t>
      </w:r>
      <w:proofErr w:type="spellEnd"/>
      <w:r w:rsidRPr="00B53A73">
        <w:rPr>
          <w:lang w:val="en-GB"/>
        </w:rPr>
        <w:t xml:space="preserve"> </w:t>
      </w:r>
      <w:proofErr w:type="spellStart"/>
      <w:r w:rsidRPr="00B53A73">
        <w:rPr>
          <w:lang w:val="en-GB"/>
        </w:rPr>
        <w:t>markiranju</w:t>
      </w:r>
      <w:proofErr w:type="spellEnd"/>
      <w:r w:rsidRPr="00B53A73">
        <w:rPr>
          <w:lang w:val="en-GB"/>
        </w:rPr>
        <w:t xml:space="preserve">, </w:t>
      </w:r>
      <w:proofErr w:type="spellStart"/>
      <w:r w:rsidRPr="00B53A73">
        <w:rPr>
          <w:lang w:val="en-GB"/>
        </w:rPr>
        <w:t>Izvještaj</w:t>
      </w:r>
      <w:proofErr w:type="spellEnd"/>
      <w:r w:rsidRPr="00B53A73">
        <w:rPr>
          <w:lang w:val="en-GB"/>
        </w:rPr>
        <w:t xml:space="preserve"> o </w:t>
      </w:r>
      <w:proofErr w:type="spellStart"/>
      <w:r w:rsidRPr="00B53A73">
        <w:rPr>
          <w:lang w:val="en-GB"/>
        </w:rPr>
        <w:t>provjeri</w:t>
      </w:r>
      <w:proofErr w:type="spellEnd"/>
      <w:r w:rsidRPr="00B53A73">
        <w:rPr>
          <w:lang w:val="en-GB"/>
        </w:rPr>
        <w:t xml:space="preserve"> </w:t>
      </w:r>
      <w:proofErr w:type="spellStart"/>
      <w:r w:rsidRPr="00B53A73">
        <w:rPr>
          <w:lang w:val="en-GB"/>
        </w:rPr>
        <w:t>koncentracije</w:t>
      </w:r>
      <w:proofErr w:type="spellEnd"/>
      <w:r w:rsidRPr="00B53A73">
        <w:rPr>
          <w:lang w:val="en-GB"/>
        </w:rPr>
        <w:t xml:space="preserve"> </w:t>
      </w:r>
      <w:proofErr w:type="spellStart"/>
      <w:r w:rsidRPr="00B53A73">
        <w:rPr>
          <w:lang w:val="en-GB"/>
        </w:rPr>
        <w:t>markera</w:t>
      </w:r>
      <w:proofErr w:type="spellEnd"/>
      <w:r w:rsidRPr="00B53A73">
        <w:rPr>
          <w:lang w:val="en-GB"/>
        </w:rPr>
        <w:t xml:space="preserve"> </w:t>
      </w:r>
      <w:proofErr w:type="spellStart"/>
      <w:r w:rsidRPr="00B53A73">
        <w:rPr>
          <w:lang w:val="en-GB"/>
        </w:rPr>
        <w:t>nakon</w:t>
      </w:r>
      <w:proofErr w:type="spellEnd"/>
      <w:r w:rsidRPr="00B53A73">
        <w:rPr>
          <w:lang w:val="en-GB"/>
        </w:rPr>
        <w:t xml:space="preserve"> </w:t>
      </w:r>
      <w:proofErr w:type="spellStart"/>
      <w:r w:rsidRPr="00B53A73">
        <w:rPr>
          <w:lang w:val="en-GB"/>
        </w:rPr>
        <w:t>markiranja</w:t>
      </w:r>
      <w:proofErr w:type="spellEnd"/>
      <w:r w:rsidRPr="00B53A73">
        <w:rPr>
          <w:lang w:val="en-GB"/>
        </w:rPr>
        <w:t xml:space="preserve"> </w:t>
      </w:r>
      <w:proofErr w:type="spellStart"/>
      <w:r w:rsidRPr="00B53A73">
        <w:rPr>
          <w:lang w:val="en-GB"/>
        </w:rPr>
        <w:t>prilaže</w:t>
      </w:r>
      <w:proofErr w:type="spellEnd"/>
      <w:r w:rsidRPr="00B53A73">
        <w:rPr>
          <w:lang w:val="en-GB"/>
        </w:rPr>
        <w:t xml:space="preserve"> se </w:t>
      </w:r>
      <w:proofErr w:type="spellStart"/>
      <w:r w:rsidRPr="00B53A73">
        <w:rPr>
          <w:lang w:val="en-GB"/>
        </w:rPr>
        <w:t>uz</w:t>
      </w:r>
      <w:proofErr w:type="spellEnd"/>
      <w:r w:rsidRPr="00B53A73">
        <w:rPr>
          <w:lang w:val="en-GB"/>
        </w:rPr>
        <w:t xml:space="preserve"> </w:t>
      </w:r>
      <w:proofErr w:type="spellStart"/>
      <w:r w:rsidRPr="00B53A73">
        <w:rPr>
          <w:lang w:val="en-GB"/>
        </w:rPr>
        <w:t>dokumentaciju</w:t>
      </w:r>
      <w:proofErr w:type="spellEnd"/>
      <w:r w:rsidRPr="00B53A73">
        <w:rPr>
          <w:lang w:val="en-GB"/>
        </w:rPr>
        <w:t xml:space="preserve"> </w:t>
      </w:r>
      <w:proofErr w:type="spellStart"/>
      <w:r w:rsidRPr="00B53A73">
        <w:rPr>
          <w:lang w:val="en-GB"/>
        </w:rPr>
        <w:t>koja</w:t>
      </w:r>
      <w:proofErr w:type="spellEnd"/>
      <w:r w:rsidRPr="00B53A73">
        <w:rPr>
          <w:lang w:val="en-GB"/>
        </w:rPr>
        <w:t xml:space="preserve"> </w:t>
      </w:r>
      <w:proofErr w:type="spellStart"/>
      <w:r w:rsidRPr="00B53A73">
        <w:rPr>
          <w:lang w:val="en-GB"/>
        </w:rPr>
        <w:t>prati</w:t>
      </w:r>
      <w:proofErr w:type="spellEnd"/>
      <w:r w:rsidRPr="00B53A73">
        <w:rPr>
          <w:lang w:val="en-GB"/>
        </w:rPr>
        <w:t xml:space="preserve"> </w:t>
      </w:r>
      <w:proofErr w:type="spellStart"/>
      <w:r w:rsidRPr="00B53A73">
        <w:rPr>
          <w:lang w:val="en-GB"/>
        </w:rPr>
        <w:t>pošiljku</w:t>
      </w:r>
      <w:proofErr w:type="spellEnd"/>
      <w:r w:rsidRPr="00B53A73">
        <w:rPr>
          <w:lang w:val="en-GB"/>
        </w:rPr>
        <w:t xml:space="preserve"> </w:t>
      </w:r>
      <w:proofErr w:type="spellStart"/>
      <w:r w:rsidRPr="00B53A73">
        <w:rPr>
          <w:lang w:val="en-GB"/>
        </w:rPr>
        <w:t>goriva</w:t>
      </w:r>
      <w:proofErr w:type="spellEnd"/>
      <w:r w:rsidRPr="00B53A73">
        <w:rPr>
          <w:lang w:val="en-GB"/>
        </w:rPr>
        <w:t xml:space="preserve"> </w:t>
      </w:r>
      <w:proofErr w:type="spellStart"/>
      <w:r w:rsidRPr="00B53A73">
        <w:rPr>
          <w:lang w:val="en-GB"/>
        </w:rPr>
        <w:t>i</w:t>
      </w:r>
      <w:proofErr w:type="spellEnd"/>
      <w:r w:rsidRPr="00B53A73">
        <w:rPr>
          <w:lang w:val="en-GB"/>
        </w:rPr>
        <w:t xml:space="preserve"> </w:t>
      </w:r>
      <w:proofErr w:type="spellStart"/>
      <w:r w:rsidRPr="00B53A73">
        <w:rPr>
          <w:lang w:val="en-GB"/>
        </w:rPr>
        <w:t>predstavlja</w:t>
      </w:r>
      <w:proofErr w:type="spellEnd"/>
      <w:r w:rsidRPr="00B53A73">
        <w:rPr>
          <w:lang w:val="en-GB"/>
        </w:rPr>
        <w:t xml:space="preserve"> </w:t>
      </w:r>
      <w:proofErr w:type="spellStart"/>
      <w:r w:rsidRPr="00B53A73">
        <w:rPr>
          <w:lang w:val="en-GB"/>
        </w:rPr>
        <w:t>jedan</w:t>
      </w:r>
      <w:proofErr w:type="spellEnd"/>
      <w:r w:rsidRPr="00B53A73">
        <w:rPr>
          <w:lang w:val="en-GB"/>
        </w:rPr>
        <w:t xml:space="preserve"> </w:t>
      </w:r>
      <w:proofErr w:type="spellStart"/>
      <w:r w:rsidRPr="00B53A73">
        <w:rPr>
          <w:lang w:val="en-GB"/>
        </w:rPr>
        <w:t>od</w:t>
      </w:r>
      <w:proofErr w:type="spellEnd"/>
      <w:r w:rsidRPr="00B53A73">
        <w:rPr>
          <w:lang w:val="en-GB"/>
        </w:rPr>
        <w:t xml:space="preserve"> </w:t>
      </w:r>
      <w:proofErr w:type="spellStart"/>
      <w:r w:rsidRPr="00B53A73">
        <w:rPr>
          <w:lang w:val="en-GB"/>
        </w:rPr>
        <w:t>dokumenata</w:t>
      </w:r>
      <w:proofErr w:type="spellEnd"/>
      <w:r w:rsidRPr="00B53A73">
        <w:rPr>
          <w:lang w:val="en-GB"/>
        </w:rPr>
        <w:t xml:space="preserve"> </w:t>
      </w:r>
      <w:proofErr w:type="spellStart"/>
      <w:r w:rsidRPr="00B53A73">
        <w:rPr>
          <w:lang w:val="en-GB"/>
        </w:rPr>
        <w:t>neophodnih</w:t>
      </w:r>
      <w:proofErr w:type="spellEnd"/>
      <w:r w:rsidRPr="00B53A73">
        <w:rPr>
          <w:lang w:val="en-GB"/>
        </w:rPr>
        <w:t xml:space="preserve"> za </w:t>
      </w:r>
      <w:proofErr w:type="spellStart"/>
      <w:r w:rsidRPr="00B53A73">
        <w:rPr>
          <w:lang w:val="en-GB"/>
        </w:rPr>
        <w:t>sprovođenje</w:t>
      </w:r>
      <w:proofErr w:type="spellEnd"/>
      <w:r w:rsidRPr="00B53A73">
        <w:rPr>
          <w:lang w:val="en-GB"/>
        </w:rPr>
        <w:t xml:space="preserve"> </w:t>
      </w:r>
      <w:proofErr w:type="spellStart"/>
      <w:r w:rsidRPr="00B53A73">
        <w:rPr>
          <w:lang w:val="en-GB"/>
        </w:rPr>
        <w:t>carinskog</w:t>
      </w:r>
      <w:proofErr w:type="spellEnd"/>
      <w:r w:rsidRPr="00B53A73">
        <w:rPr>
          <w:lang w:val="en-GB"/>
        </w:rPr>
        <w:t xml:space="preserve"> </w:t>
      </w:r>
      <w:proofErr w:type="spellStart"/>
      <w:r w:rsidRPr="00B53A73">
        <w:rPr>
          <w:lang w:val="en-GB"/>
        </w:rPr>
        <w:t>postupka</w:t>
      </w:r>
      <w:proofErr w:type="spellEnd"/>
      <w:r w:rsidRPr="00B53A73">
        <w:rPr>
          <w:lang w:val="en-GB"/>
        </w:rPr>
        <w:t xml:space="preserve"> </w:t>
      </w:r>
      <w:proofErr w:type="spellStart"/>
      <w:r w:rsidRPr="00B53A73">
        <w:rPr>
          <w:lang w:val="en-GB"/>
        </w:rPr>
        <w:t>i</w:t>
      </w:r>
      <w:proofErr w:type="spellEnd"/>
      <w:r w:rsidRPr="00B53A73">
        <w:rPr>
          <w:lang w:val="en-GB"/>
        </w:rPr>
        <w:t xml:space="preserve"> </w:t>
      </w:r>
      <w:proofErr w:type="spellStart"/>
      <w:r w:rsidRPr="00B53A73">
        <w:rPr>
          <w:lang w:val="en-GB"/>
        </w:rPr>
        <w:t>stavljanje</w:t>
      </w:r>
      <w:proofErr w:type="spellEnd"/>
      <w:r w:rsidRPr="00B53A73">
        <w:rPr>
          <w:lang w:val="en-GB"/>
        </w:rPr>
        <w:t xml:space="preserve"> </w:t>
      </w:r>
      <w:proofErr w:type="spellStart"/>
      <w:r w:rsidRPr="00B53A73">
        <w:rPr>
          <w:lang w:val="en-GB"/>
        </w:rPr>
        <w:t>goriva</w:t>
      </w:r>
      <w:proofErr w:type="spellEnd"/>
      <w:r w:rsidRPr="00B53A73">
        <w:rPr>
          <w:lang w:val="en-GB"/>
        </w:rPr>
        <w:t xml:space="preserve"> u </w:t>
      </w:r>
      <w:proofErr w:type="spellStart"/>
      <w:r w:rsidRPr="00B53A73">
        <w:rPr>
          <w:lang w:val="en-GB"/>
        </w:rPr>
        <w:t>slobodan</w:t>
      </w:r>
      <w:proofErr w:type="spellEnd"/>
      <w:r w:rsidRPr="00B53A73">
        <w:rPr>
          <w:lang w:val="en-GB"/>
        </w:rPr>
        <w:t xml:space="preserve"> </w:t>
      </w:r>
      <w:proofErr w:type="spellStart"/>
      <w:r w:rsidRPr="00B53A73">
        <w:rPr>
          <w:lang w:val="en-GB"/>
        </w:rPr>
        <w:t>promet</w:t>
      </w:r>
      <w:proofErr w:type="spellEnd"/>
      <w:r w:rsidRPr="00B53A73">
        <w:rPr>
          <w:lang w:val="en-GB"/>
        </w:rPr>
        <w:t xml:space="preserve">, u </w:t>
      </w:r>
      <w:proofErr w:type="spellStart"/>
      <w:r w:rsidRPr="00B53A73">
        <w:rPr>
          <w:lang w:val="en-GB"/>
        </w:rPr>
        <w:t>skladu</w:t>
      </w:r>
      <w:proofErr w:type="spellEnd"/>
      <w:r w:rsidRPr="00B53A73">
        <w:rPr>
          <w:lang w:val="en-GB"/>
        </w:rPr>
        <w:t xml:space="preserve"> </w:t>
      </w:r>
      <w:proofErr w:type="spellStart"/>
      <w:r w:rsidRPr="00B53A73">
        <w:rPr>
          <w:lang w:val="en-GB"/>
        </w:rPr>
        <w:t>sa</w:t>
      </w:r>
      <w:proofErr w:type="spellEnd"/>
      <w:r w:rsidRPr="00B53A73">
        <w:rPr>
          <w:lang w:val="en-GB"/>
        </w:rPr>
        <w:t xml:space="preserve"> </w:t>
      </w:r>
      <w:proofErr w:type="spellStart"/>
      <w:r w:rsidRPr="00B53A73">
        <w:rPr>
          <w:lang w:val="en-GB"/>
        </w:rPr>
        <w:t>važećim</w:t>
      </w:r>
      <w:proofErr w:type="spellEnd"/>
      <w:r w:rsidRPr="00B53A73">
        <w:rPr>
          <w:lang w:val="en-GB"/>
        </w:rPr>
        <w:t xml:space="preserve"> </w:t>
      </w:r>
      <w:proofErr w:type="spellStart"/>
      <w:r w:rsidRPr="00B53A73">
        <w:rPr>
          <w:lang w:val="en-GB"/>
        </w:rPr>
        <w:t>propisima</w:t>
      </w:r>
      <w:proofErr w:type="spellEnd"/>
      <w:r w:rsidRPr="00B53A73">
        <w:rPr>
          <w:lang w:val="en-GB"/>
        </w:rPr>
        <w:t>.</w:t>
      </w:r>
    </w:p>
    <w:p w14:paraId="4406DB17" w14:textId="2AD28800" w:rsidR="00175E74" w:rsidRPr="00491C1A" w:rsidRDefault="00175E74" w:rsidP="00175E74">
      <w:pPr>
        <w:jc w:val="both"/>
        <w:rPr>
          <w:lang w:val="fr-FR"/>
        </w:rPr>
      </w:pPr>
      <w:proofErr w:type="spellStart"/>
      <w:r w:rsidRPr="00491C1A">
        <w:rPr>
          <w:lang w:val="fr-FR"/>
        </w:rPr>
        <w:t>Provjera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koncentracije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markera</w:t>
      </w:r>
      <w:proofErr w:type="spellEnd"/>
      <w:r w:rsidRPr="00491C1A">
        <w:rPr>
          <w:lang w:val="fr-FR"/>
        </w:rPr>
        <w:t xml:space="preserve"> </w:t>
      </w:r>
      <w:proofErr w:type="spellStart"/>
      <w:r w:rsidR="005C5F74" w:rsidRPr="00491C1A">
        <w:rPr>
          <w:lang w:val="fr-FR"/>
        </w:rPr>
        <w:t>radi</w:t>
      </w:r>
      <w:proofErr w:type="spellEnd"/>
      <w:r w:rsidR="005C5F74" w:rsidRPr="00491C1A">
        <w:rPr>
          <w:lang w:val="fr-FR"/>
        </w:rPr>
        <w:t xml:space="preserve"> </w:t>
      </w:r>
      <w:proofErr w:type="spellStart"/>
      <w:r w:rsidR="005C5F74" w:rsidRPr="00491C1A">
        <w:rPr>
          <w:lang w:val="fr-FR"/>
        </w:rPr>
        <w:t>izdavanja</w:t>
      </w:r>
      <w:proofErr w:type="spellEnd"/>
      <w:r w:rsidRPr="00491C1A">
        <w:rPr>
          <w:lang w:val="fr-FR"/>
        </w:rPr>
        <w:t xml:space="preserve"> </w:t>
      </w:r>
      <w:proofErr w:type="spellStart"/>
      <w:r w:rsidR="005C5F74" w:rsidRPr="00491C1A">
        <w:rPr>
          <w:lang w:val="fr-FR"/>
        </w:rPr>
        <w:t>izvještaja</w:t>
      </w:r>
      <w:proofErr w:type="spellEnd"/>
      <w:r w:rsidR="005C5F74" w:rsidRPr="00491C1A">
        <w:rPr>
          <w:lang w:val="fr-FR"/>
        </w:rPr>
        <w:t xml:space="preserve"> o </w:t>
      </w:r>
      <w:proofErr w:type="spellStart"/>
      <w:r w:rsidR="005C5F74" w:rsidRPr="00491C1A">
        <w:rPr>
          <w:lang w:val="fr-FR"/>
        </w:rPr>
        <w:t>provjeri</w:t>
      </w:r>
      <w:proofErr w:type="spellEnd"/>
      <w:r w:rsidR="005C5F74" w:rsidRPr="00491C1A">
        <w:rPr>
          <w:lang w:val="fr-FR"/>
        </w:rPr>
        <w:t xml:space="preserve"> </w:t>
      </w:r>
      <w:proofErr w:type="spellStart"/>
      <w:r w:rsidR="005C5F74" w:rsidRPr="00491C1A">
        <w:rPr>
          <w:lang w:val="fr-FR"/>
        </w:rPr>
        <w:t>koncentracije</w:t>
      </w:r>
      <w:proofErr w:type="spellEnd"/>
      <w:r w:rsidR="005C5F74" w:rsidRPr="00491C1A">
        <w:rPr>
          <w:lang w:val="fr-FR"/>
        </w:rPr>
        <w:t xml:space="preserve"> </w:t>
      </w:r>
      <w:proofErr w:type="spellStart"/>
      <w:r w:rsidR="005C5F74" w:rsidRPr="00491C1A">
        <w:rPr>
          <w:lang w:val="fr-FR"/>
        </w:rPr>
        <w:t>markera</w:t>
      </w:r>
      <w:proofErr w:type="spellEnd"/>
      <w:r w:rsidR="005C5F74" w:rsidRPr="00491C1A">
        <w:rPr>
          <w:lang w:val="fr-FR"/>
        </w:rPr>
        <w:t xml:space="preserve"> </w:t>
      </w:r>
      <w:proofErr w:type="spellStart"/>
      <w:r w:rsidR="005C5F74" w:rsidRPr="00491C1A">
        <w:rPr>
          <w:lang w:val="fr-FR"/>
        </w:rPr>
        <w:t>nakon</w:t>
      </w:r>
      <w:proofErr w:type="spellEnd"/>
      <w:r w:rsidR="005C5F74" w:rsidRPr="00491C1A">
        <w:rPr>
          <w:lang w:val="fr-FR"/>
        </w:rPr>
        <w:t xml:space="preserve"> </w:t>
      </w:r>
      <w:proofErr w:type="spellStart"/>
      <w:r w:rsidR="005C5F74" w:rsidRPr="00491C1A">
        <w:rPr>
          <w:lang w:val="fr-FR"/>
        </w:rPr>
        <w:t>markiranja</w:t>
      </w:r>
      <w:proofErr w:type="spellEnd"/>
      <w:r w:rsidR="005C5F74" w:rsidRPr="00491C1A">
        <w:rPr>
          <w:lang w:val="fr-FR"/>
        </w:rPr>
        <w:t xml:space="preserve">, </w:t>
      </w:r>
      <w:proofErr w:type="spellStart"/>
      <w:r w:rsidRPr="00491C1A">
        <w:rPr>
          <w:lang w:val="fr-FR"/>
        </w:rPr>
        <w:t>vrši</w:t>
      </w:r>
      <w:proofErr w:type="spellEnd"/>
      <w:r w:rsidRPr="00491C1A">
        <w:rPr>
          <w:lang w:val="fr-FR"/>
        </w:rPr>
        <w:t xml:space="preserve"> se </w:t>
      </w:r>
      <w:proofErr w:type="spellStart"/>
      <w:r w:rsidRPr="00491C1A">
        <w:rPr>
          <w:lang w:val="fr-FR"/>
        </w:rPr>
        <w:t>korištenjem</w:t>
      </w:r>
      <w:proofErr w:type="spellEnd"/>
      <w:r w:rsidRPr="00491C1A">
        <w:rPr>
          <w:lang w:val="fr-FR"/>
        </w:rPr>
        <w:t xml:space="preserve"> LSX </w:t>
      </w:r>
      <w:proofErr w:type="spellStart"/>
      <w:r w:rsidRPr="00491C1A">
        <w:rPr>
          <w:lang w:val="fr-FR"/>
        </w:rPr>
        <w:t>mobilnih</w:t>
      </w:r>
      <w:proofErr w:type="spellEnd"/>
      <w:r w:rsidRPr="00491C1A">
        <w:rPr>
          <w:lang w:val="fr-FR"/>
        </w:rPr>
        <w:t xml:space="preserve"> </w:t>
      </w:r>
      <w:proofErr w:type="spellStart"/>
      <w:r w:rsidR="00CD557A">
        <w:rPr>
          <w:lang w:val="fr-FR"/>
        </w:rPr>
        <w:t>analizatora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za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testiranje</w:t>
      </w:r>
      <w:proofErr w:type="spellEnd"/>
      <w:r w:rsidRPr="00491C1A">
        <w:rPr>
          <w:lang w:val="fr-FR"/>
        </w:rPr>
        <w:t xml:space="preserve"> na </w:t>
      </w:r>
      <w:proofErr w:type="spellStart"/>
      <w:r w:rsidRPr="00491C1A">
        <w:rPr>
          <w:lang w:val="fr-FR"/>
        </w:rPr>
        <w:t>terenu</w:t>
      </w:r>
      <w:proofErr w:type="spellEnd"/>
      <w:r w:rsidRPr="00491C1A">
        <w:rPr>
          <w:lang w:val="fr-FR"/>
        </w:rPr>
        <w:t xml:space="preserve">, u </w:t>
      </w:r>
      <w:proofErr w:type="spellStart"/>
      <w:r w:rsidRPr="00491C1A">
        <w:rPr>
          <w:lang w:val="fr-FR"/>
        </w:rPr>
        <w:t>skladu</w:t>
      </w:r>
      <w:proofErr w:type="spellEnd"/>
      <w:r w:rsidRPr="00491C1A">
        <w:rPr>
          <w:lang w:val="fr-FR"/>
        </w:rPr>
        <w:t xml:space="preserve"> sa </w:t>
      </w:r>
      <w:proofErr w:type="spellStart"/>
      <w:r w:rsidRPr="00491C1A">
        <w:rPr>
          <w:lang w:val="fr-FR"/>
        </w:rPr>
        <w:t>postupcima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propisanim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ovim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Uputstvom</w:t>
      </w:r>
      <w:proofErr w:type="spellEnd"/>
      <w:r w:rsidRPr="00491C1A">
        <w:rPr>
          <w:lang w:val="fr-FR"/>
        </w:rPr>
        <w:t xml:space="preserve"> i </w:t>
      </w:r>
      <w:proofErr w:type="spellStart"/>
      <w:r w:rsidRPr="00491C1A">
        <w:rPr>
          <w:lang w:val="fr-FR"/>
        </w:rPr>
        <w:t>Uputstvom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za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korišćenje</w:t>
      </w:r>
      <w:proofErr w:type="spellEnd"/>
      <w:r w:rsidRPr="00491C1A">
        <w:rPr>
          <w:lang w:val="fr-FR"/>
        </w:rPr>
        <w:t xml:space="preserve">, </w:t>
      </w:r>
      <w:proofErr w:type="spellStart"/>
      <w:r w:rsidRPr="00491C1A">
        <w:rPr>
          <w:lang w:val="fr-FR"/>
        </w:rPr>
        <w:t>podešavanje</w:t>
      </w:r>
      <w:proofErr w:type="spellEnd"/>
      <w:r w:rsidRPr="00491C1A">
        <w:rPr>
          <w:lang w:val="fr-FR"/>
        </w:rPr>
        <w:t xml:space="preserve"> i </w:t>
      </w:r>
      <w:proofErr w:type="spellStart"/>
      <w:r w:rsidRPr="00491C1A">
        <w:rPr>
          <w:lang w:val="fr-FR"/>
        </w:rPr>
        <w:t>održavanje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opreme</w:t>
      </w:r>
      <w:proofErr w:type="spellEnd"/>
      <w:r w:rsidR="00E94FF8">
        <w:rPr>
          <w:lang w:val="fr-FR"/>
        </w:rPr>
        <w:t xml:space="preserve"> </w:t>
      </w:r>
      <w:proofErr w:type="spellStart"/>
      <w:r w:rsidR="00E94FF8">
        <w:rPr>
          <w:lang w:val="fr-FR"/>
        </w:rPr>
        <w:t>koja</w:t>
      </w:r>
      <w:proofErr w:type="spellEnd"/>
      <w:r w:rsidR="00E94FF8">
        <w:rPr>
          <w:lang w:val="fr-FR"/>
        </w:rPr>
        <w:t xml:space="preserve"> se </w:t>
      </w:r>
      <w:proofErr w:type="spellStart"/>
      <w:r w:rsidR="00E94FF8">
        <w:rPr>
          <w:lang w:val="fr-FR"/>
        </w:rPr>
        <w:t>koristi</w:t>
      </w:r>
      <w:proofErr w:type="spellEnd"/>
      <w:r w:rsidR="00E94FF8">
        <w:rPr>
          <w:lang w:val="fr-FR"/>
        </w:rPr>
        <w:t xml:space="preserve"> u </w:t>
      </w:r>
      <w:proofErr w:type="spellStart"/>
      <w:r w:rsidR="00E94FF8">
        <w:rPr>
          <w:lang w:val="fr-FR"/>
        </w:rPr>
        <w:t>programu</w:t>
      </w:r>
      <w:proofErr w:type="spellEnd"/>
      <w:r w:rsidR="00E94FF8">
        <w:rPr>
          <w:lang w:val="fr-FR"/>
        </w:rPr>
        <w:t xml:space="preserve"> </w:t>
      </w:r>
      <w:proofErr w:type="spellStart"/>
      <w:r w:rsidR="00E94FF8">
        <w:rPr>
          <w:lang w:val="fr-FR"/>
        </w:rPr>
        <w:t>markiranja</w:t>
      </w:r>
      <w:proofErr w:type="spellEnd"/>
      <w:r w:rsidR="00E94FF8">
        <w:rPr>
          <w:lang w:val="fr-FR"/>
        </w:rPr>
        <w:t xml:space="preserve"> </w:t>
      </w:r>
      <w:proofErr w:type="spellStart"/>
      <w:r w:rsidR="00E94FF8">
        <w:rPr>
          <w:lang w:val="fr-FR"/>
        </w:rPr>
        <w:t>goriva</w:t>
      </w:r>
      <w:proofErr w:type="spellEnd"/>
      <w:r w:rsidR="00E94FF8">
        <w:rPr>
          <w:lang w:val="fr-FR"/>
        </w:rPr>
        <w:t xml:space="preserve"> u </w:t>
      </w:r>
      <w:proofErr w:type="spellStart"/>
      <w:r w:rsidR="00E94FF8">
        <w:rPr>
          <w:lang w:val="fr-FR"/>
        </w:rPr>
        <w:t>Crnoj</w:t>
      </w:r>
      <w:proofErr w:type="spellEnd"/>
      <w:r w:rsidR="00E94FF8">
        <w:rPr>
          <w:lang w:val="fr-FR"/>
        </w:rPr>
        <w:t xml:space="preserve"> Gori.</w:t>
      </w:r>
    </w:p>
    <w:p w14:paraId="2C7B4C0E" w14:textId="77777777" w:rsidR="00597544" w:rsidRPr="00491C1A" w:rsidRDefault="00597544" w:rsidP="00597544">
      <w:pPr>
        <w:jc w:val="both"/>
        <w:rPr>
          <w:lang w:val="fr-FR"/>
        </w:rPr>
      </w:pPr>
      <w:proofErr w:type="spellStart"/>
      <w:r w:rsidRPr="00491C1A">
        <w:rPr>
          <w:lang w:val="fr-FR"/>
        </w:rPr>
        <w:t>Izvještaj</w:t>
      </w:r>
      <w:proofErr w:type="spellEnd"/>
      <w:r w:rsidRPr="00491C1A">
        <w:rPr>
          <w:lang w:val="fr-FR"/>
        </w:rPr>
        <w:t xml:space="preserve"> o </w:t>
      </w:r>
      <w:proofErr w:type="spellStart"/>
      <w:r w:rsidRPr="00491C1A">
        <w:rPr>
          <w:lang w:val="fr-FR"/>
        </w:rPr>
        <w:t>provjeri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koncentracije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markera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nakon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markiranja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predstavlja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evidenciju</w:t>
      </w:r>
      <w:proofErr w:type="spellEnd"/>
      <w:r w:rsidRPr="00491C1A">
        <w:rPr>
          <w:lang w:val="fr-FR"/>
        </w:rPr>
        <w:t xml:space="preserve"> o </w:t>
      </w:r>
      <w:proofErr w:type="spellStart"/>
      <w:r w:rsidRPr="00491C1A">
        <w:rPr>
          <w:lang w:val="fr-FR"/>
        </w:rPr>
        <w:t>koncentraciji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markera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utvrđenoj</w:t>
      </w:r>
      <w:proofErr w:type="spellEnd"/>
      <w:r w:rsidRPr="00491C1A">
        <w:rPr>
          <w:lang w:val="fr-FR"/>
        </w:rPr>
        <w:t xml:space="preserve"> u </w:t>
      </w:r>
      <w:proofErr w:type="spellStart"/>
      <w:r w:rsidRPr="00491C1A">
        <w:rPr>
          <w:lang w:val="fr-FR"/>
        </w:rPr>
        <w:t>trenutku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uzorkovanja</w:t>
      </w:r>
      <w:proofErr w:type="spellEnd"/>
      <w:r w:rsidRPr="00491C1A">
        <w:rPr>
          <w:lang w:val="fr-FR"/>
        </w:rPr>
        <w:t xml:space="preserve"> i </w:t>
      </w:r>
      <w:proofErr w:type="spellStart"/>
      <w:r w:rsidRPr="00491C1A">
        <w:rPr>
          <w:lang w:val="fr-FR"/>
        </w:rPr>
        <w:t>ispitivanja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goriva</w:t>
      </w:r>
      <w:proofErr w:type="spellEnd"/>
      <w:r w:rsidRPr="00491C1A">
        <w:rPr>
          <w:lang w:val="fr-FR"/>
        </w:rPr>
        <w:t xml:space="preserve"> te se </w:t>
      </w:r>
      <w:proofErr w:type="spellStart"/>
      <w:r w:rsidRPr="00491C1A">
        <w:rPr>
          <w:lang w:val="fr-FR"/>
        </w:rPr>
        <w:t>odnosi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isključivo</w:t>
      </w:r>
      <w:proofErr w:type="spellEnd"/>
      <w:r w:rsidRPr="00491C1A">
        <w:rPr>
          <w:lang w:val="fr-FR"/>
        </w:rPr>
        <w:t xml:space="preserve"> na </w:t>
      </w:r>
      <w:proofErr w:type="spellStart"/>
      <w:r w:rsidRPr="00491C1A">
        <w:rPr>
          <w:lang w:val="fr-FR"/>
        </w:rPr>
        <w:t>stanje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goriva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utvrđeno</w:t>
      </w:r>
      <w:proofErr w:type="spellEnd"/>
      <w:r w:rsidRPr="00491C1A">
        <w:rPr>
          <w:lang w:val="fr-FR"/>
        </w:rPr>
        <w:t xml:space="preserve"> u </w:t>
      </w:r>
      <w:proofErr w:type="spellStart"/>
      <w:r w:rsidRPr="00491C1A">
        <w:rPr>
          <w:lang w:val="fr-FR"/>
        </w:rPr>
        <w:t>trenutku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izvršene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provjere</w:t>
      </w:r>
      <w:proofErr w:type="spellEnd"/>
      <w:r w:rsidRPr="00491C1A">
        <w:rPr>
          <w:lang w:val="fr-FR"/>
        </w:rPr>
        <w:t>.</w:t>
      </w:r>
    </w:p>
    <w:p w14:paraId="4276B673" w14:textId="271BC9A5" w:rsidR="00A53CAC" w:rsidRPr="00491C1A" w:rsidRDefault="00A53CAC" w:rsidP="00A53CAC">
      <w:pPr>
        <w:jc w:val="both"/>
        <w:rPr>
          <w:lang w:val="fr-FR"/>
        </w:rPr>
      </w:pPr>
      <w:proofErr w:type="spellStart"/>
      <w:r w:rsidRPr="00491C1A">
        <w:rPr>
          <w:lang w:val="fr-FR"/>
        </w:rPr>
        <w:lastRenderedPageBreak/>
        <w:t>Izvještaj</w:t>
      </w:r>
      <w:proofErr w:type="spellEnd"/>
      <w:r w:rsidRPr="00491C1A">
        <w:rPr>
          <w:lang w:val="fr-FR"/>
        </w:rPr>
        <w:t xml:space="preserve"> o </w:t>
      </w:r>
      <w:proofErr w:type="spellStart"/>
      <w:r w:rsidRPr="00491C1A">
        <w:rPr>
          <w:lang w:val="fr-FR"/>
        </w:rPr>
        <w:t>provjeri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koncentracije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markera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nakon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markiranja</w:t>
      </w:r>
      <w:proofErr w:type="spellEnd"/>
      <w:r w:rsidR="00C62B5B" w:rsidRPr="00491C1A">
        <w:rPr>
          <w:lang w:val="fr-FR"/>
        </w:rPr>
        <w:t xml:space="preserve">, </w:t>
      </w:r>
      <w:proofErr w:type="spellStart"/>
      <w:r w:rsidRPr="00491C1A">
        <w:rPr>
          <w:lang w:val="fr-FR"/>
        </w:rPr>
        <w:t>mora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sadržavati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najmanje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sljedeće</w:t>
      </w:r>
      <w:proofErr w:type="spellEnd"/>
      <w:r w:rsidRPr="00491C1A">
        <w:rPr>
          <w:lang w:val="fr-FR"/>
        </w:rPr>
        <w:t xml:space="preserve"> </w:t>
      </w:r>
      <w:proofErr w:type="spellStart"/>
      <w:proofErr w:type="gramStart"/>
      <w:r w:rsidRPr="00491C1A">
        <w:rPr>
          <w:lang w:val="fr-FR"/>
        </w:rPr>
        <w:t>podatke</w:t>
      </w:r>
      <w:proofErr w:type="spellEnd"/>
      <w:r w:rsidRPr="00491C1A">
        <w:rPr>
          <w:lang w:val="fr-FR"/>
        </w:rPr>
        <w:t>:</w:t>
      </w:r>
      <w:proofErr w:type="gramEnd"/>
    </w:p>
    <w:p w14:paraId="5F42235B" w14:textId="70138166" w:rsidR="00A53CAC" w:rsidRPr="009601C9" w:rsidRDefault="00A53CAC" w:rsidP="009601C9">
      <w:pPr>
        <w:pStyle w:val="ListParagraph"/>
        <w:numPr>
          <w:ilvl w:val="0"/>
          <w:numId w:val="16"/>
        </w:numPr>
        <w:spacing w:line="240" w:lineRule="auto"/>
        <w:rPr>
          <w:rFonts w:cs="Arial"/>
          <w:szCs w:val="24"/>
          <w:lang w:val="sr-Latn-CS"/>
        </w:rPr>
      </w:pPr>
      <w:r w:rsidRPr="009601C9">
        <w:rPr>
          <w:rFonts w:cs="Arial"/>
          <w:szCs w:val="24"/>
          <w:lang w:val="sr-Latn-CS"/>
        </w:rPr>
        <w:t xml:space="preserve">podatke o </w:t>
      </w:r>
      <w:r w:rsidR="004409F9">
        <w:rPr>
          <w:rFonts w:cs="Arial"/>
          <w:szCs w:val="24"/>
          <w:lang w:val="sr-Latn-CS"/>
        </w:rPr>
        <w:t>obvezniku markiranja</w:t>
      </w:r>
      <w:r w:rsidRPr="009601C9">
        <w:rPr>
          <w:rFonts w:cs="Arial"/>
          <w:szCs w:val="24"/>
          <w:lang w:val="sr-Latn-CS"/>
        </w:rPr>
        <w:t>;</w:t>
      </w:r>
    </w:p>
    <w:p w14:paraId="07534223" w14:textId="37582AAE" w:rsidR="00A53CAC" w:rsidRPr="009601C9" w:rsidRDefault="00A53CAC" w:rsidP="009601C9">
      <w:pPr>
        <w:pStyle w:val="ListParagraph"/>
        <w:numPr>
          <w:ilvl w:val="0"/>
          <w:numId w:val="16"/>
        </w:numPr>
        <w:spacing w:line="240" w:lineRule="auto"/>
        <w:rPr>
          <w:rFonts w:cs="Arial"/>
          <w:szCs w:val="24"/>
          <w:lang w:val="sr-Latn-CS"/>
        </w:rPr>
      </w:pPr>
      <w:r w:rsidRPr="009601C9">
        <w:rPr>
          <w:rFonts w:cs="Arial"/>
          <w:szCs w:val="24"/>
          <w:lang w:val="sr-Latn-CS"/>
        </w:rPr>
        <w:t>lokaciju na kojoj je izvršen</w:t>
      </w:r>
      <w:r w:rsidR="00F2734A">
        <w:rPr>
          <w:rFonts w:cs="Arial"/>
          <w:szCs w:val="24"/>
          <w:lang w:val="sr-Latn-CS"/>
        </w:rPr>
        <w:t xml:space="preserve">a </w:t>
      </w:r>
      <w:r w:rsidRPr="009601C9">
        <w:rPr>
          <w:rFonts w:cs="Arial"/>
          <w:szCs w:val="24"/>
          <w:lang w:val="sr-Latn-CS"/>
        </w:rPr>
        <w:t>provjera koncentracije markera</w:t>
      </w:r>
      <w:r w:rsidR="004C5BDF">
        <w:rPr>
          <w:rFonts w:cs="Arial"/>
          <w:szCs w:val="24"/>
          <w:lang w:val="en-GB"/>
        </w:rPr>
        <w:t>*</w:t>
      </w:r>
      <w:r w:rsidRPr="009601C9">
        <w:rPr>
          <w:rFonts w:cs="Arial"/>
          <w:szCs w:val="24"/>
          <w:lang w:val="sr-Latn-CS"/>
        </w:rPr>
        <w:t>;</w:t>
      </w:r>
    </w:p>
    <w:p w14:paraId="201CF7A8" w14:textId="77777777" w:rsidR="00A53CAC" w:rsidRPr="009601C9" w:rsidRDefault="00A53CAC" w:rsidP="009601C9">
      <w:pPr>
        <w:pStyle w:val="ListParagraph"/>
        <w:numPr>
          <w:ilvl w:val="0"/>
          <w:numId w:val="16"/>
        </w:numPr>
        <w:spacing w:line="240" w:lineRule="auto"/>
        <w:rPr>
          <w:rFonts w:cs="Arial"/>
          <w:szCs w:val="24"/>
          <w:lang w:val="sr-Latn-CS"/>
        </w:rPr>
      </w:pPr>
      <w:r w:rsidRPr="009601C9">
        <w:rPr>
          <w:rFonts w:cs="Arial"/>
          <w:szCs w:val="24"/>
          <w:lang w:val="sr-Latn-CS"/>
        </w:rPr>
        <w:t>vrstu goriva;</w:t>
      </w:r>
    </w:p>
    <w:p w14:paraId="7C8E759D" w14:textId="0DC2E977" w:rsidR="00A53CAC" w:rsidRPr="009601C9" w:rsidRDefault="004409F9" w:rsidP="009601C9">
      <w:pPr>
        <w:pStyle w:val="ListParagraph"/>
        <w:numPr>
          <w:ilvl w:val="0"/>
          <w:numId w:val="16"/>
        </w:numPr>
        <w:spacing w:line="240" w:lineRule="auto"/>
        <w:rPr>
          <w:rFonts w:cs="Arial"/>
          <w:szCs w:val="24"/>
          <w:lang w:val="sr-Latn-CS"/>
        </w:rPr>
      </w:pPr>
      <w:r>
        <w:rPr>
          <w:rFonts w:cs="Arial"/>
          <w:szCs w:val="24"/>
          <w:lang w:val="sr-Latn-CS"/>
        </w:rPr>
        <w:t>registraciju auto cisterne</w:t>
      </w:r>
      <w:r w:rsidR="00A53CAC" w:rsidRPr="009601C9">
        <w:rPr>
          <w:rFonts w:cs="Arial"/>
          <w:szCs w:val="24"/>
          <w:lang w:val="sr-Latn-CS"/>
        </w:rPr>
        <w:t>;</w:t>
      </w:r>
    </w:p>
    <w:p w14:paraId="27B9913C" w14:textId="78799596" w:rsidR="00A53CAC" w:rsidRPr="009601C9" w:rsidRDefault="00A53CAC" w:rsidP="009601C9">
      <w:pPr>
        <w:pStyle w:val="ListParagraph"/>
        <w:numPr>
          <w:ilvl w:val="0"/>
          <w:numId w:val="16"/>
        </w:numPr>
        <w:spacing w:line="240" w:lineRule="auto"/>
        <w:rPr>
          <w:rFonts w:cs="Arial"/>
          <w:szCs w:val="24"/>
          <w:lang w:val="sr-Latn-CS"/>
        </w:rPr>
      </w:pPr>
      <w:r w:rsidRPr="009601C9">
        <w:rPr>
          <w:rFonts w:cs="Arial"/>
          <w:szCs w:val="24"/>
          <w:lang w:val="sr-Latn-CS"/>
        </w:rPr>
        <w:t>rezultat provjere koncentracije markera</w:t>
      </w:r>
      <w:r w:rsidR="00A16C12" w:rsidRPr="009601C9">
        <w:rPr>
          <w:rFonts w:cs="Arial"/>
          <w:szCs w:val="24"/>
          <w:lang w:val="sr-Latn-CS"/>
        </w:rPr>
        <w:t xml:space="preserve"> (d</w:t>
      </w:r>
      <w:r w:rsidRPr="009601C9">
        <w:rPr>
          <w:rFonts w:cs="Arial"/>
          <w:szCs w:val="24"/>
          <w:lang w:val="sr-Latn-CS"/>
        </w:rPr>
        <w:t xml:space="preserve">a li je rezultat provjere </w:t>
      </w:r>
      <w:r w:rsidR="00263454">
        <w:rPr>
          <w:rFonts w:cs="Arial"/>
          <w:szCs w:val="24"/>
          <w:lang w:val="sr-Latn-CS"/>
        </w:rPr>
        <w:t>zadovoljavajući</w:t>
      </w:r>
      <w:r w:rsidRPr="009601C9">
        <w:rPr>
          <w:rFonts w:cs="Arial"/>
          <w:szCs w:val="24"/>
          <w:lang w:val="sr-Latn-CS"/>
        </w:rPr>
        <w:t xml:space="preserve"> ili ne</w:t>
      </w:r>
      <w:r w:rsidR="00263454">
        <w:rPr>
          <w:rFonts w:cs="Arial"/>
          <w:szCs w:val="24"/>
          <w:lang w:val="sr-Latn-CS"/>
        </w:rPr>
        <w:t>zadovoljavajući</w:t>
      </w:r>
      <w:r w:rsidR="00A16C12" w:rsidRPr="009601C9">
        <w:rPr>
          <w:rFonts w:cs="Arial"/>
          <w:szCs w:val="24"/>
          <w:lang w:val="sr-Latn-CS"/>
        </w:rPr>
        <w:t>)</w:t>
      </w:r>
    </w:p>
    <w:p w14:paraId="150576EE" w14:textId="0CE5DF5E" w:rsidR="00A53CAC" w:rsidRDefault="00A53CAC" w:rsidP="009601C9">
      <w:pPr>
        <w:pStyle w:val="ListParagraph"/>
        <w:numPr>
          <w:ilvl w:val="0"/>
          <w:numId w:val="16"/>
        </w:numPr>
        <w:spacing w:line="240" w:lineRule="auto"/>
        <w:rPr>
          <w:rFonts w:cs="Arial"/>
          <w:szCs w:val="24"/>
          <w:lang w:val="sr-Latn-CS"/>
        </w:rPr>
      </w:pPr>
      <w:r w:rsidRPr="009601C9">
        <w:rPr>
          <w:rFonts w:cs="Arial"/>
          <w:szCs w:val="24"/>
          <w:lang w:val="sr-Latn-CS"/>
        </w:rPr>
        <w:t>ime</w:t>
      </w:r>
      <w:r w:rsidR="005D7AFF">
        <w:rPr>
          <w:rFonts w:cs="Arial"/>
          <w:szCs w:val="24"/>
          <w:lang w:val="sr-Latn-CS"/>
        </w:rPr>
        <w:t xml:space="preserve">, </w:t>
      </w:r>
      <w:r w:rsidRPr="009601C9">
        <w:rPr>
          <w:rFonts w:cs="Arial"/>
          <w:szCs w:val="24"/>
          <w:lang w:val="sr-Latn-CS"/>
        </w:rPr>
        <w:t xml:space="preserve">prezime </w:t>
      </w:r>
      <w:r w:rsidR="005D7AFF">
        <w:rPr>
          <w:rFonts w:cs="Arial"/>
          <w:szCs w:val="24"/>
          <w:lang w:val="sr-Latn-CS"/>
        </w:rPr>
        <w:t xml:space="preserve">i potpis </w:t>
      </w:r>
      <w:r w:rsidRPr="009601C9">
        <w:rPr>
          <w:rFonts w:cs="Arial"/>
          <w:szCs w:val="24"/>
          <w:lang w:val="sr-Latn-CS"/>
        </w:rPr>
        <w:t xml:space="preserve">ovlaštenog predstavnika </w:t>
      </w:r>
      <w:r w:rsidR="00DE571B">
        <w:rPr>
          <w:rFonts w:cs="Arial"/>
          <w:szCs w:val="24"/>
          <w:lang w:val="sr-Latn-CS"/>
        </w:rPr>
        <w:t>Pružaoca usluge</w:t>
      </w:r>
      <w:r w:rsidRPr="009601C9">
        <w:rPr>
          <w:rFonts w:cs="Arial"/>
          <w:szCs w:val="24"/>
          <w:lang w:val="sr-Latn-CS"/>
        </w:rPr>
        <w:t xml:space="preserve"> koji je izvršio </w:t>
      </w:r>
      <w:r w:rsidR="004409F9">
        <w:rPr>
          <w:rFonts w:cs="Arial"/>
          <w:szCs w:val="24"/>
          <w:lang w:val="sr-Latn-CS"/>
        </w:rPr>
        <w:t>uzorkovanje</w:t>
      </w:r>
      <w:r w:rsidRPr="009601C9">
        <w:rPr>
          <w:rFonts w:cs="Arial"/>
          <w:szCs w:val="24"/>
          <w:lang w:val="sr-Latn-CS"/>
        </w:rPr>
        <w:t>;</w:t>
      </w:r>
    </w:p>
    <w:p w14:paraId="23462D57" w14:textId="7ED6A722" w:rsidR="004409F9" w:rsidRDefault="004409F9" w:rsidP="004409F9">
      <w:pPr>
        <w:pStyle w:val="ListParagraph"/>
        <w:numPr>
          <w:ilvl w:val="0"/>
          <w:numId w:val="16"/>
        </w:numPr>
        <w:spacing w:line="240" w:lineRule="auto"/>
        <w:rPr>
          <w:rFonts w:cs="Arial"/>
          <w:szCs w:val="24"/>
          <w:lang w:val="sr-Latn-CS"/>
        </w:rPr>
      </w:pPr>
      <w:r w:rsidRPr="009601C9">
        <w:rPr>
          <w:rFonts w:cs="Arial"/>
          <w:szCs w:val="24"/>
          <w:lang w:val="sr-Latn-CS"/>
        </w:rPr>
        <w:t>ime</w:t>
      </w:r>
      <w:r>
        <w:rPr>
          <w:rFonts w:cs="Arial"/>
          <w:szCs w:val="24"/>
          <w:lang w:val="sr-Latn-CS"/>
        </w:rPr>
        <w:t xml:space="preserve">, </w:t>
      </w:r>
      <w:r w:rsidRPr="009601C9">
        <w:rPr>
          <w:rFonts w:cs="Arial"/>
          <w:szCs w:val="24"/>
          <w:lang w:val="sr-Latn-CS"/>
        </w:rPr>
        <w:t xml:space="preserve">prezime </w:t>
      </w:r>
      <w:r>
        <w:rPr>
          <w:rFonts w:cs="Arial"/>
          <w:szCs w:val="24"/>
          <w:lang w:val="sr-Latn-CS"/>
        </w:rPr>
        <w:t xml:space="preserve">i potpis </w:t>
      </w:r>
      <w:r w:rsidRPr="009601C9">
        <w:rPr>
          <w:rFonts w:cs="Arial"/>
          <w:szCs w:val="24"/>
          <w:lang w:val="sr-Latn-CS"/>
        </w:rPr>
        <w:t xml:space="preserve">ovlaštenog predstavnika </w:t>
      </w:r>
      <w:r>
        <w:rPr>
          <w:rFonts w:cs="Arial"/>
          <w:szCs w:val="24"/>
          <w:lang w:val="sr-Latn-CS"/>
        </w:rPr>
        <w:t>Pružaoca usluge</w:t>
      </w:r>
      <w:r w:rsidRPr="009601C9">
        <w:rPr>
          <w:rFonts w:cs="Arial"/>
          <w:szCs w:val="24"/>
          <w:lang w:val="sr-Latn-CS"/>
        </w:rPr>
        <w:t xml:space="preserve"> koji je izvršio </w:t>
      </w:r>
      <w:r>
        <w:rPr>
          <w:rFonts w:cs="Arial"/>
          <w:szCs w:val="24"/>
          <w:lang w:val="sr-Latn-CS"/>
        </w:rPr>
        <w:t>merenje koncentracije markera na LSX mobilnom analizatoru</w:t>
      </w:r>
      <w:r w:rsidRPr="009601C9">
        <w:rPr>
          <w:rFonts w:cs="Arial"/>
          <w:szCs w:val="24"/>
          <w:lang w:val="sr-Latn-CS"/>
        </w:rPr>
        <w:t>;</w:t>
      </w:r>
    </w:p>
    <w:p w14:paraId="79A5CC38" w14:textId="32A3560C" w:rsidR="005D7AFF" w:rsidRDefault="005D7AFF" w:rsidP="009601C9">
      <w:pPr>
        <w:pStyle w:val="ListParagraph"/>
        <w:numPr>
          <w:ilvl w:val="0"/>
          <w:numId w:val="16"/>
        </w:numPr>
        <w:spacing w:line="240" w:lineRule="auto"/>
        <w:rPr>
          <w:rFonts w:cs="Arial"/>
          <w:szCs w:val="24"/>
          <w:lang w:val="sr-Latn-CS"/>
        </w:rPr>
      </w:pPr>
      <w:r>
        <w:rPr>
          <w:rFonts w:cs="Arial"/>
          <w:szCs w:val="24"/>
          <w:lang w:val="sr-Latn-CS"/>
        </w:rPr>
        <w:t xml:space="preserve">ime, prezime i potpis vozača </w:t>
      </w:r>
    </w:p>
    <w:p w14:paraId="0DB038F1" w14:textId="553E52EE" w:rsidR="00A53CAC" w:rsidRDefault="00A53CAC" w:rsidP="009601C9">
      <w:pPr>
        <w:pStyle w:val="ListParagraph"/>
        <w:numPr>
          <w:ilvl w:val="0"/>
          <w:numId w:val="16"/>
        </w:numPr>
        <w:spacing w:line="240" w:lineRule="auto"/>
        <w:rPr>
          <w:rFonts w:cs="Arial"/>
          <w:szCs w:val="24"/>
          <w:lang w:val="sr-Latn-CS"/>
        </w:rPr>
      </w:pPr>
      <w:r w:rsidRPr="009601C9">
        <w:rPr>
          <w:rFonts w:cs="Arial"/>
          <w:szCs w:val="24"/>
          <w:lang w:val="sr-Latn-CS"/>
        </w:rPr>
        <w:t xml:space="preserve">datum </w:t>
      </w:r>
      <w:r w:rsidR="00A31883">
        <w:rPr>
          <w:rFonts w:cs="Arial"/>
          <w:szCs w:val="24"/>
          <w:lang w:val="sr-Latn-CS"/>
        </w:rPr>
        <w:t xml:space="preserve">i vreme </w:t>
      </w:r>
      <w:r w:rsidR="00031D50">
        <w:rPr>
          <w:rFonts w:cs="Arial"/>
          <w:szCs w:val="24"/>
          <w:lang w:val="sr-Latn-CS"/>
        </w:rPr>
        <w:t>izdavanja izvještaja</w:t>
      </w:r>
    </w:p>
    <w:p w14:paraId="046C4604" w14:textId="5646BC5D" w:rsidR="000C0104" w:rsidRPr="000C0104" w:rsidRDefault="000C0104" w:rsidP="00627C43">
      <w:pPr>
        <w:spacing w:line="240" w:lineRule="auto"/>
        <w:jc w:val="both"/>
        <w:rPr>
          <w:rFonts w:cs="Arial"/>
          <w:szCs w:val="24"/>
          <w:lang w:val="en-GB"/>
        </w:rPr>
      </w:pPr>
      <w:r>
        <w:rPr>
          <w:rFonts w:cs="Arial"/>
          <w:szCs w:val="24"/>
          <w:lang w:val="sr-Latn-CS"/>
        </w:rPr>
        <w:t>*</w:t>
      </w:r>
      <w:r>
        <w:rPr>
          <w:rFonts w:ascii="Segoe UI" w:eastAsia="Times New Roman" w:hAnsi="Segoe UI" w:cs="Segoe UI"/>
          <w:sz w:val="21"/>
          <w:szCs w:val="21"/>
          <w:lang w:val="en-GB" w:eastAsia="en-GB"/>
        </w:rPr>
        <w:t xml:space="preserve"> </w:t>
      </w:r>
      <w:r w:rsidRPr="000C0104">
        <w:rPr>
          <w:rFonts w:cs="Arial"/>
          <w:szCs w:val="24"/>
          <w:lang w:val="en-GB"/>
        </w:rPr>
        <w:t>Za auto-</w:t>
      </w:r>
      <w:proofErr w:type="spellStart"/>
      <w:r w:rsidRPr="000C0104">
        <w:rPr>
          <w:rFonts w:cs="Arial"/>
          <w:szCs w:val="24"/>
          <w:lang w:val="en-GB"/>
        </w:rPr>
        <w:t>cisterne</w:t>
      </w:r>
      <w:proofErr w:type="spellEnd"/>
      <w:r w:rsidRPr="000C0104">
        <w:rPr>
          <w:rFonts w:cs="Arial"/>
          <w:szCs w:val="24"/>
          <w:lang w:val="en-GB"/>
        </w:rPr>
        <w:t xml:space="preserve"> </w:t>
      </w:r>
      <w:proofErr w:type="spellStart"/>
      <w:r w:rsidRPr="000C0104">
        <w:rPr>
          <w:rFonts w:cs="Arial"/>
          <w:szCs w:val="24"/>
          <w:lang w:val="en-GB"/>
        </w:rPr>
        <w:t>koje</w:t>
      </w:r>
      <w:proofErr w:type="spellEnd"/>
      <w:r w:rsidRPr="000C0104">
        <w:rPr>
          <w:rFonts w:cs="Arial"/>
          <w:szCs w:val="24"/>
          <w:lang w:val="en-GB"/>
        </w:rPr>
        <w:t xml:space="preserve"> se </w:t>
      </w:r>
      <w:proofErr w:type="spellStart"/>
      <w:r w:rsidRPr="000C0104">
        <w:rPr>
          <w:rFonts w:cs="Arial"/>
          <w:szCs w:val="24"/>
          <w:lang w:val="en-GB"/>
        </w:rPr>
        <w:t>markiraju</w:t>
      </w:r>
      <w:proofErr w:type="spellEnd"/>
      <w:r w:rsidRPr="000C0104">
        <w:rPr>
          <w:rFonts w:cs="Arial"/>
          <w:szCs w:val="24"/>
          <w:lang w:val="en-GB"/>
        </w:rPr>
        <w:t xml:space="preserve"> </w:t>
      </w:r>
      <w:proofErr w:type="spellStart"/>
      <w:r w:rsidRPr="000C0104">
        <w:rPr>
          <w:rFonts w:cs="Arial"/>
          <w:szCs w:val="24"/>
          <w:lang w:val="en-GB"/>
        </w:rPr>
        <w:t>na</w:t>
      </w:r>
      <w:proofErr w:type="spellEnd"/>
      <w:r w:rsidRPr="000C0104">
        <w:rPr>
          <w:rFonts w:cs="Arial"/>
          <w:szCs w:val="24"/>
          <w:lang w:val="en-GB"/>
        </w:rPr>
        <w:t xml:space="preserve"> </w:t>
      </w:r>
      <w:proofErr w:type="spellStart"/>
      <w:r w:rsidRPr="000C0104">
        <w:rPr>
          <w:rFonts w:cs="Arial"/>
          <w:szCs w:val="24"/>
          <w:lang w:val="en-GB"/>
        </w:rPr>
        <w:t>graničnim</w:t>
      </w:r>
      <w:proofErr w:type="spellEnd"/>
      <w:r w:rsidRPr="000C0104">
        <w:rPr>
          <w:rFonts w:cs="Arial"/>
          <w:szCs w:val="24"/>
          <w:lang w:val="en-GB"/>
        </w:rPr>
        <w:t xml:space="preserve"> </w:t>
      </w:r>
      <w:proofErr w:type="spellStart"/>
      <w:r w:rsidRPr="000C0104">
        <w:rPr>
          <w:rFonts w:cs="Arial"/>
          <w:szCs w:val="24"/>
          <w:lang w:val="en-GB"/>
        </w:rPr>
        <w:t>pr</w:t>
      </w:r>
      <w:r>
        <w:rPr>
          <w:rFonts w:cs="Arial"/>
          <w:szCs w:val="24"/>
          <w:lang w:val="en-GB"/>
        </w:rPr>
        <w:t>ij</w:t>
      </w:r>
      <w:r w:rsidRPr="000C0104">
        <w:rPr>
          <w:rFonts w:cs="Arial"/>
          <w:szCs w:val="24"/>
          <w:lang w:val="en-GB"/>
        </w:rPr>
        <w:t>elazima</w:t>
      </w:r>
      <w:proofErr w:type="spellEnd"/>
      <w:r w:rsidRPr="000C0104">
        <w:rPr>
          <w:rFonts w:cs="Arial"/>
          <w:szCs w:val="24"/>
          <w:lang w:val="en-GB"/>
        </w:rPr>
        <w:t xml:space="preserve">, </w:t>
      </w:r>
      <w:proofErr w:type="spellStart"/>
      <w:r w:rsidRPr="000C0104">
        <w:rPr>
          <w:rFonts w:cs="Arial"/>
          <w:szCs w:val="24"/>
          <w:lang w:val="en-GB"/>
        </w:rPr>
        <w:t>provjera</w:t>
      </w:r>
      <w:proofErr w:type="spellEnd"/>
      <w:r w:rsidRPr="000C0104">
        <w:rPr>
          <w:rFonts w:cs="Arial"/>
          <w:szCs w:val="24"/>
          <w:lang w:val="en-GB"/>
        </w:rPr>
        <w:t xml:space="preserve"> </w:t>
      </w:r>
      <w:proofErr w:type="spellStart"/>
      <w:r w:rsidRPr="000C0104">
        <w:rPr>
          <w:rFonts w:cs="Arial"/>
          <w:szCs w:val="24"/>
          <w:lang w:val="en-GB"/>
        </w:rPr>
        <w:t>prisustva</w:t>
      </w:r>
      <w:proofErr w:type="spellEnd"/>
      <w:r w:rsidRPr="000C0104">
        <w:rPr>
          <w:rFonts w:cs="Arial"/>
          <w:szCs w:val="24"/>
          <w:lang w:val="en-GB"/>
        </w:rPr>
        <w:t xml:space="preserve"> </w:t>
      </w:r>
      <w:proofErr w:type="spellStart"/>
      <w:r w:rsidRPr="000C0104">
        <w:rPr>
          <w:rFonts w:cs="Arial"/>
          <w:szCs w:val="24"/>
          <w:lang w:val="en-GB"/>
        </w:rPr>
        <w:t>i</w:t>
      </w:r>
      <w:proofErr w:type="spellEnd"/>
      <w:r w:rsidRPr="000C0104">
        <w:rPr>
          <w:rFonts w:cs="Arial"/>
          <w:szCs w:val="24"/>
          <w:lang w:val="en-GB"/>
        </w:rPr>
        <w:t xml:space="preserve"> </w:t>
      </w:r>
      <w:proofErr w:type="spellStart"/>
      <w:r w:rsidRPr="000C0104">
        <w:rPr>
          <w:rFonts w:cs="Arial"/>
          <w:szCs w:val="24"/>
          <w:lang w:val="en-GB"/>
        </w:rPr>
        <w:t>koncentracije</w:t>
      </w:r>
      <w:proofErr w:type="spellEnd"/>
      <w:r w:rsidRPr="000C0104">
        <w:rPr>
          <w:rFonts w:cs="Arial"/>
          <w:szCs w:val="24"/>
          <w:lang w:val="en-GB"/>
        </w:rPr>
        <w:t xml:space="preserve"> </w:t>
      </w:r>
      <w:proofErr w:type="spellStart"/>
      <w:r w:rsidRPr="000C0104">
        <w:rPr>
          <w:rFonts w:cs="Arial"/>
          <w:szCs w:val="24"/>
          <w:lang w:val="en-GB"/>
        </w:rPr>
        <w:t>markera</w:t>
      </w:r>
      <w:proofErr w:type="spellEnd"/>
      <w:r w:rsidRPr="000C0104">
        <w:rPr>
          <w:rFonts w:cs="Arial"/>
          <w:szCs w:val="24"/>
          <w:lang w:val="en-GB"/>
        </w:rPr>
        <w:t xml:space="preserve"> </w:t>
      </w:r>
      <w:proofErr w:type="spellStart"/>
      <w:r w:rsidRPr="000C0104">
        <w:rPr>
          <w:rFonts w:cs="Arial"/>
          <w:szCs w:val="24"/>
          <w:lang w:val="en-GB"/>
        </w:rPr>
        <w:t>vrši</w:t>
      </w:r>
      <w:proofErr w:type="spellEnd"/>
      <w:r w:rsidRPr="000C0104">
        <w:rPr>
          <w:rFonts w:cs="Arial"/>
          <w:szCs w:val="24"/>
          <w:lang w:val="en-GB"/>
        </w:rPr>
        <w:t xml:space="preserve"> se </w:t>
      </w:r>
      <w:proofErr w:type="spellStart"/>
      <w:r w:rsidRPr="000C0104">
        <w:rPr>
          <w:rFonts w:cs="Arial"/>
          <w:szCs w:val="24"/>
          <w:lang w:val="en-GB"/>
        </w:rPr>
        <w:t>na</w:t>
      </w:r>
      <w:proofErr w:type="spellEnd"/>
      <w:r w:rsidRPr="000C0104">
        <w:rPr>
          <w:rFonts w:cs="Arial"/>
          <w:szCs w:val="24"/>
          <w:lang w:val="en-GB"/>
        </w:rPr>
        <w:t xml:space="preserve"> </w:t>
      </w:r>
      <w:proofErr w:type="spellStart"/>
      <w:r w:rsidRPr="000C0104">
        <w:rPr>
          <w:rFonts w:cs="Arial"/>
          <w:szCs w:val="24"/>
          <w:lang w:val="en-GB"/>
        </w:rPr>
        <w:t>carinskim</w:t>
      </w:r>
      <w:proofErr w:type="spellEnd"/>
      <w:r w:rsidRPr="000C0104">
        <w:rPr>
          <w:rFonts w:cs="Arial"/>
          <w:szCs w:val="24"/>
          <w:lang w:val="en-GB"/>
        </w:rPr>
        <w:t xml:space="preserve"> </w:t>
      </w:r>
      <w:proofErr w:type="spellStart"/>
      <w:r w:rsidRPr="000C0104">
        <w:rPr>
          <w:rFonts w:cs="Arial"/>
          <w:szCs w:val="24"/>
          <w:lang w:val="en-GB"/>
        </w:rPr>
        <w:t>terminalima</w:t>
      </w:r>
      <w:proofErr w:type="spellEnd"/>
      <w:r w:rsidRPr="000C0104">
        <w:rPr>
          <w:rFonts w:cs="Arial"/>
          <w:szCs w:val="24"/>
          <w:lang w:val="en-GB"/>
        </w:rPr>
        <w:t xml:space="preserve"> u </w:t>
      </w:r>
      <w:proofErr w:type="spellStart"/>
      <w:r w:rsidRPr="000C0104">
        <w:rPr>
          <w:rFonts w:cs="Arial"/>
          <w:szCs w:val="24"/>
          <w:lang w:val="en-GB"/>
        </w:rPr>
        <w:t>Danilovgradu</w:t>
      </w:r>
      <w:proofErr w:type="spellEnd"/>
      <w:r w:rsidRPr="000C0104">
        <w:rPr>
          <w:rFonts w:cs="Arial"/>
          <w:szCs w:val="24"/>
          <w:lang w:val="en-GB"/>
        </w:rPr>
        <w:t xml:space="preserve">, </w:t>
      </w:r>
      <w:proofErr w:type="spellStart"/>
      <w:r w:rsidRPr="000C0104">
        <w:rPr>
          <w:rFonts w:cs="Arial"/>
          <w:szCs w:val="24"/>
          <w:lang w:val="en-GB"/>
        </w:rPr>
        <w:t>Nikšiću</w:t>
      </w:r>
      <w:proofErr w:type="spellEnd"/>
      <w:r w:rsidRPr="000C0104">
        <w:rPr>
          <w:rFonts w:cs="Arial"/>
          <w:szCs w:val="24"/>
          <w:lang w:val="en-GB"/>
        </w:rPr>
        <w:t xml:space="preserve">, </w:t>
      </w:r>
      <w:proofErr w:type="spellStart"/>
      <w:r w:rsidRPr="000C0104">
        <w:rPr>
          <w:rFonts w:cs="Arial"/>
          <w:szCs w:val="24"/>
          <w:lang w:val="en-GB"/>
        </w:rPr>
        <w:t>Podgorici</w:t>
      </w:r>
      <w:proofErr w:type="spellEnd"/>
      <w:r w:rsidRPr="000C0104">
        <w:rPr>
          <w:rFonts w:cs="Arial"/>
          <w:szCs w:val="24"/>
          <w:lang w:val="en-GB"/>
        </w:rPr>
        <w:t xml:space="preserve">, </w:t>
      </w:r>
      <w:proofErr w:type="spellStart"/>
      <w:r w:rsidRPr="000C0104">
        <w:rPr>
          <w:rFonts w:cs="Arial"/>
          <w:szCs w:val="24"/>
          <w:lang w:val="en-GB"/>
        </w:rPr>
        <w:t>Bijelom</w:t>
      </w:r>
      <w:proofErr w:type="spellEnd"/>
      <w:r w:rsidRPr="000C0104">
        <w:rPr>
          <w:rFonts w:cs="Arial"/>
          <w:szCs w:val="24"/>
          <w:lang w:val="en-GB"/>
        </w:rPr>
        <w:t xml:space="preserve"> </w:t>
      </w:r>
      <w:proofErr w:type="spellStart"/>
      <w:r w:rsidRPr="000C0104">
        <w:rPr>
          <w:rFonts w:cs="Arial"/>
          <w:szCs w:val="24"/>
          <w:lang w:val="en-GB"/>
        </w:rPr>
        <w:t>Polju</w:t>
      </w:r>
      <w:proofErr w:type="spellEnd"/>
      <w:r w:rsidRPr="000C0104">
        <w:rPr>
          <w:rFonts w:cs="Arial"/>
          <w:szCs w:val="24"/>
          <w:lang w:val="en-GB"/>
        </w:rPr>
        <w:t xml:space="preserve">, </w:t>
      </w:r>
      <w:proofErr w:type="spellStart"/>
      <w:r w:rsidRPr="000C0104">
        <w:rPr>
          <w:rFonts w:cs="Arial"/>
          <w:szCs w:val="24"/>
          <w:lang w:val="en-GB"/>
        </w:rPr>
        <w:t>Zelenici</w:t>
      </w:r>
      <w:proofErr w:type="spellEnd"/>
      <w:r w:rsidRPr="000C0104">
        <w:rPr>
          <w:rFonts w:cs="Arial"/>
          <w:szCs w:val="24"/>
          <w:lang w:val="en-GB"/>
        </w:rPr>
        <w:t xml:space="preserve">, </w:t>
      </w:r>
      <w:proofErr w:type="spellStart"/>
      <w:r w:rsidRPr="000C0104">
        <w:rPr>
          <w:rFonts w:cs="Arial"/>
          <w:szCs w:val="24"/>
          <w:lang w:val="en-GB"/>
        </w:rPr>
        <w:t>Kotoru</w:t>
      </w:r>
      <w:proofErr w:type="spellEnd"/>
      <w:r w:rsidRPr="000C0104">
        <w:rPr>
          <w:rFonts w:cs="Arial"/>
          <w:szCs w:val="24"/>
          <w:lang w:val="en-GB"/>
        </w:rPr>
        <w:t xml:space="preserve"> </w:t>
      </w:r>
      <w:proofErr w:type="spellStart"/>
      <w:r w:rsidRPr="000C0104">
        <w:rPr>
          <w:rFonts w:cs="Arial"/>
          <w:szCs w:val="24"/>
          <w:lang w:val="en-GB"/>
        </w:rPr>
        <w:t>ili</w:t>
      </w:r>
      <w:proofErr w:type="spellEnd"/>
      <w:r w:rsidRPr="000C0104">
        <w:rPr>
          <w:rFonts w:cs="Arial"/>
          <w:szCs w:val="24"/>
          <w:lang w:val="en-GB"/>
        </w:rPr>
        <w:t xml:space="preserve"> </w:t>
      </w:r>
      <w:proofErr w:type="spellStart"/>
      <w:r w:rsidRPr="000C0104">
        <w:rPr>
          <w:rFonts w:cs="Arial"/>
          <w:szCs w:val="24"/>
          <w:lang w:val="en-GB"/>
        </w:rPr>
        <w:t>na</w:t>
      </w:r>
      <w:proofErr w:type="spellEnd"/>
      <w:r w:rsidRPr="000C0104">
        <w:rPr>
          <w:rFonts w:cs="Arial"/>
          <w:szCs w:val="24"/>
          <w:lang w:val="en-GB"/>
        </w:rPr>
        <w:t xml:space="preserve"> </w:t>
      </w:r>
      <w:proofErr w:type="spellStart"/>
      <w:r w:rsidRPr="000C0104">
        <w:rPr>
          <w:rFonts w:cs="Arial"/>
          <w:szCs w:val="24"/>
          <w:lang w:val="en-GB"/>
        </w:rPr>
        <w:t>drugom</w:t>
      </w:r>
      <w:proofErr w:type="spellEnd"/>
      <w:r w:rsidRPr="000C0104">
        <w:rPr>
          <w:rFonts w:cs="Arial"/>
          <w:szCs w:val="24"/>
          <w:lang w:val="en-GB"/>
        </w:rPr>
        <w:t xml:space="preserve"> </w:t>
      </w:r>
      <w:proofErr w:type="spellStart"/>
      <w:r w:rsidRPr="000C0104">
        <w:rPr>
          <w:rFonts w:cs="Arial"/>
          <w:szCs w:val="24"/>
          <w:lang w:val="en-GB"/>
        </w:rPr>
        <w:t>carinskom</w:t>
      </w:r>
      <w:proofErr w:type="spellEnd"/>
      <w:r w:rsidRPr="000C0104">
        <w:rPr>
          <w:rFonts w:cs="Arial"/>
          <w:szCs w:val="24"/>
          <w:lang w:val="en-GB"/>
        </w:rPr>
        <w:t xml:space="preserve"> </w:t>
      </w:r>
      <w:proofErr w:type="spellStart"/>
      <w:r w:rsidRPr="000C0104">
        <w:rPr>
          <w:rFonts w:cs="Arial"/>
          <w:szCs w:val="24"/>
          <w:lang w:val="en-GB"/>
        </w:rPr>
        <w:t>terminalu</w:t>
      </w:r>
      <w:proofErr w:type="spellEnd"/>
      <w:r w:rsidRPr="000C0104">
        <w:rPr>
          <w:rFonts w:cs="Arial"/>
          <w:szCs w:val="24"/>
          <w:lang w:val="en-GB"/>
        </w:rPr>
        <w:t xml:space="preserve"> </w:t>
      </w:r>
      <w:proofErr w:type="spellStart"/>
      <w:r w:rsidRPr="000C0104">
        <w:rPr>
          <w:rFonts w:cs="Arial"/>
          <w:szCs w:val="24"/>
          <w:lang w:val="en-GB"/>
        </w:rPr>
        <w:t>određenom</w:t>
      </w:r>
      <w:proofErr w:type="spellEnd"/>
      <w:r w:rsidRPr="000C0104">
        <w:rPr>
          <w:rFonts w:cs="Arial"/>
          <w:szCs w:val="24"/>
          <w:lang w:val="en-GB"/>
        </w:rPr>
        <w:t xml:space="preserve"> </w:t>
      </w:r>
      <w:proofErr w:type="spellStart"/>
      <w:r w:rsidRPr="000C0104">
        <w:rPr>
          <w:rFonts w:cs="Arial"/>
          <w:szCs w:val="24"/>
          <w:lang w:val="en-GB"/>
        </w:rPr>
        <w:t>od</w:t>
      </w:r>
      <w:proofErr w:type="spellEnd"/>
      <w:r w:rsidRPr="000C0104">
        <w:rPr>
          <w:rFonts w:cs="Arial"/>
          <w:szCs w:val="24"/>
          <w:lang w:val="en-GB"/>
        </w:rPr>
        <w:t xml:space="preserve"> </w:t>
      </w:r>
      <w:proofErr w:type="spellStart"/>
      <w:r w:rsidRPr="000C0104">
        <w:rPr>
          <w:rFonts w:cs="Arial"/>
          <w:szCs w:val="24"/>
          <w:lang w:val="en-GB"/>
        </w:rPr>
        <w:t>strane</w:t>
      </w:r>
      <w:proofErr w:type="spellEnd"/>
      <w:r w:rsidRPr="000C0104">
        <w:rPr>
          <w:rFonts w:cs="Arial"/>
          <w:szCs w:val="24"/>
          <w:lang w:val="en-GB"/>
        </w:rPr>
        <w:t xml:space="preserve"> </w:t>
      </w:r>
      <w:proofErr w:type="spellStart"/>
      <w:r w:rsidRPr="000C0104">
        <w:rPr>
          <w:rFonts w:cs="Arial"/>
          <w:szCs w:val="24"/>
          <w:lang w:val="en-GB"/>
        </w:rPr>
        <w:t>nadležnog</w:t>
      </w:r>
      <w:proofErr w:type="spellEnd"/>
      <w:r w:rsidRPr="000C0104">
        <w:rPr>
          <w:rFonts w:cs="Arial"/>
          <w:szCs w:val="24"/>
          <w:lang w:val="en-GB"/>
        </w:rPr>
        <w:t xml:space="preserve"> organa. Za auto-</w:t>
      </w:r>
      <w:proofErr w:type="spellStart"/>
      <w:r w:rsidRPr="000C0104">
        <w:rPr>
          <w:rFonts w:cs="Arial"/>
          <w:szCs w:val="24"/>
          <w:lang w:val="en-GB"/>
        </w:rPr>
        <w:t>cisterne</w:t>
      </w:r>
      <w:proofErr w:type="spellEnd"/>
      <w:r w:rsidRPr="000C0104">
        <w:rPr>
          <w:rFonts w:cs="Arial"/>
          <w:szCs w:val="24"/>
          <w:lang w:val="en-GB"/>
        </w:rPr>
        <w:t xml:space="preserve"> </w:t>
      </w:r>
      <w:proofErr w:type="spellStart"/>
      <w:r w:rsidRPr="000C0104">
        <w:rPr>
          <w:rFonts w:cs="Arial"/>
          <w:szCs w:val="24"/>
          <w:lang w:val="en-GB"/>
        </w:rPr>
        <w:t>i</w:t>
      </w:r>
      <w:proofErr w:type="spellEnd"/>
      <w:r w:rsidRPr="000C0104">
        <w:rPr>
          <w:rFonts w:cs="Arial"/>
          <w:szCs w:val="24"/>
          <w:lang w:val="en-GB"/>
        </w:rPr>
        <w:t xml:space="preserve"> </w:t>
      </w:r>
      <w:proofErr w:type="spellStart"/>
      <w:r w:rsidRPr="000C0104">
        <w:rPr>
          <w:rFonts w:cs="Arial"/>
          <w:szCs w:val="24"/>
          <w:lang w:val="en-GB"/>
        </w:rPr>
        <w:t>plovne</w:t>
      </w:r>
      <w:proofErr w:type="spellEnd"/>
      <w:r w:rsidRPr="000C0104">
        <w:rPr>
          <w:rFonts w:cs="Arial"/>
          <w:szCs w:val="24"/>
          <w:lang w:val="en-GB"/>
        </w:rPr>
        <w:t xml:space="preserve"> </w:t>
      </w:r>
      <w:proofErr w:type="spellStart"/>
      <w:r w:rsidRPr="000C0104">
        <w:rPr>
          <w:rFonts w:cs="Arial"/>
          <w:szCs w:val="24"/>
          <w:lang w:val="en-GB"/>
        </w:rPr>
        <w:t>objekte</w:t>
      </w:r>
      <w:proofErr w:type="spellEnd"/>
      <w:r w:rsidRPr="000C0104">
        <w:rPr>
          <w:rFonts w:cs="Arial"/>
          <w:szCs w:val="24"/>
          <w:lang w:val="en-GB"/>
        </w:rPr>
        <w:t xml:space="preserve"> koji se </w:t>
      </w:r>
      <w:proofErr w:type="spellStart"/>
      <w:r w:rsidRPr="000C0104">
        <w:rPr>
          <w:rFonts w:cs="Arial"/>
          <w:szCs w:val="24"/>
          <w:lang w:val="en-GB"/>
        </w:rPr>
        <w:t>markiraju</w:t>
      </w:r>
      <w:proofErr w:type="spellEnd"/>
      <w:r w:rsidRPr="000C0104">
        <w:rPr>
          <w:rFonts w:cs="Arial"/>
          <w:szCs w:val="24"/>
          <w:lang w:val="en-GB"/>
        </w:rPr>
        <w:t xml:space="preserve"> u Luci Bar, </w:t>
      </w:r>
      <w:proofErr w:type="spellStart"/>
      <w:r w:rsidRPr="000C0104">
        <w:rPr>
          <w:rFonts w:cs="Arial"/>
          <w:szCs w:val="24"/>
          <w:lang w:val="en-GB"/>
        </w:rPr>
        <w:t>provjera</w:t>
      </w:r>
      <w:proofErr w:type="spellEnd"/>
      <w:r w:rsidRPr="000C0104">
        <w:rPr>
          <w:rFonts w:cs="Arial"/>
          <w:szCs w:val="24"/>
          <w:lang w:val="en-GB"/>
        </w:rPr>
        <w:t xml:space="preserve"> </w:t>
      </w:r>
      <w:proofErr w:type="spellStart"/>
      <w:r w:rsidRPr="000C0104">
        <w:rPr>
          <w:rFonts w:cs="Arial"/>
          <w:szCs w:val="24"/>
          <w:lang w:val="en-GB"/>
        </w:rPr>
        <w:t>prisustva</w:t>
      </w:r>
      <w:proofErr w:type="spellEnd"/>
      <w:r w:rsidRPr="000C0104">
        <w:rPr>
          <w:rFonts w:cs="Arial"/>
          <w:szCs w:val="24"/>
          <w:lang w:val="en-GB"/>
        </w:rPr>
        <w:t xml:space="preserve"> </w:t>
      </w:r>
      <w:proofErr w:type="spellStart"/>
      <w:r w:rsidRPr="000C0104">
        <w:rPr>
          <w:rFonts w:cs="Arial"/>
          <w:szCs w:val="24"/>
          <w:lang w:val="en-GB"/>
        </w:rPr>
        <w:t>i</w:t>
      </w:r>
      <w:proofErr w:type="spellEnd"/>
      <w:r w:rsidRPr="000C0104">
        <w:rPr>
          <w:rFonts w:cs="Arial"/>
          <w:szCs w:val="24"/>
          <w:lang w:val="en-GB"/>
        </w:rPr>
        <w:t xml:space="preserve"> </w:t>
      </w:r>
      <w:proofErr w:type="spellStart"/>
      <w:r w:rsidRPr="000C0104">
        <w:rPr>
          <w:rFonts w:cs="Arial"/>
          <w:szCs w:val="24"/>
          <w:lang w:val="en-GB"/>
        </w:rPr>
        <w:t>koncentracije</w:t>
      </w:r>
      <w:proofErr w:type="spellEnd"/>
      <w:r w:rsidRPr="000C0104">
        <w:rPr>
          <w:rFonts w:cs="Arial"/>
          <w:szCs w:val="24"/>
          <w:lang w:val="en-GB"/>
        </w:rPr>
        <w:t xml:space="preserve"> </w:t>
      </w:r>
      <w:proofErr w:type="spellStart"/>
      <w:r w:rsidRPr="000C0104">
        <w:rPr>
          <w:rFonts w:cs="Arial"/>
          <w:szCs w:val="24"/>
          <w:lang w:val="en-GB"/>
        </w:rPr>
        <w:t>markera</w:t>
      </w:r>
      <w:proofErr w:type="spellEnd"/>
      <w:r w:rsidRPr="000C0104">
        <w:rPr>
          <w:rFonts w:cs="Arial"/>
          <w:szCs w:val="24"/>
          <w:lang w:val="en-GB"/>
        </w:rPr>
        <w:t xml:space="preserve"> </w:t>
      </w:r>
      <w:proofErr w:type="spellStart"/>
      <w:r w:rsidRPr="000C0104">
        <w:rPr>
          <w:rFonts w:cs="Arial"/>
          <w:szCs w:val="24"/>
          <w:lang w:val="en-GB"/>
        </w:rPr>
        <w:t>vrši</w:t>
      </w:r>
      <w:proofErr w:type="spellEnd"/>
      <w:r w:rsidRPr="000C0104">
        <w:rPr>
          <w:rFonts w:cs="Arial"/>
          <w:szCs w:val="24"/>
          <w:lang w:val="en-GB"/>
        </w:rPr>
        <w:t xml:space="preserve"> se u Luci Bar </w:t>
      </w:r>
      <w:proofErr w:type="spellStart"/>
      <w:r w:rsidRPr="000C0104">
        <w:rPr>
          <w:rFonts w:cs="Arial"/>
          <w:szCs w:val="24"/>
          <w:lang w:val="en-GB"/>
        </w:rPr>
        <w:t>neposredno</w:t>
      </w:r>
      <w:proofErr w:type="spellEnd"/>
      <w:r w:rsidRPr="000C0104">
        <w:rPr>
          <w:rFonts w:cs="Arial"/>
          <w:szCs w:val="24"/>
          <w:lang w:val="en-GB"/>
        </w:rPr>
        <w:t xml:space="preserve"> </w:t>
      </w:r>
      <w:proofErr w:type="spellStart"/>
      <w:r w:rsidRPr="000C0104">
        <w:rPr>
          <w:rFonts w:cs="Arial"/>
          <w:szCs w:val="24"/>
          <w:lang w:val="en-GB"/>
        </w:rPr>
        <w:t>nakon</w:t>
      </w:r>
      <w:proofErr w:type="spellEnd"/>
      <w:r w:rsidRPr="000C0104">
        <w:rPr>
          <w:rFonts w:cs="Arial"/>
          <w:szCs w:val="24"/>
          <w:lang w:val="en-GB"/>
        </w:rPr>
        <w:t xml:space="preserve"> </w:t>
      </w:r>
      <w:proofErr w:type="spellStart"/>
      <w:r w:rsidRPr="000C0104">
        <w:rPr>
          <w:rFonts w:cs="Arial"/>
          <w:szCs w:val="24"/>
          <w:lang w:val="en-GB"/>
        </w:rPr>
        <w:t>postupka</w:t>
      </w:r>
      <w:proofErr w:type="spellEnd"/>
      <w:r w:rsidRPr="000C0104">
        <w:rPr>
          <w:rFonts w:cs="Arial"/>
          <w:szCs w:val="24"/>
          <w:lang w:val="en-GB"/>
        </w:rPr>
        <w:t xml:space="preserve"> </w:t>
      </w:r>
      <w:proofErr w:type="spellStart"/>
      <w:r w:rsidRPr="000C0104">
        <w:rPr>
          <w:rFonts w:cs="Arial"/>
          <w:szCs w:val="24"/>
          <w:lang w:val="en-GB"/>
        </w:rPr>
        <w:t>markiranja</w:t>
      </w:r>
      <w:proofErr w:type="spellEnd"/>
      <w:r w:rsidRPr="000C0104">
        <w:rPr>
          <w:rFonts w:cs="Arial"/>
          <w:szCs w:val="24"/>
          <w:lang w:val="en-GB"/>
        </w:rPr>
        <w:t>.</w:t>
      </w:r>
    </w:p>
    <w:p w14:paraId="10B767BE" w14:textId="363E4EAF" w:rsidR="00657A0F" w:rsidRPr="00491C1A" w:rsidRDefault="00657A0F" w:rsidP="00657A0F">
      <w:pPr>
        <w:jc w:val="both"/>
        <w:rPr>
          <w:lang w:val="fr-FR"/>
        </w:rPr>
      </w:pPr>
      <w:proofErr w:type="spellStart"/>
      <w:r w:rsidRPr="00491C1A">
        <w:rPr>
          <w:lang w:val="fr-FR"/>
        </w:rPr>
        <w:t>Uzorkovanje</w:t>
      </w:r>
      <w:proofErr w:type="spellEnd"/>
      <w:r w:rsidRPr="00491C1A">
        <w:rPr>
          <w:lang w:val="fr-FR"/>
        </w:rPr>
        <w:t xml:space="preserve"> se </w:t>
      </w:r>
      <w:proofErr w:type="spellStart"/>
      <w:r w:rsidRPr="00491C1A">
        <w:rPr>
          <w:lang w:val="fr-FR"/>
        </w:rPr>
        <w:t>vrši</w:t>
      </w:r>
      <w:proofErr w:type="spellEnd"/>
      <w:r w:rsidRPr="00491C1A">
        <w:rPr>
          <w:lang w:val="fr-FR"/>
        </w:rPr>
        <w:t xml:space="preserve"> u </w:t>
      </w:r>
      <w:proofErr w:type="spellStart"/>
      <w:r w:rsidRPr="00491C1A">
        <w:rPr>
          <w:lang w:val="fr-FR"/>
        </w:rPr>
        <w:t>skladu</w:t>
      </w:r>
      <w:proofErr w:type="spellEnd"/>
      <w:r w:rsidRPr="00491C1A">
        <w:rPr>
          <w:lang w:val="fr-FR"/>
        </w:rPr>
        <w:t xml:space="preserve"> sa </w:t>
      </w:r>
      <w:proofErr w:type="spellStart"/>
      <w:r w:rsidRPr="00491C1A">
        <w:rPr>
          <w:lang w:val="fr-FR"/>
        </w:rPr>
        <w:t>standardom</w:t>
      </w:r>
      <w:proofErr w:type="spellEnd"/>
      <w:r w:rsidRPr="00491C1A">
        <w:rPr>
          <w:lang w:val="fr-FR"/>
        </w:rPr>
        <w:t xml:space="preserve"> EN ISO 3170 </w:t>
      </w:r>
      <w:proofErr w:type="spellStart"/>
      <w:r w:rsidRPr="00491C1A">
        <w:rPr>
          <w:lang w:val="fr-FR"/>
        </w:rPr>
        <w:t>nakon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što</w:t>
      </w:r>
      <w:proofErr w:type="spellEnd"/>
      <w:r w:rsidRPr="00491C1A">
        <w:rPr>
          <w:lang w:val="fr-FR"/>
        </w:rPr>
        <w:t xml:space="preserve"> je </w:t>
      </w:r>
      <w:proofErr w:type="spellStart"/>
      <w:r w:rsidRPr="00491C1A">
        <w:rPr>
          <w:lang w:val="fr-FR"/>
        </w:rPr>
        <w:t>postignuta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homogenizacija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goriva</w:t>
      </w:r>
      <w:proofErr w:type="spellEnd"/>
      <w:r w:rsidRPr="00491C1A">
        <w:rPr>
          <w:lang w:val="fr-FR"/>
        </w:rPr>
        <w:t xml:space="preserve"> i </w:t>
      </w:r>
      <w:proofErr w:type="spellStart"/>
      <w:r w:rsidRPr="00491C1A">
        <w:rPr>
          <w:lang w:val="fr-FR"/>
        </w:rPr>
        <w:t>markera</w:t>
      </w:r>
      <w:proofErr w:type="spellEnd"/>
      <w:r w:rsidRPr="00491C1A">
        <w:rPr>
          <w:lang w:val="fr-FR"/>
        </w:rPr>
        <w:t xml:space="preserve">. </w:t>
      </w:r>
      <w:proofErr w:type="spellStart"/>
      <w:r w:rsidRPr="00491C1A">
        <w:rPr>
          <w:lang w:val="fr-FR"/>
        </w:rPr>
        <w:t>Uzorci</w:t>
      </w:r>
      <w:proofErr w:type="spellEnd"/>
      <w:r w:rsidRPr="00491C1A">
        <w:rPr>
          <w:lang w:val="fr-FR"/>
        </w:rPr>
        <w:t xml:space="preserve"> se </w:t>
      </w:r>
      <w:proofErr w:type="spellStart"/>
      <w:r w:rsidRPr="00491C1A">
        <w:rPr>
          <w:lang w:val="fr-FR"/>
        </w:rPr>
        <w:t>uzimaju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iz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svake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komore</w:t>
      </w:r>
      <w:proofErr w:type="spellEnd"/>
      <w:r w:rsidRPr="00491C1A">
        <w:rPr>
          <w:lang w:val="fr-FR"/>
        </w:rPr>
        <w:t xml:space="preserve"> auto-</w:t>
      </w:r>
      <w:proofErr w:type="spellStart"/>
      <w:r w:rsidRPr="00491C1A">
        <w:rPr>
          <w:lang w:val="fr-FR"/>
        </w:rPr>
        <w:t>cisterne</w:t>
      </w:r>
      <w:proofErr w:type="spellEnd"/>
      <w:r w:rsidRPr="00491C1A">
        <w:rPr>
          <w:lang w:val="fr-FR"/>
        </w:rPr>
        <w:t xml:space="preserve">, </w:t>
      </w:r>
      <w:proofErr w:type="spellStart"/>
      <w:r w:rsidRPr="00491C1A">
        <w:rPr>
          <w:lang w:val="fr-FR"/>
        </w:rPr>
        <w:t>nakon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čega</w:t>
      </w:r>
      <w:proofErr w:type="spellEnd"/>
      <w:r w:rsidRPr="00491C1A">
        <w:rPr>
          <w:lang w:val="fr-FR"/>
        </w:rPr>
        <w:t xml:space="preserve"> se </w:t>
      </w:r>
      <w:proofErr w:type="spellStart"/>
      <w:r w:rsidRPr="00491C1A">
        <w:rPr>
          <w:lang w:val="fr-FR"/>
        </w:rPr>
        <w:t>formira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kompozitni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uzorak</w:t>
      </w:r>
      <w:proofErr w:type="spellEnd"/>
      <w:r w:rsidRPr="00491C1A">
        <w:rPr>
          <w:lang w:val="fr-FR"/>
        </w:rPr>
        <w:t xml:space="preserve">. </w:t>
      </w:r>
      <w:proofErr w:type="spellStart"/>
      <w:r w:rsidRPr="00491C1A">
        <w:rPr>
          <w:lang w:val="fr-FR"/>
        </w:rPr>
        <w:t>Provjera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koncentracije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markera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radi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izdavanja</w:t>
      </w:r>
      <w:proofErr w:type="spellEnd"/>
      <w:r w:rsidRPr="00491C1A">
        <w:rPr>
          <w:lang w:val="fr-FR"/>
        </w:rPr>
        <w:t xml:space="preserve"> „</w:t>
      </w:r>
      <w:proofErr w:type="spellStart"/>
      <w:r w:rsidRPr="00491C1A">
        <w:rPr>
          <w:lang w:val="fr-FR"/>
        </w:rPr>
        <w:t>Izvještaja</w:t>
      </w:r>
      <w:proofErr w:type="spellEnd"/>
      <w:r w:rsidRPr="00491C1A">
        <w:rPr>
          <w:lang w:val="fr-FR"/>
        </w:rPr>
        <w:t xml:space="preserve"> o </w:t>
      </w:r>
      <w:proofErr w:type="spellStart"/>
      <w:r w:rsidRPr="00491C1A">
        <w:rPr>
          <w:lang w:val="fr-FR"/>
        </w:rPr>
        <w:t>provjeri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koncentracije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markera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nakon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markiranja</w:t>
      </w:r>
      <w:proofErr w:type="spellEnd"/>
      <w:r w:rsidRPr="00491C1A">
        <w:rPr>
          <w:lang w:val="fr-FR"/>
        </w:rPr>
        <w:t xml:space="preserve">“ </w:t>
      </w:r>
      <w:proofErr w:type="spellStart"/>
      <w:r w:rsidRPr="00491C1A">
        <w:rPr>
          <w:lang w:val="fr-FR"/>
        </w:rPr>
        <w:t>vrši</w:t>
      </w:r>
      <w:proofErr w:type="spellEnd"/>
      <w:r w:rsidRPr="00491C1A">
        <w:rPr>
          <w:lang w:val="fr-FR"/>
        </w:rPr>
        <w:t xml:space="preserve"> se na </w:t>
      </w:r>
      <w:proofErr w:type="spellStart"/>
      <w:r w:rsidRPr="00491C1A">
        <w:rPr>
          <w:lang w:val="fr-FR"/>
        </w:rPr>
        <w:t>kompozitnom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uzorku</w:t>
      </w:r>
      <w:proofErr w:type="spellEnd"/>
      <w:r w:rsidRPr="00491C1A">
        <w:rPr>
          <w:lang w:val="fr-FR"/>
        </w:rPr>
        <w:t>.</w:t>
      </w:r>
    </w:p>
    <w:p w14:paraId="44DE806A" w14:textId="0F5D69F1" w:rsidR="000A2C12" w:rsidRPr="00293F59" w:rsidRDefault="00B26D81" w:rsidP="000A2C12">
      <w:pPr>
        <w:jc w:val="both"/>
        <w:rPr>
          <w:b/>
          <w:bCs/>
          <w:lang w:val="sr-Latn-ME"/>
        </w:rPr>
      </w:pPr>
      <w:proofErr w:type="spellStart"/>
      <w:r w:rsidRPr="00491C1A">
        <w:rPr>
          <w:b/>
          <w:bCs/>
          <w:lang w:val="fr-FR"/>
        </w:rPr>
        <w:t>Postupak</w:t>
      </w:r>
      <w:proofErr w:type="spellEnd"/>
      <w:r w:rsidRPr="00491C1A">
        <w:rPr>
          <w:b/>
          <w:bCs/>
          <w:lang w:val="fr-FR"/>
        </w:rPr>
        <w:t xml:space="preserve"> u </w:t>
      </w:r>
      <w:proofErr w:type="spellStart"/>
      <w:r w:rsidRPr="00491C1A">
        <w:rPr>
          <w:b/>
          <w:bCs/>
          <w:lang w:val="fr-FR"/>
        </w:rPr>
        <w:t>slu</w:t>
      </w:r>
      <w:proofErr w:type="spellEnd"/>
      <w:r w:rsidRPr="00095752">
        <w:rPr>
          <w:b/>
          <w:bCs/>
          <w:lang w:val="sr-Latn-ME"/>
        </w:rPr>
        <w:t xml:space="preserve">čaju </w:t>
      </w:r>
      <w:r w:rsidR="00603FAA">
        <w:rPr>
          <w:b/>
          <w:bCs/>
          <w:lang w:val="sr-Latn-ME"/>
        </w:rPr>
        <w:t>zadovoljavajućeg</w:t>
      </w:r>
      <w:r w:rsidRPr="00095752">
        <w:rPr>
          <w:b/>
          <w:bCs/>
          <w:lang w:val="sr-Latn-ME"/>
        </w:rPr>
        <w:t xml:space="preserve"> rezultata</w:t>
      </w:r>
    </w:p>
    <w:p w14:paraId="0AF3FE64" w14:textId="0F1FC8AD" w:rsidR="00CC7976" w:rsidRPr="00491C1A" w:rsidRDefault="00CC7976" w:rsidP="00CC7976">
      <w:pPr>
        <w:jc w:val="both"/>
        <w:rPr>
          <w:lang w:val="fr-FR"/>
        </w:rPr>
      </w:pPr>
      <w:r w:rsidRPr="00491C1A">
        <w:rPr>
          <w:lang w:val="fr-FR"/>
        </w:rPr>
        <w:t xml:space="preserve">U </w:t>
      </w:r>
      <w:proofErr w:type="spellStart"/>
      <w:r w:rsidRPr="00491C1A">
        <w:rPr>
          <w:lang w:val="fr-FR"/>
        </w:rPr>
        <w:t>slučaju</w:t>
      </w:r>
      <w:proofErr w:type="spellEnd"/>
      <w:r w:rsidRPr="00491C1A">
        <w:rPr>
          <w:lang w:val="fr-FR"/>
        </w:rPr>
        <w:t xml:space="preserve"> </w:t>
      </w:r>
      <w:proofErr w:type="spellStart"/>
      <w:r w:rsidR="00603FAA">
        <w:rPr>
          <w:lang w:val="fr-FR"/>
        </w:rPr>
        <w:t>zadovoljavajućeg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rezultata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provjere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koncentracije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markera</w:t>
      </w:r>
      <w:proofErr w:type="spellEnd"/>
      <w:r w:rsidRPr="00491C1A">
        <w:rPr>
          <w:lang w:val="fr-FR"/>
        </w:rPr>
        <w:t>, „</w:t>
      </w:r>
      <w:proofErr w:type="spellStart"/>
      <w:r w:rsidRPr="00491C1A">
        <w:rPr>
          <w:lang w:val="fr-FR"/>
        </w:rPr>
        <w:t>Izvještaj</w:t>
      </w:r>
      <w:proofErr w:type="spellEnd"/>
      <w:r w:rsidRPr="00491C1A">
        <w:rPr>
          <w:lang w:val="fr-FR"/>
        </w:rPr>
        <w:t xml:space="preserve"> o </w:t>
      </w:r>
      <w:proofErr w:type="spellStart"/>
      <w:r w:rsidRPr="00491C1A">
        <w:rPr>
          <w:lang w:val="fr-FR"/>
        </w:rPr>
        <w:t>provjeri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koncentracije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markera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nakon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markiranja</w:t>
      </w:r>
      <w:proofErr w:type="spellEnd"/>
      <w:r w:rsidRPr="00491C1A">
        <w:rPr>
          <w:lang w:val="fr-FR"/>
        </w:rPr>
        <w:t>“</w:t>
      </w:r>
      <w:r w:rsidR="00293F59"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uručuje</w:t>
      </w:r>
      <w:proofErr w:type="spellEnd"/>
      <w:r w:rsidRPr="00491C1A">
        <w:rPr>
          <w:lang w:val="fr-FR"/>
        </w:rPr>
        <w:t xml:space="preserve"> se</w:t>
      </w:r>
      <w:r w:rsidR="001E16B2" w:rsidRPr="00491C1A">
        <w:rPr>
          <w:lang w:val="fr-FR"/>
        </w:rPr>
        <w:t xml:space="preserve"> </w:t>
      </w:r>
      <w:proofErr w:type="spellStart"/>
      <w:r w:rsidR="001E16B2" w:rsidRPr="00491C1A">
        <w:rPr>
          <w:lang w:val="fr-FR"/>
        </w:rPr>
        <w:t>voza</w:t>
      </w:r>
      <w:proofErr w:type="spellEnd"/>
      <w:r w:rsidR="001E16B2">
        <w:rPr>
          <w:lang w:val="sr-Latn-ME"/>
        </w:rPr>
        <w:t>č</w:t>
      </w:r>
      <w:r w:rsidR="00603FAA">
        <w:rPr>
          <w:lang w:val="sr-Latn-ME"/>
        </w:rPr>
        <w:t>u</w:t>
      </w:r>
      <w:r w:rsidRPr="00491C1A">
        <w:rPr>
          <w:lang w:val="fr-FR"/>
        </w:rPr>
        <w:t xml:space="preserve">. </w:t>
      </w:r>
    </w:p>
    <w:p w14:paraId="2ECB9802" w14:textId="516254C3" w:rsidR="00B26D81" w:rsidRPr="00095752" w:rsidRDefault="00B26D81" w:rsidP="00B26D81">
      <w:pPr>
        <w:jc w:val="both"/>
        <w:rPr>
          <w:b/>
          <w:bCs/>
          <w:lang w:val="sr-Latn-ME"/>
        </w:rPr>
      </w:pPr>
      <w:proofErr w:type="spellStart"/>
      <w:r w:rsidRPr="00491C1A">
        <w:rPr>
          <w:b/>
          <w:bCs/>
          <w:lang w:val="fr-FR"/>
        </w:rPr>
        <w:t>Postupak</w:t>
      </w:r>
      <w:proofErr w:type="spellEnd"/>
      <w:r w:rsidRPr="00491C1A">
        <w:rPr>
          <w:b/>
          <w:bCs/>
          <w:lang w:val="fr-FR"/>
        </w:rPr>
        <w:t xml:space="preserve"> u </w:t>
      </w:r>
      <w:proofErr w:type="spellStart"/>
      <w:r w:rsidRPr="00491C1A">
        <w:rPr>
          <w:b/>
          <w:bCs/>
          <w:lang w:val="fr-FR"/>
        </w:rPr>
        <w:t>slu</w:t>
      </w:r>
      <w:proofErr w:type="spellEnd"/>
      <w:r w:rsidRPr="00095752">
        <w:rPr>
          <w:b/>
          <w:bCs/>
          <w:lang w:val="sr-Latn-ME"/>
        </w:rPr>
        <w:t xml:space="preserve">čaju </w:t>
      </w:r>
      <w:r w:rsidR="00B414A8">
        <w:rPr>
          <w:b/>
          <w:bCs/>
          <w:lang w:val="sr-Latn-ME"/>
        </w:rPr>
        <w:t xml:space="preserve">rezultata koji nije </w:t>
      </w:r>
      <w:r w:rsidR="00603FAA">
        <w:rPr>
          <w:b/>
          <w:bCs/>
          <w:lang w:val="sr-Latn-ME"/>
        </w:rPr>
        <w:t>zadovoljavajući</w:t>
      </w:r>
    </w:p>
    <w:p w14:paraId="0861AABB" w14:textId="102F4051" w:rsidR="007C622F" w:rsidRPr="00491C1A" w:rsidRDefault="007C622F" w:rsidP="007C622F">
      <w:pPr>
        <w:jc w:val="both"/>
        <w:rPr>
          <w:lang w:val="sr-Latn-ME"/>
        </w:rPr>
      </w:pPr>
      <w:r w:rsidRPr="007C622F">
        <w:rPr>
          <w:lang w:val="en-GB"/>
        </w:rPr>
        <w:t>U</w:t>
      </w:r>
      <w:r w:rsidRPr="00491C1A">
        <w:rPr>
          <w:lang w:val="sr-Latn-ME"/>
        </w:rPr>
        <w:t xml:space="preserve"> </w:t>
      </w:r>
      <w:proofErr w:type="spellStart"/>
      <w:r w:rsidRPr="007C622F">
        <w:rPr>
          <w:lang w:val="en-GB"/>
        </w:rPr>
        <w:t>slu</w:t>
      </w:r>
      <w:proofErr w:type="spellEnd"/>
      <w:r w:rsidRPr="00491C1A">
        <w:rPr>
          <w:lang w:val="sr-Latn-ME"/>
        </w:rPr>
        <w:t>č</w:t>
      </w:r>
      <w:proofErr w:type="spellStart"/>
      <w:r w:rsidRPr="007C622F">
        <w:rPr>
          <w:lang w:val="en-GB"/>
        </w:rPr>
        <w:t>aju</w:t>
      </w:r>
      <w:proofErr w:type="spellEnd"/>
      <w:r w:rsidRPr="00491C1A">
        <w:rPr>
          <w:lang w:val="sr-Latn-ME"/>
        </w:rPr>
        <w:t xml:space="preserve"> </w:t>
      </w:r>
      <w:r w:rsidRPr="007C622F">
        <w:rPr>
          <w:lang w:val="en-GB"/>
        </w:rPr>
        <w:t>da</w:t>
      </w:r>
      <w:r w:rsidRPr="00491C1A">
        <w:rPr>
          <w:lang w:val="sr-Latn-ME"/>
        </w:rPr>
        <w:t xml:space="preserve"> </w:t>
      </w:r>
      <w:proofErr w:type="spellStart"/>
      <w:r w:rsidRPr="007C622F">
        <w:rPr>
          <w:lang w:val="en-GB"/>
        </w:rPr>
        <w:t>rezultat</w:t>
      </w:r>
      <w:proofErr w:type="spellEnd"/>
      <w:r w:rsidRPr="00491C1A">
        <w:rPr>
          <w:lang w:val="sr-Latn-ME"/>
        </w:rPr>
        <w:t xml:space="preserve"> </w:t>
      </w:r>
      <w:proofErr w:type="spellStart"/>
      <w:r w:rsidRPr="007C622F">
        <w:rPr>
          <w:lang w:val="en-GB"/>
        </w:rPr>
        <w:t>provjere</w:t>
      </w:r>
      <w:proofErr w:type="spellEnd"/>
      <w:r w:rsidRPr="00491C1A">
        <w:rPr>
          <w:lang w:val="sr-Latn-ME"/>
        </w:rPr>
        <w:t xml:space="preserve"> </w:t>
      </w:r>
      <w:proofErr w:type="spellStart"/>
      <w:r w:rsidRPr="007C622F">
        <w:rPr>
          <w:lang w:val="en-GB"/>
        </w:rPr>
        <w:t>koncentracije</w:t>
      </w:r>
      <w:proofErr w:type="spellEnd"/>
      <w:r w:rsidRPr="00491C1A">
        <w:rPr>
          <w:lang w:val="sr-Latn-ME"/>
        </w:rPr>
        <w:t xml:space="preserve"> </w:t>
      </w:r>
      <w:proofErr w:type="spellStart"/>
      <w:r w:rsidRPr="007C622F">
        <w:rPr>
          <w:lang w:val="en-GB"/>
        </w:rPr>
        <w:t>markera</w:t>
      </w:r>
      <w:proofErr w:type="spellEnd"/>
      <w:r w:rsidRPr="00491C1A">
        <w:rPr>
          <w:lang w:val="sr-Latn-ME"/>
        </w:rPr>
        <w:t xml:space="preserve"> </w:t>
      </w:r>
      <w:proofErr w:type="spellStart"/>
      <w:r w:rsidRPr="007C622F">
        <w:rPr>
          <w:lang w:val="en-GB"/>
        </w:rPr>
        <w:t>na</w:t>
      </w:r>
      <w:proofErr w:type="spellEnd"/>
      <w:r w:rsidRPr="00491C1A">
        <w:rPr>
          <w:lang w:val="sr-Latn-ME"/>
        </w:rPr>
        <w:t xml:space="preserve"> </w:t>
      </w:r>
      <w:proofErr w:type="spellStart"/>
      <w:r w:rsidRPr="007C622F">
        <w:rPr>
          <w:lang w:val="en-GB"/>
        </w:rPr>
        <w:t>mobilnom</w:t>
      </w:r>
      <w:proofErr w:type="spellEnd"/>
      <w:r w:rsidRPr="00491C1A">
        <w:rPr>
          <w:lang w:val="sr-Latn-ME"/>
        </w:rPr>
        <w:t xml:space="preserve"> </w:t>
      </w:r>
      <w:proofErr w:type="spellStart"/>
      <w:r w:rsidR="009B2381">
        <w:rPr>
          <w:lang w:val="en-GB"/>
        </w:rPr>
        <w:t>analizatoru</w:t>
      </w:r>
      <w:proofErr w:type="spellEnd"/>
      <w:r w:rsidRPr="00491C1A">
        <w:rPr>
          <w:lang w:val="sr-Latn-ME"/>
        </w:rPr>
        <w:t xml:space="preserve"> </w:t>
      </w:r>
      <w:proofErr w:type="spellStart"/>
      <w:r w:rsidRPr="007C622F">
        <w:rPr>
          <w:lang w:val="en-GB"/>
        </w:rPr>
        <w:t>nije</w:t>
      </w:r>
      <w:proofErr w:type="spellEnd"/>
      <w:r w:rsidR="00774596">
        <w:rPr>
          <w:lang w:val="en-GB"/>
        </w:rPr>
        <w:t xml:space="preserve"> </w:t>
      </w:r>
      <w:proofErr w:type="spellStart"/>
      <w:r w:rsidR="00774596">
        <w:rPr>
          <w:lang w:val="en-GB"/>
        </w:rPr>
        <w:t>zadovoljavajući</w:t>
      </w:r>
      <w:proofErr w:type="spellEnd"/>
      <w:r w:rsidRPr="00491C1A">
        <w:rPr>
          <w:lang w:val="sr-Latn-ME"/>
        </w:rPr>
        <w:t xml:space="preserve">, </w:t>
      </w:r>
      <w:proofErr w:type="spellStart"/>
      <w:r w:rsidRPr="007C622F">
        <w:rPr>
          <w:lang w:val="en-GB"/>
        </w:rPr>
        <w:t>vr</w:t>
      </w:r>
      <w:proofErr w:type="spellEnd"/>
      <w:r w:rsidRPr="00491C1A">
        <w:rPr>
          <w:lang w:val="sr-Latn-ME"/>
        </w:rPr>
        <w:t>š</w:t>
      </w:r>
      <w:proofErr w:type="spellStart"/>
      <w:r w:rsidRPr="007C622F">
        <w:rPr>
          <w:lang w:val="en-GB"/>
        </w:rPr>
        <w:t>i</w:t>
      </w:r>
      <w:proofErr w:type="spellEnd"/>
      <w:r w:rsidRPr="00491C1A">
        <w:rPr>
          <w:lang w:val="sr-Latn-ME"/>
        </w:rPr>
        <w:t xml:space="preserve"> </w:t>
      </w:r>
      <w:r w:rsidRPr="007C622F">
        <w:rPr>
          <w:lang w:val="en-GB"/>
        </w:rPr>
        <w:t>se</w:t>
      </w:r>
      <w:r w:rsidRPr="00491C1A">
        <w:rPr>
          <w:lang w:val="sr-Latn-ME"/>
        </w:rPr>
        <w:t xml:space="preserve"> </w:t>
      </w:r>
      <w:proofErr w:type="spellStart"/>
      <w:r w:rsidRPr="007C622F">
        <w:rPr>
          <w:lang w:val="en-GB"/>
        </w:rPr>
        <w:t>ponovno</w:t>
      </w:r>
      <w:proofErr w:type="spellEnd"/>
      <w:r w:rsidRPr="00491C1A">
        <w:rPr>
          <w:lang w:val="sr-Latn-ME"/>
        </w:rPr>
        <w:t xml:space="preserve"> </w:t>
      </w:r>
      <w:proofErr w:type="spellStart"/>
      <w:r w:rsidRPr="007C622F">
        <w:rPr>
          <w:lang w:val="en-GB"/>
        </w:rPr>
        <w:t>uzorkovanje</w:t>
      </w:r>
      <w:proofErr w:type="spellEnd"/>
      <w:r w:rsidRPr="00491C1A">
        <w:rPr>
          <w:lang w:val="sr-Latn-ME"/>
        </w:rPr>
        <w:t xml:space="preserve"> </w:t>
      </w:r>
      <w:r w:rsidR="00774596">
        <w:rPr>
          <w:lang w:val="sr-Latn-ME"/>
        </w:rPr>
        <w:t xml:space="preserve">iz istog izvora </w:t>
      </w:r>
      <w:proofErr w:type="spellStart"/>
      <w:r w:rsidRPr="007C622F">
        <w:rPr>
          <w:lang w:val="en-GB"/>
        </w:rPr>
        <w:t>i</w:t>
      </w:r>
      <w:proofErr w:type="spellEnd"/>
      <w:r w:rsidRPr="00491C1A">
        <w:rPr>
          <w:lang w:val="sr-Latn-ME"/>
        </w:rPr>
        <w:t xml:space="preserve"> </w:t>
      </w:r>
      <w:proofErr w:type="spellStart"/>
      <w:r w:rsidRPr="007C622F">
        <w:rPr>
          <w:lang w:val="en-GB"/>
        </w:rPr>
        <w:t>ponovna</w:t>
      </w:r>
      <w:proofErr w:type="spellEnd"/>
      <w:r w:rsidRPr="00491C1A">
        <w:rPr>
          <w:lang w:val="sr-Latn-ME"/>
        </w:rPr>
        <w:t xml:space="preserve"> </w:t>
      </w:r>
      <w:proofErr w:type="spellStart"/>
      <w:r w:rsidRPr="007C622F">
        <w:rPr>
          <w:lang w:val="en-GB"/>
        </w:rPr>
        <w:t>provjera</w:t>
      </w:r>
      <w:proofErr w:type="spellEnd"/>
      <w:r w:rsidRPr="00491C1A">
        <w:rPr>
          <w:lang w:val="sr-Latn-ME"/>
        </w:rPr>
        <w:t xml:space="preserve"> </w:t>
      </w:r>
      <w:proofErr w:type="spellStart"/>
      <w:r w:rsidRPr="007C622F">
        <w:rPr>
          <w:lang w:val="en-GB"/>
        </w:rPr>
        <w:t>koncentracije</w:t>
      </w:r>
      <w:proofErr w:type="spellEnd"/>
      <w:r w:rsidRPr="00491C1A">
        <w:rPr>
          <w:lang w:val="sr-Latn-ME"/>
        </w:rPr>
        <w:t xml:space="preserve"> </w:t>
      </w:r>
      <w:proofErr w:type="spellStart"/>
      <w:r w:rsidR="001227BF">
        <w:rPr>
          <w:lang w:val="en-GB"/>
        </w:rPr>
        <w:t>markera</w:t>
      </w:r>
      <w:proofErr w:type="spellEnd"/>
      <w:r w:rsidR="001227BF" w:rsidRPr="00491C1A">
        <w:rPr>
          <w:lang w:val="sr-Latn-ME"/>
        </w:rPr>
        <w:t xml:space="preserve"> </w:t>
      </w:r>
      <w:proofErr w:type="spellStart"/>
      <w:r w:rsidR="001227BF">
        <w:rPr>
          <w:lang w:val="en-GB"/>
        </w:rPr>
        <w:t>na</w:t>
      </w:r>
      <w:proofErr w:type="spellEnd"/>
      <w:r w:rsidR="001227BF" w:rsidRPr="00491C1A">
        <w:rPr>
          <w:lang w:val="sr-Latn-ME"/>
        </w:rPr>
        <w:t xml:space="preserve"> </w:t>
      </w:r>
      <w:r w:rsidR="00774596">
        <w:rPr>
          <w:lang w:val="sr-Latn-ME"/>
        </w:rPr>
        <w:t xml:space="preserve">mobilnom analizatoru </w:t>
      </w:r>
      <w:proofErr w:type="spellStart"/>
      <w:r w:rsidR="001227BF">
        <w:rPr>
          <w:lang w:val="en-GB"/>
        </w:rPr>
        <w:t>terenu</w:t>
      </w:r>
      <w:proofErr w:type="spellEnd"/>
      <w:r w:rsidR="001227BF" w:rsidRPr="00491C1A">
        <w:rPr>
          <w:lang w:val="sr-Latn-ME"/>
        </w:rPr>
        <w:t>.</w:t>
      </w:r>
    </w:p>
    <w:p w14:paraId="0A23B618" w14:textId="2F03878A" w:rsidR="007C622F" w:rsidRPr="00491C1A" w:rsidRDefault="007C622F" w:rsidP="007C622F">
      <w:pPr>
        <w:jc w:val="both"/>
        <w:rPr>
          <w:lang w:val="sr-Latn-ME"/>
        </w:rPr>
      </w:pPr>
      <w:proofErr w:type="spellStart"/>
      <w:r w:rsidRPr="007C622F">
        <w:rPr>
          <w:lang w:val="en-GB"/>
        </w:rPr>
        <w:t>Kod</w:t>
      </w:r>
      <w:proofErr w:type="spellEnd"/>
      <w:r w:rsidRPr="00491C1A">
        <w:rPr>
          <w:lang w:val="sr-Latn-ME"/>
        </w:rPr>
        <w:t xml:space="preserve"> </w:t>
      </w:r>
      <w:r w:rsidRPr="007C622F">
        <w:rPr>
          <w:lang w:val="en-GB"/>
        </w:rPr>
        <w:t>auto</w:t>
      </w:r>
      <w:r w:rsidRPr="00491C1A">
        <w:rPr>
          <w:lang w:val="sr-Latn-ME"/>
        </w:rPr>
        <w:t>-</w:t>
      </w:r>
      <w:proofErr w:type="spellStart"/>
      <w:r w:rsidRPr="007C622F">
        <w:rPr>
          <w:lang w:val="en-GB"/>
        </w:rPr>
        <w:t>cisterni</w:t>
      </w:r>
      <w:proofErr w:type="spellEnd"/>
      <w:r w:rsidR="00E447B6">
        <w:rPr>
          <w:lang w:val="sr-Latn-ME"/>
        </w:rPr>
        <w:t xml:space="preserve"> u Luci Bar, </w:t>
      </w:r>
      <w:proofErr w:type="spellStart"/>
      <w:r w:rsidRPr="007C622F">
        <w:rPr>
          <w:lang w:val="en-GB"/>
        </w:rPr>
        <w:t>prije</w:t>
      </w:r>
      <w:proofErr w:type="spellEnd"/>
      <w:r w:rsidRPr="00491C1A">
        <w:rPr>
          <w:lang w:val="sr-Latn-ME"/>
        </w:rPr>
        <w:t xml:space="preserve"> </w:t>
      </w:r>
      <w:proofErr w:type="spellStart"/>
      <w:r w:rsidRPr="007C622F">
        <w:rPr>
          <w:lang w:val="en-GB"/>
        </w:rPr>
        <w:t>ponovnog</w:t>
      </w:r>
      <w:proofErr w:type="spellEnd"/>
      <w:r w:rsidRPr="00491C1A">
        <w:rPr>
          <w:lang w:val="sr-Latn-ME"/>
        </w:rPr>
        <w:t xml:space="preserve"> </w:t>
      </w:r>
      <w:proofErr w:type="spellStart"/>
      <w:r w:rsidRPr="007C622F">
        <w:rPr>
          <w:lang w:val="en-GB"/>
        </w:rPr>
        <w:t>uzorkovanja</w:t>
      </w:r>
      <w:proofErr w:type="spellEnd"/>
      <w:r w:rsidRPr="00491C1A">
        <w:rPr>
          <w:lang w:val="sr-Latn-ME"/>
        </w:rPr>
        <w:t xml:space="preserve"> </w:t>
      </w:r>
      <w:proofErr w:type="spellStart"/>
      <w:r w:rsidRPr="007C622F">
        <w:rPr>
          <w:lang w:val="en-GB"/>
        </w:rPr>
        <w:t>potrebno</w:t>
      </w:r>
      <w:proofErr w:type="spellEnd"/>
      <w:r w:rsidRPr="00491C1A">
        <w:rPr>
          <w:lang w:val="sr-Latn-ME"/>
        </w:rPr>
        <w:t xml:space="preserve"> </w:t>
      </w:r>
      <w:r w:rsidRPr="007C622F">
        <w:rPr>
          <w:lang w:val="en-GB"/>
        </w:rPr>
        <w:t>je</w:t>
      </w:r>
      <w:r w:rsidRPr="00491C1A">
        <w:rPr>
          <w:lang w:val="sr-Latn-ME"/>
        </w:rPr>
        <w:t xml:space="preserve"> </w:t>
      </w:r>
      <w:proofErr w:type="spellStart"/>
      <w:r w:rsidRPr="007C622F">
        <w:rPr>
          <w:lang w:val="en-GB"/>
        </w:rPr>
        <w:t>osigurati</w:t>
      </w:r>
      <w:proofErr w:type="spellEnd"/>
      <w:r w:rsidRPr="00491C1A">
        <w:rPr>
          <w:lang w:val="sr-Latn-ME"/>
        </w:rPr>
        <w:t xml:space="preserve"> </w:t>
      </w:r>
      <w:proofErr w:type="spellStart"/>
      <w:r w:rsidRPr="007C622F">
        <w:rPr>
          <w:lang w:val="en-GB"/>
        </w:rPr>
        <w:t>dodatnu</w:t>
      </w:r>
      <w:proofErr w:type="spellEnd"/>
      <w:r w:rsidRPr="00491C1A">
        <w:rPr>
          <w:lang w:val="sr-Latn-ME"/>
        </w:rPr>
        <w:t xml:space="preserve"> </w:t>
      </w:r>
      <w:proofErr w:type="spellStart"/>
      <w:r w:rsidRPr="007C622F">
        <w:rPr>
          <w:lang w:val="en-GB"/>
        </w:rPr>
        <w:t>homogenizaciju</w:t>
      </w:r>
      <w:proofErr w:type="spellEnd"/>
      <w:r w:rsidRPr="00491C1A">
        <w:rPr>
          <w:lang w:val="sr-Latn-ME"/>
        </w:rPr>
        <w:t xml:space="preserve"> </w:t>
      </w:r>
      <w:proofErr w:type="spellStart"/>
      <w:r w:rsidRPr="007C622F">
        <w:rPr>
          <w:lang w:val="en-GB"/>
        </w:rPr>
        <w:t>goriva</w:t>
      </w:r>
      <w:proofErr w:type="spellEnd"/>
      <w:r w:rsidRPr="00491C1A">
        <w:rPr>
          <w:lang w:val="sr-Latn-ME"/>
        </w:rPr>
        <w:t xml:space="preserve"> </w:t>
      </w:r>
      <w:proofErr w:type="spellStart"/>
      <w:r w:rsidRPr="007C622F">
        <w:rPr>
          <w:lang w:val="en-GB"/>
        </w:rPr>
        <w:t>i</w:t>
      </w:r>
      <w:proofErr w:type="spellEnd"/>
      <w:r w:rsidRPr="00491C1A">
        <w:rPr>
          <w:lang w:val="sr-Latn-ME"/>
        </w:rPr>
        <w:t xml:space="preserve"> </w:t>
      </w:r>
      <w:proofErr w:type="spellStart"/>
      <w:r w:rsidRPr="007C622F">
        <w:rPr>
          <w:lang w:val="en-GB"/>
        </w:rPr>
        <w:t>markera</w:t>
      </w:r>
      <w:proofErr w:type="spellEnd"/>
      <w:r w:rsidRPr="00491C1A">
        <w:rPr>
          <w:lang w:val="sr-Latn-ME"/>
        </w:rPr>
        <w:t xml:space="preserve"> </w:t>
      </w:r>
      <w:proofErr w:type="spellStart"/>
      <w:r w:rsidRPr="007C622F">
        <w:rPr>
          <w:lang w:val="en-GB"/>
        </w:rPr>
        <w:t>kretanjem</w:t>
      </w:r>
      <w:proofErr w:type="spellEnd"/>
      <w:r w:rsidRPr="00491C1A">
        <w:rPr>
          <w:lang w:val="sr-Latn-ME"/>
        </w:rPr>
        <w:t xml:space="preserve"> </w:t>
      </w:r>
      <w:proofErr w:type="spellStart"/>
      <w:r w:rsidRPr="007C622F">
        <w:rPr>
          <w:lang w:val="en-GB"/>
        </w:rPr>
        <w:t>vozila</w:t>
      </w:r>
      <w:proofErr w:type="spellEnd"/>
      <w:r w:rsidRPr="00491C1A">
        <w:rPr>
          <w:lang w:val="sr-Latn-ME"/>
        </w:rPr>
        <w:t>.</w:t>
      </w:r>
    </w:p>
    <w:p w14:paraId="170D79A2" w14:textId="0106F669" w:rsidR="007C622F" w:rsidRPr="00491C1A" w:rsidRDefault="007C622F" w:rsidP="007C622F">
      <w:pPr>
        <w:jc w:val="both"/>
        <w:rPr>
          <w:lang w:val="sr-Latn-ME"/>
        </w:rPr>
      </w:pPr>
      <w:proofErr w:type="spellStart"/>
      <w:r w:rsidRPr="007C622F">
        <w:rPr>
          <w:lang w:val="en-GB"/>
        </w:rPr>
        <w:t>Ukoliko</w:t>
      </w:r>
      <w:proofErr w:type="spellEnd"/>
      <w:r w:rsidRPr="00491C1A">
        <w:rPr>
          <w:lang w:val="sr-Latn-ME"/>
        </w:rPr>
        <w:t xml:space="preserve"> </w:t>
      </w:r>
      <w:proofErr w:type="spellStart"/>
      <w:r w:rsidRPr="007C622F">
        <w:rPr>
          <w:lang w:val="en-GB"/>
        </w:rPr>
        <w:t>ponovljena</w:t>
      </w:r>
      <w:proofErr w:type="spellEnd"/>
      <w:r w:rsidRPr="00491C1A">
        <w:rPr>
          <w:lang w:val="sr-Latn-ME"/>
        </w:rPr>
        <w:t xml:space="preserve"> </w:t>
      </w:r>
      <w:proofErr w:type="spellStart"/>
      <w:r w:rsidRPr="007C622F">
        <w:rPr>
          <w:lang w:val="en-GB"/>
        </w:rPr>
        <w:t>provjera</w:t>
      </w:r>
      <w:proofErr w:type="spellEnd"/>
      <w:r w:rsidR="00B47589">
        <w:rPr>
          <w:lang w:val="en-GB"/>
        </w:rPr>
        <w:t xml:space="preserve"> </w:t>
      </w:r>
      <w:proofErr w:type="spellStart"/>
      <w:r w:rsidR="00B47589">
        <w:rPr>
          <w:lang w:val="en-GB"/>
        </w:rPr>
        <w:t>utvrdi</w:t>
      </w:r>
      <w:proofErr w:type="spellEnd"/>
      <w:r w:rsidR="00B47589">
        <w:rPr>
          <w:lang w:val="en-GB"/>
        </w:rPr>
        <w:t xml:space="preserve"> da je </w:t>
      </w:r>
      <w:proofErr w:type="spellStart"/>
      <w:r w:rsidR="00B47589">
        <w:rPr>
          <w:lang w:val="en-GB"/>
        </w:rPr>
        <w:t>rezultat</w:t>
      </w:r>
      <w:proofErr w:type="spellEnd"/>
      <w:r w:rsidR="00B47589">
        <w:rPr>
          <w:lang w:val="en-GB"/>
        </w:rPr>
        <w:t xml:space="preserve"> </w:t>
      </w:r>
      <w:proofErr w:type="spellStart"/>
      <w:r w:rsidR="00B47589">
        <w:rPr>
          <w:lang w:val="en-GB"/>
        </w:rPr>
        <w:t>zadovoljavajući</w:t>
      </w:r>
      <w:proofErr w:type="spellEnd"/>
      <w:r w:rsidR="00B47589">
        <w:rPr>
          <w:lang w:val="en-GB"/>
        </w:rPr>
        <w:t xml:space="preserve">, </w:t>
      </w:r>
      <w:proofErr w:type="spellStart"/>
      <w:r w:rsidR="00B47589">
        <w:rPr>
          <w:lang w:val="en-GB"/>
        </w:rPr>
        <w:t>izdaje</w:t>
      </w:r>
      <w:proofErr w:type="spellEnd"/>
      <w:r w:rsidRPr="00491C1A">
        <w:rPr>
          <w:lang w:val="sr-Latn-ME"/>
        </w:rPr>
        <w:t xml:space="preserve"> </w:t>
      </w:r>
      <w:r w:rsidRPr="007C622F">
        <w:rPr>
          <w:lang w:val="en-GB"/>
        </w:rPr>
        <w:t>se</w:t>
      </w:r>
      <w:r w:rsidRPr="00491C1A">
        <w:rPr>
          <w:lang w:val="sr-Latn-ME"/>
        </w:rPr>
        <w:t xml:space="preserve"> „</w:t>
      </w:r>
      <w:proofErr w:type="spellStart"/>
      <w:r w:rsidRPr="007C622F">
        <w:rPr>
          <w:lang w:val="en-GB"/>
        </w:rPr>
        <w:t>Izvje</w:t>
      </w:r>
      <w:proofErr w:type="spellEnd"/>
      <w:r w:rsidRPr="00491C1A">
        <w:rPr>
          <w:lang w:val="sr-Latn-ME"/>
        </w:rPr>
        <w:t>š</w:t>
      </w:r>
      <w:r w:rsidRPr="007C622F">
        <w:rPr>
          <w:lang w:val="en-GB"/>
        </w:rPr>
        <w:t>taj</w:t>
      </w:r>
      <w:r w:rsidRPr="00491C1A">
        <w:rPr>
          <w:lang w:val="sr-Latn-ME"/>
        </w:rPr>
        <w:t xml:space="preserve"> </w:t>
      </w:r>
      <w:r w:rsidRPr="007C622F">
        <w:rPr>
          <w:lang w:val="en-GB"/>
        </w:rPr>
        <w:t>o</w:t>
      </w:r>
      <w:r w:rsidRPr="00491C1A">
        <w:rPr>
          <w:lang w:val="sr-Latn-ME"/>
        </w:rPr>
        <w:t xml:space="preserve"> </w:t>
      </w:r>
      <w:proofErr w:type="spellStart"/>
      <w:r w:rsidRPr="007C622F">
        <w:rPr>
          <w:lang w:val="en-GB"/>
        </w:rPr>
        <w:t>provjeri</w:t>
      </w:r>
      <w:proofErr w:type="spellEnd"/>
      <w:r w:rsidRPr="00491C1A">
        <w:rPr>
          <w:lang w:val="sr-Latn-ME"/>
        </w:rPr>
        <w:t xml:space="preserve"> </w:t>
      </w:r>
      <w:proofErr w:type="spellStart"/>
      <w:r w:rsidRPr="007C622F">
        <w:rPr>
          <w:lang w:val="en-GB"/>
        </w:rPr>
        <w:t>koncentracije</w:t>
      </w:r>
      <w:proofErr w:type="spellEnd"/>
      <w:r w:rsidRPr="00491C1A">
        <w:rPr>
          <w:lang w:val="sr-Latn-ME"/>
        </w:rPr>
        <w:t xml:space="preserve"> </w:t>
      </w:r>
      <w:proofErr w:type="spellStart"/>
      <w:r w:rsidRPr="007C622F">
        <w:rPr>
          <w:lang w:val="en-GB"/>
        </w:rPr>
        <w:t>markera</w:t>
      </w:r>
      <w:proofErr w:type="spellEnd"/>
      <w:r w:rsidRPr="00491C1A">
        <w:rPr>
          <w:lang w:val="sr-Latn-ME"/>
        </w:rPr>
        <w:t xml:space="preserve"> </w:t>
      </w:r>
      <w:proofErr w:type="spellStart"/>
      <w:r w:rsidRPr="007C622F">
        <w:rPr>
          <w:lang w:val="en-GB"/>
        </w:rPr>
        <w:t>nakon</w:t>
      </w:r>
      <w:proofErr w:type="spellEnd"/>
      <w:r w:rsidRPr="00491C1A">
        <w:rPr>
          <w:lang w:val="sr-Latn-ME"/>
        </w:rPr>
        <w:t xml:space="preserve"> </w:t>
      </w:r>
      <w:proofErr w:type="spellStart"/>
      <w:proofErr w:type="gramStart"/>
      <w:r w:rsidRPr="007C622F">
        <w:rPr>
          <w:lang w:val="en-GB"/>
        </w:rPr>
        <w:t>markiranja</w:t>
      </w:r>
      <w:proofErr w:type="spellEnd"/>
      <w:r w:rsidRPr="00491C1A">
        <w:rPr>
          <w:lang w:val="sr-Latn-ME"/>
        </w:rPr>
        <w:t>“</w:t>
      </w:r>
      <w:proofErr w:type="gramEnd"/>
      <w:r w:rsidRPr="00491C1A">
        <w:rPr>
          <w:lang w:val="sr-Latn-ME"/>
        </w:rPr>
        <w:t>.</w:t>
      </w:r>
    </w:p>
    <w:p w14:paraId="7AFFF731" w14:textId="2D032552" w:rsidR="007C622F" w:rsidRPr="00491C1A" w:rsidRDefault="007C622F" w:rsidP="007C622F">
      <w:pPr>
        <w:jc w:val="both"/>
        <w:rPr>
          <w:lang w:val="sr-Latn-ME"/>
        </w:rPr>
      </w:pPr>
      <w:proofErr w:type="spellStart"/>
      <w:r w:rsidRPr="007C622F">
        <w:rPr>
          <w:lang w:val="en-GB"/>
        </w:rPr>
        <w:t>Ukoliko</w:t>
      </w:r>
      <w:proofErr w:type="spellEnd"/>
      <w:r w:rsidRPr="00491C1A">
        <w:rPr>
          <w:lang w:val="sr-Latn-ME"/>
        </w:rPr>
        <w:t xml:space="preserve"> </w:t>
      </w:r>
      <w:proofErr w:type="spellStart"/>
      <w:r w:rsidR="00B47589" w:rsidRPr="007C622F">
        <w:rPr>
          <w:lang w:val="en-GB"/>
        </w:rPr>
        <w:t>ponovljena</w:t>
      </w:r>
      <w:proofErr w:type="spellEnd"/>
      <w:r w:rsidR="00B47589" w:rsidRPr="00491C1A">
        <w:rPr>
          <w:lang w:val="sr-Latn-ME"/>
        </w:rPr>
        <w:t xml:space="preserve"> </w:t>
      </w:r>
      <w:proofErr w:type="spellStart"/>
      <w:r w:rsidR="00B47589" w:rsidRPr="007C622F">
        <w:rPr>
          <w:lang w:val="en-GB"/>
        </w:rPr>
        <w:t>provjera</w:t>
      </w:r>
      <w:proofErr w:type="spellEnd"/>
      <w:r w:rsidR="00B47589">
        <w:rPr>
          <w:lang w:val="en-GB"/>
        </w:rPr>
        <w:t xml:space="preserve"> </w:t>
      </w:r>
      <w:proofErr w:type="spellStart"/>
      <w:r w:rsidR="00B47589">
        <w:rPr>
          <w:lang w:val="en-GB"/>
        </w:rPr>
        <w:t>potvrdi</w:t>
      </w:r>
      <w:proofErr w:type="spellEnd"/>
      <w:r w:rsidR="00B47589">
        <w:rPr>
          <w:lang w:val="en-GB"/>
        </w:rPr>
        <w:t xml:space="preserve"> da </w:t>
      </w:r>
      <w:proofErr w:type="spellStart"/>
      <w:r w:rsidRPr="007C622F">
        <w:rPr>
          <w:lang w:val="en-GB"/>
        </w:rPr>
        <w:t>rezultat</w:t>
      </w:r>
      <w:proofErr w:type="spellEnd"/>
      <w:r w:rsidR="00B436B7">
        <w:rPr>
          <w:lang w:val="en-GB"/>
        </w:rPr>
        <w:t xml:space="preserve"> </w:t>
      </w:r>
      <w:proofErr w:type="spellStart"/>
      <w:r w:rsidR="00B436B7">
        <w:rPr>
          <w:lang w:val="en-GB"/>
        </w:rPr>
        <w:t>nije</w:t>
      </w:r>
      <w:proofErr w:type="spellEnd"/>
      <w:r w:rsidR="00B436B7">
        <w:rPr>
          <w:lang w:val="en-GB"/>
        </w:rPr>
        <w:t xml:space="preserve"> </w:t>
      </w:r>
      <w:proofErr w:type="spellStart"/>
      <w:r w:rsidR="00B47589">
        <w:rPr>
          <w:lang w:val="en-GB"/>
        </w:rPr>
        <w:t>zadovoljavajući</w:t>
      </w:r>
      <w:proofErr w:type="spellEnd"/>
      <w:r w:rsidRPr="00491C1A">
        <w:rPr>
          <w:lang w:val="sr-Latn-ME"/>
        </w:rPr>
        <w:t xml:space="preserve">, </w:t>
      </w:r>
      <w:proofErr w:type="spellStart"/>
      <w:r w:rsidRPr="007C622F">
        <w:rPr>
          <w:lang w:val="en-GB"/>
        </w:rPr>
        <w:t>uzorak</w:t>
      </w:r>
      <w:proofErr w:type="spellEnd"/>
      <w:r w:rsidRPr="00491C1A">
        <w:rPr>
          <w:lang w:val="sr-Latn-ME"/>
        </w:rPr>
        <w:t xml:space="preserve"> </w:t>
      </w:r>
      <w:proofErr w:type="spellStart"/>
      <w:r w:rsidRPr="007C622F">
        <w:rPr>
          <w:lang w:val="en-GB"/>
        </w:rPr>
        <w:t>goriva</w:t>
      </w:r>
      <w:proofErr w:type="spellEnd"/>
      <w:r w:rsidRPr="00491C1A">
        <w:rPr>
          <w:lang w:val="sr-Latn-ME"/>
        </w:rPr>
        <w:t xml:space="preserve"> </w:t>
      </w:r>
      <w:proofErr w:type="spellStart"/>
      <w:r w:rsidRPr="007C622F">
        <w:rPr>
          <w:lang w:val="en-GB"/>
        </w:rPr>
        <w:t>dostavlja</w:t>
      </w:r>
      <w:proofErr w:type="spellEnd"/>
      <w:r w:rsidRPr="00491C1A">
        <w:rPr>
          <w:lang w:val="sr-Latn-ME"/>
        </w:rPr>
        <w:t xml:space="preserve"> </w:t>
      </w:r>
      <w:r w:rsidRPr="007C622F">
        <w:rPr>
          <w:lang w:val="en-GB"/>
        </w:rPr>
        <w:t>se</w:t>
      </w:r>
      <w:r w:rsidRPr="00491C1A">
        <w:rPr>
          <w:lang w:val="sr-Latn-ME"/>
        </w:rPr>
        <w:t xml:space="preserve"> </w:t>
      </w:r>
      <w:proofErr w:type="spellStart"/>
      <w:r w:rsidRPr="007C622F">
        <w:rPr>
          <w:lang w:val="en-GB"/>
        </w:rPr>
        <w:t>laboratoriji</w:t>
      </w:r>
      <w:proofErr w:type="spellEnd"/>
      <w:r w:rsidRPr="00491C1A">
        <w:rPr>
          <w:lang w:val="sr-Latn-ME"/>
        </w:rPr>
        <w:t xml:space="preserve"> </w:t>
      </w:r>
      <w:r w:rsidRPr="007C622F">
        <w:rPr>
          <w:lang w:val="en-GB"/>
        </w:rPr>
        <w:t>u</w:t>
      </w:r>
      <w:r w:rsidRPr="00491C1A">
        <w:rPr>
          <w:lang w:val="sr-Latn-ME"/>
        </w:rPr>
        <w:t xml:space="preserve"> </w:t>
      </w:r>
      <w:proofErr w:type="spellStart"/>
      <w:r w:rsidRPr="007C622F">
        <w:rPr>
          <w:lang w:val="en-GB"/>
        </w:rPr>
        <w:t>sastavu</w:t>
      </w:r>
      <w:proofErr w:type="spellEnd"/>
      <w:r w:rsidRPr="00491C1A">
        <w:rPr>
          <w:lang w:val="sr-Latn-ME"/>
        </w:rPr>
        <w:t xml:space="preserve"> </w:t>
      </w:r>
      <w:r w:rsidR="00C47ED5">
        <w:rPr>
          <w:lang w:val="sr-Latn-ME"/>
        </w:rPr>
        <w:t>Pružaoca usluge</w:t>
      </w:r>
      <w:r w:rsidRPr="00491C1A">
        <w:rPr>
          <w:lang w:val="sr-Latn-ME"/>
        </w:rPr>
        <w:t xml:space="preserve"> </w:t>
      </w:r>
      <w:proofErr w:type="spellStart"/>
      <w:r w:rsidRPr="007C622F">
        <w:rPr>
          <w:lang w:val="en-GB"/>
        </w:rPr>
        <w:t>markiranja</w:t>
      </w:r>
      <w:proofErr w:type="spellEnd"/>
      <w:r w:rsidRPr="00491C1A">
        <w:rPr>
          <w:lang w:val="sr-Latn-ME"/>
        </w:rPr>
        <w:t xml:space="preserve"> </w:t>
      </w:r>
      <w:proofErr w:type="spellStart"/>
      <w:r w:rsidRPr="007C622F">
        <w:rPr>
          <w:lang w:val="en-GB"/>
        </w:rPr>
        <w:t>radi</w:t>
      </w:r>
      <w:proofErr w:type="spellEnd"/>
      <w:r w:rsidRPr="00491C1A">
        <w:rPr>
          <w:lang w:val="sr-Latn-ME"/>
        </w:rPr>
        <w:t xml:space="preserve"> </w:t>
      </w:r>
      <w:proofErr w:type="spellStart"/>
      <w:r w:rsidRPr="007C622F">
        <w:rPr>
          <w:lang w:val="en-GB"/>
        </w:rPr>
        <w:t>daljnjeg</w:t>
      </w:r>
      <w:proofErr w:type="spellEnd"/>
      <w:r w:rsidRPr="00491C1A">
        <w:rPr>
          <w:lang w:val="sr-Latn-ME"/>
        </w:rPr>
        <w:t xml:space="preserve"> </w:t>
      </w:r>
      <w:proofErr w:type="spellStart"/>
      <w:r w:rsidRPr="007C622F">
        <w:rPr>
          <w:lang w:val="en-GB"/>
        </w:rPr>
        <w:t>ispitivanja</w:t>
      </w:r>
      <w:proofErr w:type="spellEnd"/>
      <w:r w:rsidRPr="00491C1A">
        <w:rPr>
          <w:lang w:val="sr-Latn-ME"/>
        </w:rPr>
        <w:t xml:space="preserve"> </w:t>
      </w:r>
      <w:proofErr w:type="spellStart"/>
      <w:r w:rsidRPr="007C622F">
        <w:rPr>
          <w:lang w:val="en-GB"/>
        </w:rPr>
        <w:t>i</w:t>
      </w:r>
      <w:proofErr w:type="spellEnd"/>
      <w:r w:rsidRPr="00491C1A">
        <w:rPr>
          <w:lang w:val="sr-Latn-ME"/>
        </w:rPr>
        <w:t xml:space="preserve"> </w:t>
      </w:r>
      <w:proofErr w:type="spellStart"/>
      <w:r w:rsidRPr="007C622F">
        <w:rPr>
          <w:lang w:val="en-GB"/>
        </w:rPr>
        <w:t>utvr</w:t>
      </w:r>
      <w:proofErr w:type="spellEnd"/>
      <w:r w:rsidRPr="00491C1A">
        <w:rPr>
          <w:lang w:val="sr-Latn-ME"/>
        </w:rPr>
        <w:t>đ</w:t>
      </w:r>
      <w:proofErr w:type="spellStart"/>
      <w:r w:rsidRPr="007C622F">
        <w:rPr>
          <w:lang w:val="en-GB"/>
        </w:rPr>
        <w:t>ivanja</w:t>
      </w:r>
      <w:proofErr w:type="spellEnd"/>
      <w:r w:rsidRPr="00491C1A">
        <w:rPr>
          <w:lang w:val="sr-Latn-ME"/>
        </w:rPr>
        <w:t xml:space="preserve"> </w:t>
      </w:r>
      <w:proofErr w:type="spellStart"/>
      <w:r w:rsidRPr="007C622F">
        <w:rPr>
          <w:lang w:val="en-GB"/>
        </w:rPr>
        <w:t>referentne</w:t>
      </w:r>
      <w:proofErr w:type="spellEnd"/>
      <w:r w:rsidRPr="00491C1A">
        <w:rPr>
          <w:lang w:val="sr-Latn-ME"/>
        </w:rPr>
        <w:t xml:space="preserve"> </w:t>
      </w:r>
      <w:proofErr w:type="spellStart"/>
      <w:r w:rsidRPr="007C622F">
        <w:rPr>
          <w:lang w:val="en-GB"/>
        </w:rPr>
        <w:t>koncentracije</w:t>
      </w:r>
      <w:proofErr w:type="spellEnd"/>
      <w:r w:rsidRPr="00491C1A">
        <w:rPr>
          <w:lang w:val="sr-Latn-ME"/>
        </w:rPr>
        <w:t xml:space="preserve"> </w:t>
      </w:r>
      <w:proofErr w:type="spellStart"/>
      <w:r w:rsidRPr="007C622F">
        <w:rPr>
          <w:lang w:val="en-GB"/>
        </w:rPr>
        <w:t>markera</w:t>
      </w:r>
      <w:proofErr w:type="spellEnd"/>
      <w:r w:rsidR="00B47589">
        <w:rPr>
          <w:lang w:val="sr-Latn-ME"/>
        </w:rPr>
        <w:t xml:space="preserve"> u roku ne dužem od 48 sati od trenutka uzorkovanja.</w:t>
      </w:r>
    </w:p>
    <w:p w14:paraId="6C0672E9" w14:textId="6DF64C65" w:rsidR="004B0311" w:rsidRDefault="007C622F" w:rsidP="007C622F">
      <w:pPr>
        <w:jc w:val="both"/>
        <w:rPr>
          <w:lang w:val="sr-Latn-ME"/>
        </w:rPr>
      </w:pPr>
      <w:r w:rsidRPr="007C622F">
        <w:rPr>
          <w:lang w:val="en-GB"/>
        </w:rPr>
        <w:lastRenderedPageBreak/>
        <w:t>U</w:t>
      </w:r>
      <w:r w:rsidRPr="00491C1A">
        <w:rPr>
          <w:lang w:val="sr-Latn-ME"/>
        </w:rPr>
        <w:t xml:space="preserve"> </w:t>
      </w:r>
      <w:r w:rsidRPr="007C622F">
        <w:rPr>
          <w:lang w:val="en-GB"/>
        </w:rPr>
        <w:t>tom</w:t>
      </w:r>
      <w:r w:rsidRPr="00491C1A">
        <w:rPr>
          <w:lang w:val="sr-Latn-ME"/>
        </w:rPr>
        <w:t xml:space="preserve"> </w:t>
      </w:r>
      <w:proofErr w:type="spellStart"/>
      <w:r w:rsidRPr="007C622F">
        <w:rPr>
          <w:lang w:val="en-GB"/>
        </w:rPr>
        <w:t>slu</w:t>
      </w:r>
      <w:proofErr w:type="spellEnd"/>
      <w:r w:rsidRPr="00491C1A">
        <w:rPr>
          <w:lang w:val="sr-Latn-ME"/>
        </w:rPr>
        <w:t>č</w:t>
      </w:r>
      <w:proofErr w:type="spellStart"/>
      <w:r w:rsidRPr="007C622F">
        <w:rPr>
          <w:lang w:val="en-GB"/>
        </w:rPr>
        <w:t>aju</w:t>
      </w:r>
      <w:proofErr w:type="spellEnd"/>
      <w:r w:rsidRPr="00491C1A">
        <w:rPr>
          <w:lang w:val="sr-Latn-ME"/>
        </w:rPr>
        <w:t xml:space="preserve"> </w:t>
      </w:r>
      <w:proofErr w:type="spellStart"/>
      <w:r w:rsidRPr="007C622F">
        <w:rPr>
          <w:lang w:val="en-GB"/>
        </w:rPr>
        <w:t>uzimaju</w:t>
      </w:r>
      <w:proofErr w:type="spellEnd"/>
      <w:r w:rsidRPr="00491C1A">
        <w:rPr>
          <w:lang w:val="sr-Latn-ME"/>
        </w:rPr>
        <w:t xml:space="preserve"> </w:t>
      </w:r>
      <w:r w:rsidRPr="007C622F">
        <w:rPr>
          <w:lang w:val="en-GB"/>
        </w:rPr>
        <w:t>se</w:t>
      </w:r>
      <w:r w:rsidRPr="00491C1A">
        <w:rPr>
          <w:lang w:val="sr-Latn-ME"/>
        </w:rPr>
        <w:t xml:space="preserve"> </w:t>
      </w:r>
      <w:r w:rsidRPr="007C622F">
        <w:rPr>
          <w:lang w:val="en-GB"/>
        </w:rPr>
        <w:t>tri</w:t>
      </w:r>
      <w:r w:rsidRPr="00491C1A">
        <w:rPr>
          <w:lang w:val="sr-Latn-ME"/>
        </w:rPr>
        <w:t xml:space="preserve"> </w:t>
      </w:r>
      <w:r w:rsidR="00B47589">
        <w:rPr>
          <w:lang w:val="sr-Latn-ME"/>
        </w:rPr>
        <w:t xml:space="preserve">(3) </w:t>
      </w:r>
      <w:proofErr w:type="spellStart"/>
      <w:r w:rsidRPr="007C622F">
        <w:rPr>
          <w:lang w:val="en-GB"/>
        </w:rPr>
        <w:t>uzorka</w:t>
      </w:r>
      <w:proofErr w:type="spellEnd"/>
      <w:r w:rsidRPr="00491C1A">
        <w:rPr>
          <w:lang w:val="sr-Latn-ME"/>
        </w:rPr>
        <w:t xml:space="preserve"> </w:t>
      </w:r>
      <w:proofErr w:type="spellStart"/>
      <w:r w:rsidRPr="007C622F">
        <w:rPr>
          <w:lang w:val="en-GB"/>
        </w:rPr>
        <w:t>zapremine</w:t>
      </w:r>
      <w:proofErr w:type="spellEnd"/>
      <w:r w:rsidRPr="00491C1A">
        <w:rPr>
          <w:lang w:val="sr-Latn-ME"/>
        </w:rPr>
        <w:t xml:space="preserve"> </w:t>
      </w:r>
      <w:r w:rsidRPr="007C622F">
        <w:rPr>
          <w:lang w:val="en-GB"/>
        </w:rPr>
        <w:t>od</w:t>
      </w:r>
      <w:r w:rsidRPr="00491C1A">
        <w:rPr>
          <w:lang w:val="sr-Latn-ME"/>
        </w:rPr>
        <w:t xml:space="preserve"> </w:t>
      </w:r>
      <w:r w:rsidRPr="007C622F">
        <w:rPr>
          <w:lang w:val="en-GB"/>
        </w:rPr>
        <w:t>po</w:t>
      </w:r>
      <w:r w:rsidRPr="00491C1A">
        <w:rPr>
          <w:lang w:val="sr-Latn-ME"/>
        </w:rPr>
        <w:t xml:space="preserve"> 250 </w:t>
      </w:r>
      <w:r w:rsidRPr="007C622F">
        <w:rPr>
          <w:lang w:val="en-GB"/>
        </w:rPr>
        <w:t>ml</w:t>
      </w:r>
      <w:r w:rsidRPr="00491C1A">
        <w:rPr>
          <w:lang w:val="sr-Latn-ME"/>
        </w:rPr>
        <w:t xml:space="preserve">, </w:t>
      </w:r>
      <w:r w:rsidRPr="007C622F">
        <w:rPr>
          <w:lang w:val="en-GB"/>
        </w:rPr>
        <w:t>od</w:t>
      </w:r>
      <w:r w:rsidRPr="00491C1A">
        <w:rPr>
          <w:lang w:val="sr-Latn-ME"/>
        </w:rPr>
        <w:t xml:space="preserve"> </w:t>
      </w:r>
      <w:proofErr w:type="spellStart"/>
      <w:r w:rsidRPr="007C622F">
        <w:rPr>
          <w:lang w:val="en-GB"/>
        </w:rPr>
        <w:t>kojih</w:t>
      </w:r>
      <w:proofErr w:type="spellEnd"/>
      <w:r w:rsidRPr="00491C1A">
        <w:rPr>
          <w:lang w:val="sr-Latn-ME"/>
        </w:rPr>
        <w:t xml:space="preserve"> </w:t>
      </w:r>
      <w:proofErr w:type="spellStart"/>
      <w:r w:rsidRPr="007C622F">
        <w:rPr>
          <w:lang w:val="en-GB"/>
        </w:rPr>
        <w:t>jedan</w:t>
      </w:r>
      <w:proofErr w:type="spellEnd"/>
      <w:r w:rsidRPr="00491C1A">
        <w:rPr>
          <w:lang w:val="sr-Latn-ME"/>
        </w:rPr>
        <w:t xml:space="preserve"> </w:t>
      </w:r>
      <w:proofErr w:type="spellStart"/>
      <w:r w:rsidRPr="007C622F">
        <w:rPr>
          <w:lang w:val="en-GB"/>
        </w:rPr>
        <w:t>ostaje</w:t>
      </w:r>
      <w:proofErr w:type="spellEnd"/>
      <w:r w:rsidRPr="00491C1A">
        <w:rPr>
          <w:lang w:val="sr-Latn-ME"/>
        </w:rPr>
        <w:t xml:space="preserve"> </w:t>
      </w:r>
      <w:proofErr w:type="spellStart"/>
      <w:r w:rsidR="00B47589">
        <w:rPr>
          <w:lang w:val="en-GB"/>
        </w:rPr>
        <w:t>kod</w:t>
      </w:r>
      <w:proofErr w:type="spellEnd"/>
      <w:r w:rsidR="00B47589">
        <w:rPr>
          <w:lang w:val="en-GB"/>
        </w:rPr>
        <w:t xml:space="preserve"> </w:t>
      </w:r>
      <w:proofErr w:type="spellStart"/>
      <w:r w:rsidR="00B47589">
        <w:rPr>
          <w:lang w:val="en-GB"/>
        </w:rPr>
        <w:t>vozača</w:t>
      </w:r>
      <w:proofErr w:type="spellEnd"/>
      <w:r w:rsidRPr="00491C1A">
        <w:rPr>
          <w:lang w:val="sr-Latn-ME"/>
        </w:rPr>
        <w:t xml:space="preserve">, </w:t>
      </w:r>
      <w:proofErr w:type="spellStart"/>
      <w:r w:rsidRPr="007C622F">
        <w:rPr>
          <w:lang w:val="en-GB"/>
        </w:rPr>
        <w:t>dok</w:t>
      </w:r>
      <w:proofErr w:type="spellEnd"/>
      <w:r w:rsidRPr="00491C1A">
        <w:rPr>
          <w:lang w:val="sr-Latn-ME"/>
        </w:rPr>
        <w:t xml:space="preserve"> </w:t>
      </w:r>
      <w:r w:rsidRPr="007C622F">
        <w:rPr>
          <w:lang w:val="en-GB"/>
        </w:rPr>
        <w:t>se</w:t>
      </w:r>
      <w:r w:rsidRPr="00491C1A">
        <w:rPr>
          <w:lang w:val="sr-Latn-ME"/>
        </w:rPr>
        <w:t xml:space="preserve"> </w:t>
      </w:r>
      <w:proofErr w:type="spellStart"/>
      <w:r w:rsidRPr="007C622F">
        <w:rPr>
          <w:lang w:val="en-GB"/>
        </w:rPr>
        <w:t>preostala</w:t>
      </w:r>
      <w:proofErr w:type="spellEnd"/>
      <w:r w:rsidRPr="00491C1A">
        <w:rPr>
          <w:lang w:val="sr-Latn-ME"/>
        </w:rPr>
        <w:t xml:space="preserve"> </w:t>
      </w:r>
      <w:proofErr w:type="spellStart"/>
      <w:r w:rsidRPr="007C622F">
        <w:rPr>
          <w:lang w:val="en-GB"/>
        </w:rPr>
        <w:t>dva</w:t>
      </w:r>
      <w:proofErr w:type="spellEnd"/>
      <w:r w:rsidRPr="00491C1A">
        <w:rPr>
          <w:lang w:val="sr-Latn-ME"/>
        </w:rPr>
        <w:t xml:space="preserve"> </w:t>
      </w:r>
      <w:proofErr w:type="spellStart"/>
      <w:r w:rsidRPr="007C622F">
        <w:rPr>
          <w:lang w:val="en-GB"/>
        </w:rPr>
        <w:t>dostavljaju</w:t>
      </w:r>
      <w:proofErr w:type="spellEnd"/>
      <w:r w:rsidRPr="00491C1A">
        <w:rPr>
          <w:lang w:val="sr-Latn-ME"/>
        </w:rPr>
        <w:t xml:space="preserve"> </w:t>
      </w:r>
      <w:proofErr w:type="spellStart"/>
      <w:r w:rsidRPr="007C622F">
        <w:rPr>
          <w:lang w:val="en-GB"/>
        </w:rPr>
        <w:t>laboratoriji</w:t>
      </w:r>
      <w:proofErr w:type="spellEnd"/>
      <w:r w:rsidRPr="00491C1A">
        <w:rPr>
          <w:lang w:val="sr-Latn-ME"/>
        </w:rPr>
        <w:t xml:space="preserve"> </w:t>
      </w:r>
      <w:r w:rsidRPr="007C622F">
        <w:rPr>
          <w:lang w:val="en-GB"/>
        </w:rPr>
        <w:t>u</w:t>
      </w:r>
      <w:r w:rsidRPr="00491C1A">
        <w:rPr>
          <w:lang w:val="sr-Latn-ME"/>
        </w:rPr>
        <w:t xml:space="preserve"> </w:t>
      </w:r>
      <w:proofErr w:type="spellStart"/>
      <w:r w:rsidRPr="007C622F">
        <w:rPr>
          <w:lang w:val="en-GB"/>
        </w:rPr>
        <w:t>sastavu</w:t>
      </w:r>
      <w:proofErr w:type="spellEnd"/>
      <w:r w:rsidRPr="00491C1A">
        <w:rPr>
          <w:lang w:val="sr-Latn-ME"/>
        </w:rPr>
        <w:t xml:space="preserve"> </w:t>
      </w:r>
      <w:r w:rsidR="007A7375">
        <w:rPr>
          <w:lang w:val="sr-Latn-ME"/>
        </w:rPr>
        <w:t>Pružaoca usluge</w:t>
      </w:r>
      <w:r w:rsidR="007A7375" w:rsidRPr="00491C1A">
        <w:rPr>
          <w:lang w:val="sr-Latn-ME"/>
        </w:rPr>
        <w:t xml:space="preserve"> </w:t>
      </w:r>
      <w:proofErr w:type="spellStart"/>
      <w:r w:rsidR="007A7375" w:rsidRPr="007C622F">
        <w:rPr>
          <w:lang w:val="en-GB"/>
        </w:rPr>
        <w:t>markiranja</w:t>
      </w:r>
      <w:proofErr w:type="spellEnd"/>
      <w:r w:rsidR="007A7375">
        <w:rPr>
          <w:lang w:val="en-GB"/>
        </w:rPr>
        <w:t>.</w:t>
      </w:r>
      <w:r w:rsidR="007A7375" w:rsidRPr="00491C1A">
        <w:rPr>
          <w:lang w:val="sr-Latn-ME"/>
        </w:rPr>
        <w:t xml:space="preserve"> </w:t>
      </w:r>
    </w:p>
    <w:p w14:paraId="4EB2CCAB" w14:textId="77777777" w:rsidR="004B0311" w:rsidRPr="00491C1A" w:rsidRDefault="004B0311" w:rsidP="004B0311">
      <w:pPr>
        <w:jc w:val="both"/>
        <w:rPr>
          <w:lang w:val="fr-FR"/>
        </w:rPr>
      </w:pPr>
      <w:proofErr w:type="spellStart"/>
      <w:r w:rsidRPr="00491C1A">
        <w:rPr>
          <w:lang w:val="fr-FR"/>
        </w:rPr>
        <w:t>Svi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uzorci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moraju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biti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označeni</w:t>
      </w:r>
      <w:proofErr w:type="spellEnd"/>
      <w:r w:rsidRPr="00491C1A">
        <w:rPr>
          <w:lang w:val="fr-FR"/>
        </w:rPr>
        <w:t xml:space="preserve"> na </w:t>
      </w:r>
      <w:proofErr w:type="spellStart"/>
      <w:r w:rsidRPr="00491C1A">
        <w:rPr>
          <w:lang w:val="fr-FR"/>
        </w:rPr>
        <w:t>način</w:t>
      </w:r>
      <w:proofErr w:type="spellEnd"/>
      <w:r w:rsidRPr="00491C1A">
        <w:rPr>
          <w:lang w:val="fr-FR"/>
        </w:rPr>
        <w:t xml:space="preserve"> da </w:t>
      </w:r>
      <w:proofErr w:type="spellStart"/>
      <w:r w:rsidRPr="00491C1A">
        <w:rPr>
          <w:lang w:val="fr-FR"/>
        </w:rPr>
        <w:t>oznaka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sadrži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najmanje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sljedeće</w:t>
      </w:r>
      <w:proofErr w:type="spellEnd"/>
      <w:r w:rsidRPr="00491C1A">
        <w:rPr>
          <w:lang w:val="fr-FR"/>
        </w:rPr>
        <w:t xml:space="preserve"> </w:t>
      </w:r>
      <w:proofErr w:type="spellStart"/>
      <w:proofErr w:type="gramStart"/>
      <w:r w:rsidRPr="00491C1A">
        <w:rPr>
          <w:lang w:val="fr-FR"/>
        </w:rPr>
        <w:t>podatke</w:t>
      </w:r>
      <w:proofErr w:type="spellEnd"/>
      <w:r w:rsidRPr="00491C1A">
        <w:rPr>
          <w:lang w:val="fr-FR"/>
        </w:rPr>
        <w:t>:</w:t>
      </w:r>
      <w:proofErr w:type="gramEnd"/>
    </w:p>
    <w:p w14:paraId="3C62A3E6" w14:textId="77777777" w:rsidR="004B0311" w:rsidRPr="0026140D" w:rsidRDefault="004B0311" w:rsidP="004B0311">
      <w:pPr>
        <w:pStyle w:val="ListParagraph"/>
        <w:numPr>
          <w:ilvl w:val="0"/>
          <w:numId w:val="16"/>
        </w:numPr>
        <w:spacing w:line="240" w:lineRule="auto"/>
        <w:rPr>
          <w:rFonts w:cs="Arial"/>
          <w:szCs w:val="24"/>
          <w:lang w:val="sr-Latn-CS"/>
        </w:rPr>
      </w:pPr>
      <w:r w:rsidRPr="0026140D">
        <w:rPr>
          <w:rFonts w:cs="Arial"/>
          <w:szCs w:val="24"/>
          <w:lang w:val="sr-Latn-CS"/>
        </w:rPr>
        <w:t>vrstu uzorkovanog goriva;</w:t>
      </w:r>
    </w:p>
    <w:p w14:paraId="2F3677FC" w14:textId="77777777" w:rsidR="004B0311" w:rsidRPr="0026140D" w:rsidRDefault="004B0311" w:rsidP="004B0311">
      <w:pPr>
        <w:pStyle w:val="ListParagraph"/>
        <w:numPr>
          <w:ilvl w:val="0"/>
          <w:numId w:val="16"/>
        </w:numPr>
        <w:spacing w:line="240" w:lineRule="auto"/>
        <w:rPr>
          <w:rFonts w:cs="Arial"/>
          <w:szCs w:val="24"/>
          <w:lang w:val="sr-Latn-CS"/>
        </w:rPr>
      </w:pPr>
      <w:r w:rsidRPr="0026140D">
        <w:rPr>
          <w:rFonts w:cs="Arial"/>
          <w:szCs w:val="24"/>
          <w:lang w:val="sr-Latn-CS"/>
        </w:rPr>
        <w:t>količinu goriva;</w:t>
      </w:r>
    </w:p>
    <w:p w14:paraId="57A5D8AF" w14:textId="77777777" w:rsidR="004B0311" w:rsidRPr="0026140D" w:rsidRDefault="004B0311" w:rsidP="004B0311">
      <w:pPr>
        <w:pStyle w:val="ListParagraph"/>
        <w:numPr>
          <w:ilvl w:val="0"/>
          <w:numId w:val="16"/>
        </w:numPr>
        <w:spacing w:line="240" w:lineRule="auto"/>
        <w:rPr>
          <w:rFonts w:cs="Arial"/>
          <w:szCs w:val="24"/>
          <w:lang w:val="sr-Latn-CS"/>
        </w:rPr>
      </w:pPr>
      <w:r>
        <w:rPr>
          <w:rFonts w:cs="Arial"/>
          <w:szCs w:val="24"/>
          <w:lang w:val="sr-Latn-CS"/>
        </w:rPr>
        <w:t xml:space="preserve">registraciju auto cisterne </w:t>
      </w:r>
      <w:r w:rsidRPr="0026140D">
        <w:rPr>
          <w:rFonts w:cs="Arial"/>
          <w:szCs w:val="24"/>
          <w:lang w:val="sr-Latn-CS"/>
        </w:rPr>
        <w:t>iz koje je izvršeno uzorkovanje;</w:t>
      </w:r>
    </w:p>
    <w:p w14:paraId="10769F1F" w14:textId="77777777" w:rsidR="004B0311" w:rsidRPr="0026140D" w:rsidRDefault="004B0311" w:rsidP="004B0311">
      <w:pPr>
        <w:pStyle w:val="ListParagraph"/>
        <w:numPr>
          <w:ilvl w:val="0"/>
          <w:numId w:val="16"/>
        </w:numPr>
        <w:spacing w:line="240" w:lineRule="auto"/>
        <w:rPr>
          <w:rFonts w:cs="Arial"/>
          <w:szCs w:val="24"/>
          <w:lang w:val="sr-Latn-CS"/>
        </w:rPr>
      </w:pPr>
      <w:r w:rsidRPr="0026140D">
        <w:rPr>
          <w:rFonts w:cs="Arial"/>
          <w:szCs w:val="24"/>
          <w:lang w:val="sr-Latn-CS"/>
        </w:rPr>
        <w:t>mjesto uzorkovanja;</w:t>
      </w:r>
    </w:p>
    <w:p w14:paraId="31C3312B" w14:textId="77777777" w:rsidR="004B0311" w:rsidRPr="0026140D" w:rsidRDefault="004B0311" w:rsidP="004B0311">
      <w:pPr>
        <w:pStyle w:val="ListParagraph"/>
        <w:numPr>
          <w:ilvl w:val="0"/>
          <w:numId w:val="16"/>
        </w:numPr>
        <w:spacing w:line="240" w:lineRule="auto"/>
        <w:rPr>
          <w:rFonts w:cs="Arial"/>
          <w:szCs w:val="24"/>
          <w:lang w:val="sr-Latn-CS"/>
        </w:rPr>
      </w:pPr>
      <w:r w:rsidRPr="0026140D">
        <w:rPr>
          <w:rFonts w:cs="Arial"/>
          <w:szCs w:val="24"/>
          <w:lang w:val="sr-Latn-CS"/>
        </w:rPr>
        <w:t>datum i vrijeme uzorkovanja;</w:t>
      </w:r>
    </w:p>
    <w:p w14:paraId="28420E59" w14:textId="77777777" w:rsidR="004B0311" w:rsidRPr="0026140D" w:rsidRDefault="004B0311" w:rsidP="004B0311">
      <w:pPr>
        <w:pStyle w:val="ListParagraph"/>
        <w:numPr>
          <w:ilvl w:val="0"/>
          <w:numId w:val="16"/>
        </w:numPr>
        <w:spacing w:line="240" w:lineRule="auto"/>
        <w:rPr>
          <w:rFonts w:cs="Arial"/>
          <w:szCs w:val="24"/>
          <w:lang w:val="sr-Latn-CS"/>
        </w:rPr>
      </w:pPr>
      <w:r w:rsidRPr="0026140D">
        <w:rPr>
          <w:rFonts w:cs="Arial"/>
          <w:szCs w:val="24"/>
          <w:lang w:val="sr-Latn-CS"/>
        </w:rPr>
        <w:t>broj plombe, ukoliko je primjenjivo;</w:t>
      </w:r>
    </w:p>
    <w:p w14:paraId="092D2A00" w14:textId="77777777" w:rsidR="004B0311" w:rsidRPr="00AD7A80" w:rsidRDefault="004B0311" w:rsidP="004B0311">
      <w:pPr>
        <w:pStyle w:val="ListParagraph"/>
        <w:numPr>
          <w:ilvl w:val="0"/>
          <w:numId w:val="16"/>
        </w:numPr>
        <w:spacing w:line="240" w:lineRule="auto"/>
        <w:rPr>
          <w:rFonts w:cs="Arial"/>
          <w:szCs w:val="24"/>
          <w:lang w:val="sr-Latn-CS"/>
        </w:rPr>
      </w:pPr>
      <w:r w:rsidRPr="0026140D">
        <w:rPr>
          <w:rFonts w:cs="Arial"/>
          <w:szCs w:val="24"/>
          <w:lang w:val="sr-Latn-CS"/>
        </w:rPr>
        <w:t>ime i potpis lica koje je izvršilo uzorkovanje</w:t>
      </w:r>
      <w:r>
        <w:rPr>
          <w:rFonts w:cs="Arial"/>
          <w:szCs w:val="24"/>
          <w:lang w:val="en-GB"/>
        </w:rPr>
        <w:t>;</w:t>
      </w:r>
    </w:p>
    <w:p w14:paraId="24B10849" w14:textId="77777777" w:rsidR="004B0311" w:rsidRPr="004B0311" w:rsidRDefault="004B0311" w:rsidP="004B0311">
      <w:pPr>
        <w:pStyle w:val="ListParagraph"/>
        <w:numPr>
          <w:ilvl w:val="0"/>
          <w:numId w:val="16"/>
        </w:numPr>
        <w:spacing w:line="240" w:lineRule="auto"/>
        <w:rPr>
          <w:rFonts w:cs="Arial"/>
          <w:szCs w:val="24"/>
          <w:lang w:val="sr-Latn-CS"/>
        </w:rPr>
      </w:pPr>
      <w:proofErr w:type="spellStart"/>
      <w:r>
        <w:rPr>
          <w:rFonts w:cs="Arial"/>
          <w:szCs w:val="24"/>
          <w:lang w:val="en-GB"/>
        </w:rPr>
        <w:t>ime</w:t>
      </w:r>
      <w:proofErr w:type="spellEnd"/>
      <w:r>
        <w:rPr>
          <w:rFonts w:cs="Arial"/>
          <w:szCs w:val="24"/>
          <w:lang w:val="en-GB"/>
        </w:rPr>
        <w:t xml:space="preserve"> </w:t>
      </w:r>
      <w:proofErr w:type="spellStart"/>
      <w:r>
        <w:rPr>
          <w:rFonts w:cs="Arial"/>
          <w:szCs w:val="24"/>
          <w:lang w:val="en-GB"/>
        </w:rPr>
        <w:t>i</w:t>
      </w:r>
      <w:proofErr w:type="spellEnd"/>
      <w:r>
        <w:rPr>
          <w:rFonts w:cs="Arial"/>
          <w:szCs w:val="24"/>
          <w:lang w:val="en-GB"/>
        </w:rPr>
        <w:t xml:space="preserve"> </w:t>
      </w:r>
      <w:proofErr w:type="spellStart"/>
      <w:r>
        <w:rPr>
          <w:rFonts w:cs="Arial"/>
          <w:szCs w:val="24"/>
          <w:lang w:val="en-GB"/>
        </w:rPr>
        <w:t>potpis</w:t>
      </w:r>
      <w:proofErr w:type="spellEnd"/>
      <w:r>
        <w:rPr>
          <w:rFonts w:cs="Arial"/>
          <w:szCs w:val="24"/>
          <w:lang w:val="en-GB"/>
        </w:rPr>
        <w:t xml:space="preserve"> </w:t>
      </w:r>
      <w:proofErr w:type="spellStart"/>
      <w:r>
        <w:rPr>
          <w:rFonts w:cs="Arial"/>
          <w:szCs w:val="24"/>
          <w:lang w:val="en-GB"/>
        </w:rPr>
        <w:t>lica</w:t>
      </w:r>
      <w:proofErr w:type="spellEnd"/>
      <w:r>
        <w:rPr>
          <w:rFonts w:cs="Arial"/>
          <w:szCs w:val="24"/>
          <w:lang w:val="en-GB"/>
        </w:rPr>
        <w:t xml:space="preserve"> </w:t>
      </w:r>
      <w:proofErr w:type="spellStart"/>
      <w:r>
        <w:rPr>
          <w:rFonts w:cs="Arial"/>
          <w:szCs w:val="24"/>
          <w:lang w:val="en-GB"/>
        </w:rPr>
        <w:t>koje</w:t>
      </w:r>
      <w:proofErr w:type="spellEnd"/>
      <w:r>
        <w:rPr>
          <w:rFonts w:cs="Arial"/>
          <w:szCs w:val="24"/>
          <w:lang w:val="en-GB"/>
        </w:rPr>
        <w:t xml:space="preserve"> je </w:t>
      </w:r>
      <w:proofErr w:type="spellStart"/>
      <w:r>
        <w:rPr>
          <w:rFonts w:cs="Arial"/>
          <w:szCs w:val="24"/>
          <w:lang w:val="en-GB"/>
        </w:rPr>
        <w:t>izvr</w:t>
      </w:r>
      <w:proofErr w:type="spellEnd"/>
      <w:r>
        <w:rPr>
          <w:rFonts w:cs="Arial"/>
          <w:szCs w:val="24"/>
          <w:lang w:val="sr-Latn-ME"/>
        </w:rPr>
        <w:t>šilo merenje koncentracije</w:t>
      </w:r>
      <w:r>
        <w:rPr>
          <w:rFonts w:cs="Arial"/>
          <w:szCs w:val="24"/>
          <w:lang w:val="en-GB"/>
        </w:rPr>
        <w:t>;</w:t>
      </w:r>
    </w:p>
    <w:p w14:paraId="6297BE17" w14:textId="77777777" w:rsidR="00BC326E" w:rsidRPr="00491C1A" w:rsidRDefault="00BC326E" w:rsidP="00BC326E">
      <w:pPr>
        <w:jc w:val="both"/>
        <w:rPr>
          <w:lang w:val="sr-Latn-ME"/>
        </w:rPr>
      </w:pPr>
      <w:proofErr w:type="spellStart"/>
      <w:r w:rsidRPr="007C622F">
        <w:rPr>
          <w:lang w:val="en-GB"/>
        </w:rPr>
        <w:t>Rezultat</w:t>
      </w:r>
      <w:proofErr w:type="spellEnd"/>
      <w:r w:rsidRPr="00491C1A">
        <w:rPr>
          <w:lang w:val="sr-Latn-ME"/>
        </w:rPr>
        <w:t xml:space="preserve"> </w:t>
      </w:r>
      <w:proofErr w:type="spellStart"/>
      <w:r w:rsidRPr="007C622F">
        <w:rPr>
          <w:lang w:val="en-GB"/>
        </w:rPr>
        <w:t>laboratorijskog</w:t>
      </w:r>
      <w:proofErr w:type="spellEnd"/>
      <w:r w:rsidRPr="00491C1A">
        <w:rPr>
          <w:lang w:val="sr-Latn-ME"/>
        </w:rPr>
        <w:t xml:space="preserve"> </w:t>
      </w:r>
      <w:proofErr w:type="spellStart"/>
      <w:r w:rsidRPr="007C622F">
        <w:rPr>
          <w:lang w:val="en-GB"/>
        </w:rPr>
        <w:t>ispitivanja</w:t>
      </w:r>
      <w:proofErr w:type="spellEnd"/>
      <w:r w:rsidRPr="00491C1A">
        <w:rPr>
          <w:lang w:val="sr-Latn-ME"/>
        </w:rPr>
        <w:t xml:space="preserve"> </w:t>
      </w:r>
      <w:proofErr w:type="spellStart"/>
      <w:r w:rsidRPr="007C622F">
        <w:rPr>
          <w:lang w:val="en-GB"/>
        </w:rPr>
        <w:t>smatra</w:t>
      </w:r>
      <w:proofErr w:type="spellEnd"/>
      <w:r w:rsidRPr="00491C1A">
        <w:rPr>
          <w:lang w:val="sr-Latn-ME"/>
        </w:rPr>
        <w:t xml:space="preserve"> </w:t>
      </w:r>
      <w:r w:rsidRPr="007C622F">
        <w:rPr>
          <w:lang w:val="en-GB"/>
        </w:rPr>
        <w:t>se</w:t>
      </w:r>
      <w:r w:rsidRPr="00491C1A">
        <w:rPr>
          <w:lang w:val="sr-Latn-ME"/>
        </w:rPr>
        <w:t xml:space="preserve"> </w:t>
      </w:r>
      <w:proofErr w:type="spellStart"/>
      <w:r w:rsidRPr="007C622F">
        <w:rPr>
          <w:lang w:val="en-GB"/>
        </w:rPr>
        <w:t>referentnim</w:t>
      </w:r>
      <w:proofErr w:type="spellEnd"/>
      <w:r w:rsidRPr="00491C1A">
        <w:rPr>
          <w:lang w:val="sr-Latn-ME"/>
        </w:rPr>
        <w:t xml:space="preserve"> </w:t>
      </w:r>
      <w:proofErr w:type="spellStart"/>
      <w:r w:rsidRPr="007C622F">
        <w:rPr>
          <w:lang w:val="en-GB"/>
        </w:rPr>
        <w:t>rezultatom</w:t>
      </w:r>
      <w:proofErr w:type="spellEnd"/>
      <w:r w:rsidRPr="00491C1A">
        <w:rPr>
          <w:lang w:val="sr-Latn-ME"/>
        </w:rPr>
        <w:t xml:space="preserve"> </w:t>
      </w:r>
      <w:r w:rsidRPr="007C622F">
        <w:rPr>
          <w:lang w:val="en-GB"/>
        </w:rPr>
        <w:t>za</w:t>
      </w:r>
      <w:r w:rsidRPr="00491C1A">
        <w:rPr>
          <w:lang w:val="sr-Latn-ME"/>
        </w:rPr>
        <w:t xml:space="preserve"> </w:t>
      </w:r>
      <w:proofErr w:type="spellStart"/>
      <w:r w:rsidRPr="007C622F">
        <w:rPr>
          <w:lang w:val="en-GB"/>
        </w:rPr>
        <w:t>utvr</w:t>
      </w:r>
      <w:proofErr w:type="spellEnd"/>
      <w:r w:rsidRPr="00491C1A">
        <w:rPr>
          <w:lang w:val="sr-Latn-ME"/>
        </w:rPr>
        <w:t>đ</w:t>
      </w:r>
      <w:proofErr w:type="spellStart"/>
      <w:r w:rsidRPr="007C622F">
        <w:rPr>
          <w:lang w:val="en-GB"/>
        </w:rPr>
        <w:t>ivanje</w:t>
      </w:r>
      <w:proofErr w:type="spellEnd"/>
      <w:r w:rsidRPr="00491C1A">
        <w:rPr>
          <w:lang w:val="sr-Latn-ME"/>
        </w:rPr>
        <w:t xml:space="preserve"> </w:t>
      </w:r>
      <w:proofErr w:type="spellStart"/>
      <w:r w:rsidRPr="007C622F">
        <w:rPr>
          <w:lang w:val="en-GB"/>
        </w:rPr>
        <w:t>koncentracije</w:t>
      </w:r>
      <w:proofErr w:type="spellEnd"/>
      <w:r w:rsidRPr="00491C1A">
        <w:rPr>
          <w:lang w:val="sr-Latn-ME"/>
        </w:rPr>
        <w:t xml:space="preserve"> </w:t>
      </w:r>
      <w:proofErr w:type="spellStart"/>
      <w:r w:rsidRPr="007C622F">
        <w:rPr>
          <w:lang w:val="en-GB"/>
        </w:rPr>
        <w:t>markera</w:t>
      </w:r>
      <w:proofErr w:type="spellEnd"/>
      <w:r w:rsidRPr="00491C1A">
        <w:rPr>
          <w:lang w:val="sr-Latn-ME"/>
        </w:rPr>
        <w:t xml:space="preserve"> </w:t>
      </w:r>
      <w:r w:rsidRPr="007C622F">
        <w:rPr>
          <w:lang w:val="en-GB"/>
        </w:rPr>
        <w:t>u</w:t>
      </w:r>
      <w:r w:rsidRPr="00491C1A">
        <w:rPr>
          <w:lang w:val="sr-Latn-ME"/>
        </w:rPr>
        <w:t xml:space="preserve"> </w:t>
      </w:r>
      <w:proofErr w:type="spellStart"/>
      <w:r w:rsidRPr="007C622F">
        <w:rPr>
          <w:lang w:val="en-GB"/>
        </w:rPr>
        <w:t>gorivu</w:t>
      </w:r>
      <w:proofErr w:type="spellEnd"/>
      <w:r w:rsidRPr="00491C1A">
        <w:rPr>
          <w:lang w:val="sr-Latn-ME"/>
        </w:rPr>
        <w:t xml:space="preserve">. </w:t>
      </w:r>
    </w:p>
    <w:p w14:paraId="4B05E86C" w14:textId="13563431" w:rsidR="007C622F" w:rsidRDefault="007C622F" w:rsidP="007C622F">
      <w:pPr>
        <w:jc w:val="both"/>
        <w:rPr>
          <w:lang w:val="sr-Latn-ME"/>
        </w:rPr>
      </w:pPr>
      <w:r w:rsidRPr="007C622F">
        <w:rPr>
          <w:lang w:val="en-GB"/>
        </w:rPr>
        <w:t>O</w:t>
      </w:r>
      <w:r w:rsidRPr="00491C1A">
        <w:rPr>
          <w:lang w:val="sr-Latn-ME"/>
        </w:rPr>
        <w:t xml:space="preserve"> </w:t>
      </w:r>
      <w:proofErr w:type="spellStart"/>
      <w:r w:rsidRPr="007C622F">
        <w:rPr>
          <w:lang w:val="en-GB"/>
        </w:rPr>
        <w:t>rezultatima</w:t>
      </w:r>
      <w:proofErr w:type="spellEnd"/>
      <w:r w:rsidRPr="00491C1A">
        <w:rPr>
          <w:lang w:val="sr-Latn-ME"/>
        </w:rPr>
        <w:t xml:space="preserve"> </w:t>
      </w:r>
      <w:proofErr w:type="spellStart"/>
      <w:r w:rsidRPr="007C622F">
        <w:rPr>
          <w:lang w:val="en-GB"/>
        </w:rPr>
        <w:t>laboratorijskog</w:t>
      </w:r>
      <w:proofErr w:type="spellEnd"/>
      <w:r w:rsidRPr="00491C1A">
        <w:rPr>
          <w:lang w:val="sr-Latn-ME"/>
        </w:rPr>
        <w:t xml:space="preserve"> </w:t>
      </w:r>
      <w:proofErr w:type="spellStart"/>
      <w:r w:rsidRPr="007C622F">
        <w:rPr>
          <w:lang w:val="en-GB"/>
        </w:rPr>
        <w:t>ispitivanja</w:t>
      </w:r>
      <w:proofErr w:type="spellEnd"/>
      <w:r w:rsidRPr="00491C1A">
        <w:rPr>
          <w:lang w:val="sr-Latn-ME"/>
        </w:rPr>
        <w:t xml:space="preserve"> </w:t>
      </w:r>
      <w:proofErr w:type="spellStart"/>
      <w:r w:rsidRPr="007C622F">
        <w:rPr>
          <w:lang w:val="en-GB"/>
        </w:rPr>
        <w:t>obveznik</w:t>
      </w:r>
      <w:proofErr w:type="spellEnd"/>
      <w:r w:rsidRPr="00491C1A">
        <w:rPr>
          <w:lang w:val="sr-Latn-ME"/>
        </w:rPr>
        <w:t xml:space="preserve"> </w:t>
      </w:r>
      <w:proofErr w:type="spellStart"/>
      <w:r w:rsidRPr="007C622F">
        <w:rPr>
          <w:lang w:val="en-GB"/>
        </w:rPr>
        <w:t>markiranja</w:t>
      </w:r>
      <w:proofErr w:type="spellEnd"/>
      <w:r w:rsidRPr="00491C1A">
        <w:rPr>
          <w:lang w:val="sr-Latn-ME"/>
        </w:rPr>
        <w:t xml:space="preserve"> </w:t>
      </w:r>
      <w:r w:rsidRPr="007C622F">
        <w:rPr>
          <w:lang w:val="en-GB"/>
        </w:rPr>
        <w:t>se</w:t>
      </w:r>
      <w:r w:rsidRPr="00491C1A">
        <w:rPr>
          <w:lang w:val="sr-Latn-ME"/>
        </w:rPr>
        <w:t xml:space="preserve"> </w:t>
      </w:r>
      <w:proofErr w:type="spellStart"/>
      <w:r w:rsidRPr="007C622F">
        <w:rPr>
          <w:lang w:val="en-GB"/>
        </w:rPr>
        <w:t>obavje</w:t>
      </w:r>
      <w:proofErr w:type="spellEnd"/>
      <w:r w:rsidRPr="00491C1A">
        <w:rPr>
          <w:lang w:val="sr-Latn-ME"/>
        </w:rPr>
        <w:t>š</w:t>
      </w:r>
      <w:proofErr w:type="spellStart"/>
      <w:r w:rsidRPr="007C622F">
        <w:rPr>
          <w:lang w:val="en-GB"/>
        </w:rPr>
        <w:t>tava</w:t>
      </w:r>
      <w:proofErr w:type="spellEnd"/>
      <w:r w:rsidRPr="00491C1A">
        <w:rPr>
          <w:lang w:val="sr-Latn-ME"/>
        </w:rPr>
        <w:t xml:space="preserve"> </w:t>
      </w:r>
      <w:r w:rsidRPr="007C622F">
        <w:rPr>
          <w:lang w:val="en-GB"/>
        </w:rPr>
        <w:t>bez</w:t>
      </w:r>
      <w:r w:rsidRPr="00491C1A">
        <w:rPr>
          <w:lang w:val="sr-Latn-ME"/>
        </w:rPr>
        <w:t xml:space="preserve"> </w:t>
      </w:r>
      <w:proofErr w:type="spellStart"/>
      <w:r w:rsidRPr="007C622F">
        <w:rPr>
          <w:lang w:val="en-GB"/>
        </w:rPr>
        <w:t>odlaganja</w:t>
      </w:r>
      <w:proofErr w:type="spellEnd"/>
      <w:r w:rsidR="00BC326E">
        <w:rPr>
          <w:lang w:val="sr-Latn-ME"/>
        </w:rPr>
        <w:t xml:space="preserve">: </w:t>
      </w:r>
    </w:p>
    <w:p w14:paraId="33960720" w14:textId="77777777" w:rsidR="00BC326E" w:rsidRPr="00BC326E" w:rsidRDefault="00BC326E" w:rsidP="00627C43">
      <w:pPr>
        <w:pStyle w:val="ListParagraph"/>
        <w:numPr>
          <w:ilvl w:val="0"/>
          <w:numId w:val="64"/>
        </w:numPr>
        <w:jc w:val="both"/>
        <w:rPr>
          <w:lang w:val="en-GB"/>
        </w:rPr>
      </w:pPr>
      <w:proofErr w:type="spellStart"/>
      <w:r w:rsidRPr="00BC326E">
        <w:rPr>
          <w:lang w:val="en-GB"/>
        </w:rPr>
        <w:t>Ukoliko</w:t>
      </w:r>
      <w:proofErr w:type="spellEnd"/>
      <w:r w:rsidRPr="00BC326E">
        <w:rPr>
          <w:lang w:val="en-GB"/>
        </w:rPr>
        <w:t xml:space="preserve"> </w:t>
      </w:r>
      <w:proofErr w:type="spellStart"/>
      <w:r w:rsidRPr="00BC326E">
        <w:rPr>
          <w:lang w:val="en-GB"/>
        </w:rPr>
        <w:t>laboratorijsko</w:t>
      </w:r>
      <w:proofErr w:type="spellEnd"/>
      <w:r w:rsidRPr="00BC326E">
        <w:rPr>
          <w:lang w:val="en-GB"/>
        </w:rPr>
        <w:t xml:space="preserve"> </w:t>
      </w:r>
      <w:proofErr w:type="spellStart"/>
      <w:r w:rsidRPr="00BC326E">
        <w:rPr>
          <w:lang w:val="en-GB"/>
        </w:rPr>
        <w:t>ispitivanje</w:t>
      </w:r>
      <w:proofErr w:type="spellEnd"/>
      <w:r w:rsidRPr="00BC326E">
        <w:rPr>
          <w:lang w:val="en-GB"/>
        </w:rPr>
        <w:t xml:space="preserve"> </w:t>
      </w:r>
      <w:proofErr w:type="spellStart"/>
      <w:r w:rsidRPr="00BC326E">
        <w:rPr>
          <w:lang w:val="en-GB"/>
        </w:rPr>
        <w:t>utvrdi</w:t>
      </w:r>
      <w:proofErr w:type="spellEnd"/>
      <w:r w:rsidRPr="00BC326E">
        <w:rPr>
          <w:lang w:val="en-GB"/>
        </w:rPr>
        <w:t xml:space="preserve"> da je </w:t>
      </w:r>
      <w:proofErr w:type="spellStart"/>
      <w:r w:rsidRPr="00BC326E">
        <w:rPr>
          <w:lang w:val="en-GB"/>
        </w:rPr>
        <w:t>koncentracija</w:t>
      </w:r>
      <w:proofErr w:type="spellEnd"/>
      <w:r w:rsidRPr="00BC326E">
        <w:rPr>
          <w:lang w:val="en-GB"/>
        </w:rPr>
        <w:t xml:space="preserve"> </w:t>
      </w:r>
      <w:proofErr w:type="spellStart"/>
      <w:r w:rsidRPr="00BC326E">
        <w:rPr>
          <w:lang w:val="en-GB"/>
        </w:rPr>
        <w:t>markera</w:t>
      </w:r>
      <w:proofErr w:type="spellEnd"/>
      <w:r w:rsidRPr="00BC326E">
        <w:rPr>
          <w:lang w:val="en-GB"/>
        </w:rPr>
        <w:t xml:space="preserve"> </w:t>
      </w:r>
      <w:proofErr w:type="spellStart"/>
      <w:r w:rsidRPr="00BC326E">
        <w:rPr>
          <w:lang w:val="en-GB"/>
        </w:rPr>
        <w:t>manja</w:t>
      </w:r>
      <w:proofErr w:type="spellEnd"/>
      <w:r w:rsidRPr="00BC326E">
        <w:rPr>
          <w:lang w:val="en-GB"/>
        </w:rPr>
        <w:t xml:space="preserve"> od 95% </w:t>
      </w:r>
      <w:proofErr w:type="spellStart"/>
      <w:r w:rsidRPr="00BC326E">
        <w:rPr>
          <w:lang w:val="en-GB"/>
        </w:rPr>
        <w:t>propisane</w:t>
      </w:r>
      <w:proofErr w:type="spellEnd"/>
      <w:r w:rsidRPr="00BC326E">
        <w:rPr>
          <w:lang w:val="en-GB"/>
        </w:rPr>
        <w:t xml:space="preserve"> </w:t>
      </w:r>
      <w:proofErr w:type="spellStart"/>
      <w:r w:rsidRPr="00BC326E">
        <w:rPr>
          <w:lang w:val="en-GB"/>
        </w:rPr>
        <w:t>referentne</w:t>
      </w:r>
      <w:proofErr w:type="spellEnd"/>
      <w:r w:rsidRPr="00BC326E">
        <w:rPr>
          <w:lang w:val="en-GB"/>
        </w:rPr>
        <w:t xml:space="preserve"> </w:t>
      </w:r>
      <w:proofErr w:type="spellStart"/>
      <w:r w:rsidRPr="00BC326E">
        <w:rPr>
          <w:lang w:val="en-GB"/>
        </w:rPr>
        <w:t>koncentracije</w:t>
      </w:r>
      <w:proofErr w:type="spellEnd"/>
      <w:r w:rsidRPr="00BC326E">
        <w:rPr>
          <w:lang w:val="en-GB"/>
        </w:rPr>
        <w:t xml:space="preserve">, </w:t>
      </w:r>
      <w:proofErr w:type="spellStart"/>
      <w:r w:rsidRPr="00BC326E">
        <w:rPr>
          <w:lang w:val="en-GB"/>
        </w:rPr>
        <w:t>Pružalac</w:t>
      </w:r>
      <w:proofErr w:type="spellEnd"/>
      <w:r w:rsidRPr="00BC326E">
        <w:rPr>
          <w:lang w:val="en-GB"/>
        </w:rPr>
        <w:t xml:space="preserve"> </w:t>
      </w:r>
      <w:proofErr w:type="spellStart"/>
      <w:r w:rsidRPr="00BC326E">
        <w:rPr>
          <w:lang w:val="en-GB"/>
        </w:rPr>
        <w:t>usluge</w:t>
      </w:r>
      <w:proofErr w:type="spellEnd"/>
      <w:r w:rsidRPr="00BC326E">
        <w:rPr>
          <w:lang w:val="en-GB"/>
        </w:rPr>
        <w:t xml:space="preserve"> </w:t>
      </w:r>
      <w:proofErr w:type="spellStart"/>
      <w:r w:rsidRPr="00BC326E">
        <w:rPr>
          <w:lang w:val="en-GB"/>
        </w:rPr>
        <w:t>markiranja</w:t>
      </w:r>
      <w:proofErr w:type="spellEnd"/>
      <w:r w:rsidRPr="00BC326E">
        <w:rPr>
          <w:lang w:val="en-GB"/>
        </w:rPr>
        <w:t xml:space="preserve"> </w:t>
      </w:r>
      <w:proofErr w:type="spellStart"/>
      <w:r w:rsidRPr="00BC326E">
        <w:rPr>
          <w:lang w:val="en-GB"/>
        </w:rPr>
        <w:t>dužan</w:t>
      </w:r>
      <w:proofErr w:type="spellEnd"/>
      <w:r w:rsidRPr="00BC326E">
        <w:rPr>
          <w:lang w:val="en-GB"/>
        </w:rPr>
        <w:t xml:space="preserve"> je da </w:t>
      </w:r>
      <w:proofErr w:type="spellStart"/>
      <w:r w:rsidRPr="00BC326E">
        <w:rPr>
          <w:lang w:val="en-GB"/>
        </w:rPr>
        <w:t>izvrši</w:t>
      </w:r>
      <w:proofErr w:type="spellEnd"/>
      <w:r w:rsidRPr="00BC326E">
        <w:rPr>
          <w:lang w:val="en-GB"/>
        </w:rPr>
        <w:t xml:space="preserve"> </w:t>
      </w:r>
      <w:proofErr w:type="spellStart"/>
      <w:r w:rsidRPr="00BC326E">
        <w:rPr>
          <w:lang w:val="en-GB"/>
        </w:rPr>
        <w:t>ponovno</w:t>
      </w:r>
      <w:proofErr w:type="spellEnd"/>
      <w:r w:rsidRPr="00BC326E">
        <w:rPr>
          <w:lang w:val="en-GB"/>
        </w:rPr>
        <w:t xml:space="preserve"> </w:t>
      </w:r>
      <w:proofErr w:type="spellStart"/>
      <w:r w:rsidRPr="00BC326E">
        <w:rPr>
          <w:lang w:val="en-GB"/>
        </w:rPr>
        <w:t>markiranje</w:t>
      </w:r>
      <w:proofErr w:type="spellEnd"/>
      <w:r w:rsidRPr="00BC326E">
        <w:rPr>
          <w:lang w:val="en-GB"/>
        </w:rPr>
        <w:t xml:space="preserve"> (</w:t>
      </w:r>
      <w:proofErr w:type="spellStart"/>
      <w:r w:rsidRPr="00BC326E">
        <w:rPr>
          <w:lang w:val="en-GB"/>
        </w:rPr>
        <w:t>domarkiranje</w:t>
      </w:r>
      <w:proofErr w:type="spellEnd"/>
      <w:r w:rsidRPr="00BC326E">
        <w:rPr>
          <w:lang w:val="en-GB"/>
        </w:rPr>
        <w:t xml:space="preserve">) </w:t>
      </w:r>
      <w:proofErr w:type="spellStart"/>
      <w:r w:rsidRPr="00BC326E">
        <w:rPr>
          <w:lang w:val="en-GB"/>
        </w:rPr>
        <w:t>goriva</w:t>
      </w:r>
      <w:proofErr w:type="spellEnd"/>
      <w:r w:rsidRPr="00BC326E">
        <w:rPr>
          <w:lang w:val="en-GB"/>
        </w:rPr>
        <w:t xml:space="preserve"> do </w:t>
      </w:r>
      <w:proofErr w:type="spellStart"/>
      <w:r w:rsidRPr="00BC326E">
        <w:rPr>
          <w:lang w:val="en-GB"/>
        </w:rPr>
        <w:t>propisane</w:t>
      </w:r>
      <w:proofErr w:type="spellEnd"/>
      <w:r w:rsidRPr="00BC326E">
        <w:rPr>
          <w:lang w:val="en-GB"/>
        </w:rPr>
        <w:t xml:space="preserve"> </w:t>
      </w:r>
      <w:proofErr w:type="spellStart"/>
      <w:r w:rsidRPr="00BC326E">
        <w:rPr>
          <w:lang w:val="en-GB"/>
        </w:rPr>
        <w:t>koncentracije</w:t>
      </w:r>
      <w:proofErr w:type="spellEnd"/>
      <w:r w:rsidRPr="00BC326E">
        <w:rPr>
          <w:lang w:val="en-GB"/>
        </w:rPr>
        <w:t xml:space="preserve"> </w:t>
      </w:r>
      <w:proofErr w:type="spellStart"/>
      <w:r w:rsidRPr="00BC326E">
        <w:rPr>
          <w:lang w:val="en-GB"/>
        </w:rPr>
        <w:t>markera</w:t>
      </w:r>
      <w:proofErr w:type="spellEnd"/>
      <w:r w:rsidRPr="00BC326E">
        <w:rPr>
          <w:lang w:val="en-GB"/>
        </w:rPr>
        <w:t>.</w:t>
      </w:r>
    </w:p>
    <w:p w14:paraId="7B361D3C" w14:textId="77777777" w:rsidR="00BC326E" w:rsidRPr="00BC326E" w:rsidRDefault="00BC326E" w:rsidP="00627C43">
      <w:pPr>
        <w:pStyle w:val="ListParagraph"/>
        <w:numPr>
          <w:ilvl w:val="0"/>
          <w:numId w:val="64"/>
        </w:numPr>
        <w:jc w:val="both"/>
        <w:rPr>
          <w:lang w:val="en-GB"/>
        </w:rPr>
      </w:pPr>
      <w:proofErr w:type="spellStart"/>
      <w:r w:rsidRPr="00BC326E">
        <w:rPr>
          <w:lang w:val="en-GB"/>
        </w:rPr>
        <w:t>Ukoliko</w:t>
      </w:r>
      <w:proofErr w:type="spellEnd"/>
      <w:r w:rsidRPr="00BC326E">
        <w:rPr>
          <w:lang w:val="en-GB"/>
        </w:rPr>
        <w:t xml:space="preserve"> </w:t>
      </w:r>
      <w:proofErr w:type="spellStart"/>
      <w:r w:rsidRPr="00BC326E">
        <w:rPr>
          <w:lang w:val="en-GB"/>
        </w:rPr>
        <w:t>laboratorijsko</w:t>
      </w:r>
      <w:proofErr w:type="spellEnd"/>
      <w:r w:rsidRPr="00BC326E">
        <w:rPr>
          <w:lang w:val="en-GB"/>
        </w:rPr>
        <w:t xml:space="preserve"> </w:t>
      </w:r>
      <w:proofErr w:type="spellStart"/>
      <w:r w:rsidRPr="00BC326E">
        <w:rPr>
          <w:lang w:val="en-GB"/>
        </w:rPr>
        <w:t>ispitivanje</w:t>
      </w:r>
      <w:proofErr w:type="spellEnd"/>
      <w:r w:rsidRPr="00BC326E">
        <w:rPr>
          <w:lang w:val="en-GB"/>
        </w:rPr>
        <w:t xml:space="preserve"> </w:t>
      </w:r>
      <w:proofErr w:type="spellStart"/>
      <w:r w:rsidRPr="00BC326E">
        <w:rPr>
          <w:lang w:val="en-GB"/>
        </w:rPr>
        <w:t>utvrdi</w:t>
      </w:r>
      <w:proofErr w:type="spellEnd"/>
      <w:r w:rsidRPr="00BC326E">
        <w:rPr>
          <w:lang w:val="en-GB"/>
        </w:rPr>
        <w:t xml:space="preserve"> da je </w:t>
      </w:r>
      <w:proofErr w:type="spellStart"/>
      <w:r w:rsidRPr="00BC326E">
        <w:rPr>
          <w:lang w:val="en-GB"/>
        </w:rPr>
        <w:t>koncentracija</w:t>
      </w:r>
      <w:proofErr w:type="spellEnd"/>
      <w:r w:rsidRPr="00BC326E">
        <w:rPr>
          <w:lang w:val="en-GB"/>
        </w:rPr>
        <w:t xml:space="preserve"> </w:t>
      </w:r>
      <w:proofErr w:type="spellStart"/>
      <w:r w:rsidRPr="00BC326E">
        <w:rPr>
          <w:lang w:val="en-GB"/>
        </w:rPr>
        <w:t>markera</w:t>
      </w:r>
      <w:proofErr w:type="spellEnd"/>
      <w:r w:rsidRPr="00BC326E">
        <w:rPr>
          <w:lang w:val="en-GB"/>
        </w:rPr>
        <w:t xml:space="preserve"> </w:t>
      </w:r>
      <w:proofErr w:type="spellStart"/>
      <w:r w:rsidRPr="00BC326E">
        <w:rPr>
          <w:lang w:val="en-GB"/>
        </w:rPr>
        <w:t>veća</w:t>
      </w:r>
      <w:proofErr w:type="spellEnd"/>
      <w:r w:rsidRPr="00BC326E">
        <w:rPr>
          <w:lang w:val="en-GB"/>
        </w:rPr>
        <w:t xml:space="preserve"> od 105% </w:t>
      </w:r>
      <w:proofErr w:type="spellStart"/>
      <w:r w:rsidRPr="00BC326E">
        <w:rPr>
          <w:lang w:val="en-GB"/>
        </w:rPr>
        <w:t>propisane</w:t>
      </w:r>
      <w:proofErr w:type="spellEnd"/>
      <w:r w:rsidRPr="00BC326E">
        <w:rPr>
          <w:lang w:val="en-GB"/>
        </w:rPr>
        <w:t xml:space="preserve"> </w:t>
      </w:r>
      <w:proofErr w:type="spellStart"/>
      <w:r w:rsidRPr="00BC326E">
        <w:rPr>
          <w:lang w:val="en-GB"/>
        </w:rPr>
        <w:t>referentne</w:t>
      </w:r>
      <w:proofErr w:type="spellEnd"/>
      <w:r w:rsidRPr="00BC326E">
        <w:rPr>
          <w:lang w:val="en-GB"/>
        </w:rPr>
        <w:t xml:space="preserve"> </w:t>
      </w:r>
      <w:proofErr w:type="spellStart"/>
      <w:r w:rsidRPr="00BC326E">
        <w:rPr>
          <w:lang w:val="en-GB"/>
        </w:rPr>
        <w:t>koncentracije</w:t>
      </w:r>
      <w:proofErr w:type="spellEnd"/>
      <w:r w:rsidRPr="00BC326E">
        <w:rPr>
          <w:lang w:val="en-GB"/>
        </w:rPr>
        <w:t xml:space="preserve">, o </w:t>
      </w:r>
      <w:proofErr w:type="spellStart"/>
      <w:r w:rsidRPr="00BC326E">
        <w:rPr>
          <w:lang w:val="en-GB"/>
        </w:rPr>
        <w:t>navedenom</w:t>
      </w:r>
      <w:proofErr w:type="spellEnd"/>
      <w:r w:rsidRPr="00BC326E">
        <w:rPr>
          <w:lang w:val="en-GB"/>
        </w:rPr>
        <w:t xml:space="preserve"> se bez </w:t>
      </w:r>
      <w:proofErr w:type="spellStart"/>
      <w:r w:rsidRPr="00BC326E">
        <w:rPr>
          <w:lang w:val="en-GB"/>
        </w:rPr>
        <w:t>odlaganja</w:t>
      </w:r>
      <w:proofErr w:type="spellEnd"/>
      <w:r w:rsidRPr="00BC326E">
        <w:rPr>
          <w:lang w:val="en-GB"/>
        </w:rPr>
        <w:t xml:space="preserve"> </w:t>
      </w:r>
      <w:proofErr w:type="spellStart"/>
      <w:r w:rsidRPr="00BC326E">
        <w:rPr>
          <w:lang w:val="en-GB"/>
        </w:rPr>
        <w:t>obavještava</w:t>
      </w:r>
      <w:proofErr w:type="spellEnd"/>
      <w:r w:rsidRPr="00BC326E">
        <w:rPr>
          <w:lang w:val="en-GB"/>
        </w:rPr>
        <w:t xml:space="preserve"> </w:t>
      </w:r>
      <w:proofErr w:type="spellStart"/>
      <w:r w:rsidRPr="00BC326E">
        <w:rPr>
          <w:lang w:val="en-GB"/>
        </w:rPr>
        <w:t>nadležni</w:t>
      </w:r>
      <w:proofErr w:type="spellEnd"/>
      <w:r w:rsidRPr="00BC326E">
        <w:rPr>
          <w:lang w:val="en-GB"/>
        </w:rPr>
        <w:t xml:space="preserve"> </w:t>
      </w:r>
      <w:proofErr w:type="spellStart"/>
      <w:r w:rsidRPr="00BC326E">
        <w:rPr>
          <w:lang w:val="en-GB"/>
        </w:rPr>
        <w:t>carinski</w:t>
      </w:r>
      <w:proofErr w:type="spellEnd"/>
      <w:r w:rsidRPr="00BC326E">
        <w:rPr>
          <w:lang w:val="en-GB"/>
        </w:rPr>
        <w:t xml:space="preserve"> organ </w:t>
      </w:r>
      <w:proofErr w:type="spellStart"/>
      <w:r w:rsidRPr="00BC326E">
        <w:rPr>
          <w:lang w:val="en-GB"/>
        </w:rPr>
        <w:t>radi</w:t>
      </w:r>
      <w:proofErr w:type="spellEnd"/>
      <w:r w:rsidRPr="00BC326E">
        <w:rPr>
          <w:lang w:val="en-GB"/>
        </w:rPr>
        <w:t xml:space="preserve"> </w:t>
      </w:r>
      <w:proofErr w:type="spellStart"/>
      <w:r w:rsidRPr="00BC326E">
        <w:rPr>
          <w:lang w:val="en-GB"/>
        </w:rPr>
        <w:t>sprovođenja</w:t>
      </w:r>
      <w:proofErr w:type="spellEnd"/>
      <w:r w:rsidRPr="00BC326E">
        <w:rPr>
          <w:lang w:val="en-GB"/>
        </w:rPr>
        <w:t xml:space="preserve"> </w:t>
      </w:r>
      <w:proofErr w:type="spellStart"/>
      <w:r w:rsidRPr="00BC326E">
        <w:rPr>
          <w:lang w:val="en-GB"/>
        </w:rPr>
        <w:t>odgovarajućih</w:t>
      </w:r>
      <w:proofErr w:type="spellEnd"/>
      <w:r w:rsidRPr="00BC326E">
        <w:rPr>
          <w:lang w:val="en-GB"/>
        </w:rPr>
        <w:t xml:space="preserve"> </w:t>
      </w:r>
      <w:proofErr w:type="spellStart"/>
      <w:r w:rsidRPr="00BC326E">
        <w:rPr>
          <w:lang w:val="en-GB"/>
        </w:rPr>
        <w:t>provjera</w:t>
      </w:r>
      <w:proofErr w:type="spellEnd"/>
      <w:r w:rsidRPr="00BC326E">
        <w:rPr>
          <w:lang w:val="en-GB"/>
        </w:rPr>
        <w:t xml:space="preserve">, </w:t>
      </w:r>
      <w:proofErr w:type="spellStart"/>
      <w:r w:rsidRPr="00BC326E">
        <w:rPr>
          <w:lang w:val="en-GB"/>
        </w:rPr>
        <w:t>uključujući</w:t>
      </w:r>
      <w:proofErr w:type="spellEnd"/>
      <w:r w:rsidRPr="00BC326E">
        <w:rPr>
          <w:lang w:val="en-GB"/>
        </w:rPr>
        <w:t xml:space="preserve"> </w:t>
      </w:r>
      <w:proofErr w:type="spellStart"/>
      <w:r w:rsidRPr="00BC326E">
        <w:rPr>
          <w:lang w:val="en-GB"/>
        </w:rPr>
        <w:t>provjeru</w:t>
      </w:r>
      <w:proofErr w:type="spellEnd"/>
      <w:r w:rsidRPr="00BC326E">
        <w:rPr>
          <w:lang w:val="en-GB"/>
        </w:rPr>
        <w:t xml:space="preserve"> </w:t>
      </w:r>
      <w:proofErr w:type="spellStart"/>
      <w:r w:rsidRPr="00BC326E">
        <w:rPr>
          <w:lang w:val="en-GB"/>
        </w:rPr>
        <w:t>prijavljenih</w:t>
      </w:r>
      <w:proofErr w:type="spellEnd"/>
      <w:r w:rsidRPr="00BC326E">
        <w:rPr>
          <w:lang w:val="en-GB"/>
        </w:rPr>
        <w:t xml:space="preserve"> </w:t>
      </w:r>
      <w:proofErr w:type="spellStart"/>
      <w:r w:rsidRPr="00BC326E">
        <w:rPr>
          <w:lang w:val="en-GB"/>
        </w:rPr>
        <w:t>količina</w:t>
      </w:r>
      <w:proofErr w:type="spellEnd"/>
      <w:r w:rsidRPr="00BC326E">
        <w:rPr>
          <w:lang w:val="en-GB"/>
        </w:rPr>
        <w:t xml:space="preserve"> </w:t>
      </w:r>
      <w:proofErr w:type="spellStart"/>
      <w:r w:rsidRPr="00BC326E">
        <w:rPr>
          <w:lang w:val="en-GB"/>
        </w:rPr>
        <w:t>goriva</w:t>
      </w:r>
      <w:proofErr w:type="spellEnd"/>
      <w:r w:rsidRPr="00BC326E">
        <w:rPr>
          <w:lang w:val="en-GB"/>
        </w:rPr>
        <w:t xml:space="preserve"> </w:t>
      </w:r>
      <w:proofErr w:type="spellStart"/>
      <w:r w:rsidRPr="00BC326E">
        <w:rPr>
          <w:lang w:val="en-GB"/>
        </w:rPr>
        <w:t>i</w:t>
      </w:r>
      <w:proofErr w:type="spellEnd"/>
      <w:r w:rsidRPr="00BC326E">
        <w:rPr>
          <w:lang w:val="en-GB"/>
        </w:rPr>
        <w:t xml:space="preserve"> </w:t>
      </w:r>
      <w:proofErr w:type="spellStart"/>
      <w:r w:rsidRPr="00BC326E">
        <w:rPr>
          <w:lang w:val="en-GB"/>
        </w:rPr>
        <w:t>drugih</w:t>
      </w:r>
      <w:proofErr w:type="spellEnd"/>
      <w:r w:rsidRPr="00BC326E">
        <w:rPr>
          <w:lang w:val="en-GB"/>
        </w:rPr>
        <w:t xml:space="preserve"> </w:t>
      </w:r>
      <w:proofErr w:type="spellStart"/>
      <w:r w:rsidRPr="00BC326E">
        <w:rPr>
          <w:lang w:val="en-GB"/>
        </w:rPr>
        <w:t>okolnosti</w:t>
      </w:r>
      <w:proofErr w:type="spellEnd"/>
      <w:r w:rsidRPr="00BC326E">
        <w:rPr>
          <w:lang w:val="en-GB"/>
        </w:rPr>
        <w:t xml:space="preserve"> </w:t>
      </w:r>
      <w:proofErr w:type="spellStart"/>
      <w:r w:rsidRPr="00BC326E">
        <w:rPr>
          <w:lang w:val="en-GB"/>
        </w:rPr>
        <w:t>od</w:t>
      </w:r>
      <w:proofErr w:type="spellEnd"/>
      <w:r w:rsidRPr="00BC326E">
        <w:rPr>
          <w:lang w:val="en-GB"/>
        </w:rPr>
        <w:t xml:space="preserve"> </w:t>
      </w:r>
      <w:proofErr w:type="spellStart"/>
      <w:r w:rsidRPr="00BC326E">
        <w:rPr>
          <w:lang w:val="en-GB"/>
        </w:rPr>
        <w:t>značaja</w:t>
      </w:r>
      <w:proofErr w:type="spellEnd"/>
      <w:r w:rsidRPr="00BC326E">
        <w:rPr>
          <w:lang w:val="en-GB"/>
        </w:rPr>
        <w:t xml:space="preserve"> za </w:t>
      </w:r>
      <w:proofErr w:type="spellStart"/>
      <w:r w:rsidRPr="00BC326E">
        <w:rPr>
          <w:lang w:val="en-GB"/>
        </w:rPr>
        <w:t>utvrđivanje</w:t>
      </w:r>
      <w:proofErr w:type="spellEnd"/>
      <w:r w:rsidRPr="00BC326E">
        <w:rPr>
          <w:lang w:val="en-GB"/>
        </w:rPr>
        <w:t xml:space="preserve"> </w:t>
      </w:r>
      <w:proofErr w:type="spellStart"/>
      <w:r w:rsidRPr="00BC326E">
        <w:rPr>
          <w:lang w:val="en-GB"/>
        </w:rPr>
        <w:t>uzroka</w:t>
      </w:r>
      <w:proofErr w:type="spellEnd"/>
      <w:r w:rsidRPr="00BC326E">
        <w:rPr>
          <w:lang w:val="en-GB"/>
        </w:rPr>
        <w:t xml:space="preserve"> </w:t>
      </w:r>
      <w:proofErr w:type="spellStart"/>
      <w:r w:rsidRPr="00BC326E">
        <w:rPr>
          <w:lang w:val="en-GB"/>
        </w:rPr>
        <w:t>odstupanja</w:t>
      </w:r>
      <w:proofErr w:type="spellEnd"/>
      <w:r w:rsidRPr="00BC326E">
        <w:rPr>
          <w:lang w:val="en-GB"/>
        </w:rPr>
        <w:t>.</w:t>
      </w:r>
    </w:p>
    <w:p w14:paraId="7DABB9AA" w14:textId="6D1D0A79" w:rsidR="00BC326E" w:rsidRPr="00491C1A" w:rsidRDefault="00BC326E" w:rsidP="007C622F">
      <w:pPr>
        <w:jc w:val="both"/>
        <w:rPr>
          <w:lang w:val="sr-Latn-ME"/>
        </w:rPr>
      </w:pPr>
      <w:proofErr w:type="spellStart"/>
      <w:r w:rsidRPr="007C622F">
        <w:rPr>
          <w:lang w:val="en-GB"/>
        </w:rPr>
        <w:t>Uzorci</w:t>
      </w:r>
      <w:proofErr w:type="spellEnd"/>
      <w:r w:rsidRPr="00491C1A">
        <w:rPr>
          <w:lang w:val="sr-Latn-ME"/>
        </w:rPr>
        <w:t xml:space="preserve"> </w:t>
      </w:r>
      <w:proofErr w:type="spellStart"/>
      <w:r w:rsidRPr="007C622F">
        <w:rPr>
          <w:lang w:val="en-GB"/>
        </w:rPr>
        <w:t>uzeti</w:t>
      </w:r>
      <w:proofErr w:type="spellEnd"/>
      <w:r w:rsidRPr="00491C1A">
        <w:rPr>
          <w:lang w:val="sr-Latn-ME"/>
        </w:rPr>
        <w:t xml:space="preserve"> </w:t>
      </w:r>
      <w:proofErr w:type="spellStart"/>
      <w:r w:rsidRPr="007C622F">
        <w:rPr>
          <w:lang w:val="en-GB"/>
        </w:rPr>
        <w:t>na</w:t>
      </w:r>
      <w:proofErr w:type="spellEnd"/>
      <w:r w:rsidRPr="00491C1A">
        <w:rPr>
          <w:lang w:val="sr-Latn-ME"/>
        </w:rPr>
        <w:t xml:space="preserve"> </w:t>
      </w:r>
      <w:proofErr w:type="spellStart"/>
      <w:r w:rsidRPr="007C622F">
        <w:rPr>
          <w:lang w:val="en-GB"/>
        </w:rPr>
        <w:t>ovaj</w:t>
      </w:r>
      <w:proofErr w:type="spellEnd"/>
      <w:r w:rsidRPr="00491C1A">
        <w:rPr>
          <w:lang w:val="sr-Latn-ME"/>
        </w:rPr>
        <w:t xml:space="preserve"> </w:t>
      </w:r>
      <w:proofErr w:type="spellStart"/>
      <w:r w:rsidRPr="007C622F">
        <w:rPr>
          <w:lang w:val="en-GB"/>
        </w:rPr>
        <w:t>na</w:t>
      </w:r>
      <w:proofErr w:type="spellEnd"/>
      <w:r w:rsidRPr="00491C1A">
        <w:rPr>
          <w:lang w:val="sr-Latn-ME"/>
        </w:rPr>
        <w:t>č</w:t>
      </w:r>
      <w:r w:rsidRPr="007C622F">
        <w:rPr>
          <w:lang w:val="en-GB"/>
        </w:rPr>
        <w:t>in</w:t>
      </w:r>
      <w:r w:rsidRPr="00491C1A">
        <w:rPr>
          <w:lang w:val="sr-Latn-ME"/>
        </w:rPr>
        <w:t xml:space="preserve"> č</w:t>
      </w:r>
      <w:proofErr w:type="spellStart"/>
      <w:r w:rsidRPr="007C622F">
        <w:rPr>
          <w:lang w:val="en-GB"/>
        </w:rPr>
        <w:t>uvaju</w:t>
      </w:r>
      <w:proofErr w:type="spellEnd"/>
      <w:r w:rsidRPr="00491C1A">
        <w:rPr>
          <w:lang w:val="sr-Latn-ME"/>
        </w:rPr>
        <w:t xml:space="preserve"> </w:t>
      </w:r>
      <w:r w:rsidRPr="007C622F">
        <w:rPr>
          <w:lang w:val="en-GB"/>
        </w:rPr>
        <w:t>se</w:t>
      </w:r>
      <w:r w:rsidRPr="00491C1A">
        <w:rPr>
          <w:lang w:val="sr-Latn-ME"/>
        </w:rPr>
        <w:t xml:space="preserve"> 60 </w:t>
      </w:r>
      <w:r w:rsidRPr="007C622F">
        <w:rPr>
          <w:lang w:val="en-GB"/>
        </w:rPr>
        <w:t>dana</w:t>
      </w:r>
      <w:r w:rsidRPr="00491C1A">
        <w:rPr>
          <w:lang w:val="sr-Latn-ME"/>
        </w:rPr>
        <w:t xml:space="preserve"> </w:t>
      </w:r>
      <w:r w:rsidRPr="007C622F">
        <w:rPr>
          <w:lang w:val="en-GB"/>
        </w:rPr>
        <w:t>od</w:t>
      </w:r>
      <w:r w:rsidRPr="00491C1A">
        <w:rPr>
          <w:lang w:val="sr-Latn-ME"/>
        </w:rPr>
        <w:t xml:space="preserve"> </w:t>
      </w:r>
      <w:r w:rsidRPr="007C622F">
        <w:rPr>
          <w:lang w:val="en-GB"/>
        </w:rPr>
        <w:t>dana</w:t>
      </w:r>
      <w:r w:rsidRPr="00491C1A">
        <w:rPr>
          <w:lang w:val="sr-Latn-ME"/>
        </w:rPr>
        <w:t xml:space="preserve"> </w:t>
      </w:r>
      <w:proofErr w:type="spellStart"/>
      <w:r w:rsidRPr="007C622F">
        <w:rPr>
          <w:lang w:val="en-GB"/>
        </w:rPr>
        <w:t>uzorkovanja</w:t>
      </w:r>
      <w:proofErr w:type="spellEnd"/>
      <w:r w:rsidRPr="00491C1A">
        <w:rPr>
          <w:lang w:val="sr-Latn-ME"/>
        </w:rPr>
        <w:t xml:space="preserve"> </w:t>
      </w:r>
      <w:proofErr w:type="spellStart"/>
      <w:r w:rsidRPr="007C622F">
        <w:rPr>
          <w:lang w:val="en-GB"/>
        </w:rPr>
        <w:t>i</w:t>
      </w:r>
      <w:proofErr w:type="spellEnd"/>
      <w:r w:rsidRPr="00491C1A">
        <w:rPr>
          <w:lang w:val="sr-Latn-ME"/>
        </w:rPr>
        <w:t xml:space="preserve"> </w:t>
      </w:r>
      <w:proofErr w:type="spellStart"/>
      <w:r w:rsidRPr="007C622F">
        <w:rPr>
          <w:lang w:val="en-GB"/>
        </w:rPr>
        <w:t>mogu</w:t>
      </w:r>
      <w:proofErr w:type="spellEnd"/>
      <w:r w:rsidRPr="00491C1A">
        <w:rPr>
          <w:lang w:val="sr-Latn-ME"/>
        </w:rPr>
        <w:t xml:space="preserve"> </w:t>
      </w:r>
      <w:r w:rsidRPr="007C622F">
        <w:rPr>
          <w:lang w:val="en-GB"/>
        </w:rPr>
        <w:t>se</w:t>
      </w:r>
      <w:r w:rsidRPr="00491C1A">
        <w:rPr>
          <w:lang w:val="sr-Latn-ME"/>
        </w:rPr>
        <w:t xml:space="preserve"> </w:t>
      </w:r>
      <w:proofErr w:type="spellStart"/>
      <w:r w:rsidRPr="007C622F">
        <w:rPr>
          <w:lang w:val="en-GB"/>
        </w:rPr>
        <w:t>koristiti</w:t>
      </w:r>
      <w:proofErr w:type="spellEnd"/>
      <w:r w:rsidRPr="00491C1A">
        <w:rPr>
          <w:lang w:val="sr-Latn-ME"/>
        </w:rPr>
        <w:t xml:space="preserve"> </w:t>
      </w:r>
      <w:proofErr w:type="spellStart"/>
      <w:r w:rsidRPr="007C622F">
        <w:rPr>
          <w:lang w:val="en-GB"/>
        </w:rPr>
        <w:t>kao</w:t>
      </w:r>
      <w:proofErr w:type="spellEnd"/>
      <w:r w:rsidRPr="00491C1A">
        <w:rPr>
          <w:lang w:val="sr-Latn-ME"/>
        </w:rPr>
        <w:t xml:space="preserve"> </w:t>
      </w:r>
      <w:proofErr w:type="spellStart"/>
      <w:r w:rsidRPr="007C622F">
        <w:rPr>
          <w:lang w:val="en-GB"/>
        </w:rPr>
        <w:t>arbitra</w:t>
      </w:r>
      <w:proofErr w:type="spellEnd"/>
      <w:r w:rsidRPr="00491C1A">
        <w:rPr>
          <w:lang w:val="sr-Latn-ME"/>
        </w:rPr>
        <w:t>ž</w:t>
      </w:r>
      <w:proofErr w:type="spellStart"/>
      <w:r w:rsidRPr="007C622F">
        <w:rPr>
          <w:lang w:val="en-GB"/>
        </w:rPr>
        <w:t>ni</w:t>
      </w:r>
      <w:proofErr w:type="spellEnd"/>
      <w:r w:rsidRPr="00491C1A">
        <w:rPr>
          <w:lang w:val="sr-Latn-ME"/>
        </w:rPr>
        <w:t xml:space="preserve"> </w:t>
      </w:r>
      <w:proofErr w:type="spellStart"/>
      <w:r w:rsidRPr="007C622F">
        <w:rPr>
          <w:lang w:val="en-GB"/>
        </w:rPr>
        <w:t>uzorci</w:t>
      </w:r>
      <w:proofErr w:type="spellEnd"/>
      <w:r w:rsidRPr="00491C1A">
        <w:rPr>
          <w:lang w:val="sr-Latn-ME"/>
        </w:rPr>
        <w:t xml:space="preserve"> </w:t>
      </w:r>
      <w:r w:rsidRPr="007C622F">
        <w:rPr>
          <w:lang w:val="en-GB"/>
        </w:rPr>
        <w:t>u</w:t>
      </w:r>
      <w:r w:rsidRPr="00491C1A">
        <w:rPr>
          <w:lang w:val="sr-Latn-ME"/>
        </w:rPr>
        <w:t xml:space="preserve"> </w:t>
      </w:r>
      <w:proofErr w:type="spellStart"/>
      <w:r w:rsidRPr="007C622F">
        <w:rPr>
          <w:lang w:val="en-GB"/>
        </w:rPr>
        <w:t>slu</w:t>
      </w:r>
      <w:proofErr w:type="spellEnd"/>
      <w:r w:rsidRPr="00491C1A">
        <w:rPr>
          <w:lang w:val="sr-Latn-ME"/>
        </w:rPr>
        <w:t>č</w:t>
      </w:r>
      <w:proofErr w:type="spellStart"/>
      <w:r w:rsidRPr="007C622F">
        <w:rPr>
          <w:lang w:val="en-GB"/>
        </w:rPr>
        <w:t>aju</w:t>
      </w:r>
      <w:proofErr w:type="spellEnd"/>
      <w:r w:rsidRPr="00491C1A">
        <w:rPr>
          <w:lang w:val="sr-Latn-ME"/>
        </w:rPr>
        <w:t xml:space="preserve"> </w:t>
      </w:r>
      <w:proofErr w:type="spellStart"/>
      <w:r w:rsidRPr="007C622F">
        <w:rPr>
          <w:lang w:val="en-GB"/>
        </w:rPr>
        <w:t>spora</w:t>
      </w:r>
      <w:proofErr w:type="spellEnd"/>
      <w:r w:rsidRPr="00491C1A">
        <w:rPr>
          <w:lang w:val="sr-Latn-ME"/>
        </w:rPr>
        <w:t xml:space="preserve"> </w:t>
      </w:r>
      <w:proofErr w:type="spellStart"/>
      <w:r w:rsidRPr="007C622F">
        <w:rPr>
          <w:lang w:val="en-GB"/>
        </w:rPr>
        <w:t>ili</w:t>
      </w:r>
      <w:proofErr w:type="spellEnd"/>
      <w:r w:rsidRPr="00491C1A">
        <w:rPr>
          <w:lang w:val="sr-Latn-ME"/>
        </w:rPr>
        <w:t xml:space="preserve"> </w:t>
      </w:r>
      <w:r w:rsidRPr="007C622F">
        <w:rPr>
          <w:lang w:val="en-GB"/>
        </w:rPr>
        <w:t>po</w:t>
      </w:r>
      <w:r w:rsidRPr="00491C1A">
        <w:rPr>
          <w:lang w:val="sr-Latn-ME"/>
        </w:rPr>
        <w:t xml:space="preserve"> </w:t>
      </w:r>
      <w:proofErr w:type="spellStart"/>
      <w:r w:rsidRPr="007C622F">
        <w:rPr>
          <w:lang w:val="en-GB"/>
        </w:rPr>
        <w:t>zahtjevu</w:t>
      </w:r>
      <w:proofErr w:type="spellEnd"/>
      <w:r w:rsidRPr="00491C1A">
        <w:rPr>
          <w:lang w:val="sr-Latn-ME"/>
        </w:rPr>
        <w:t xml:space="preserve"> </w:t>
      </w:r>
      <w:proofErr w:type="spellStart"/>
      <w:r w:rsidRPr="007C622F">
        <w:rPr>
          <w:lang w:val="en-GB"/>
        </w:rPr>
        <w:t>nadle</w:t>
      </w:r>
      <w:proofErr w:type="spellEnd"/>
      <w:r w:rsidRPr="00491C1A">
        <w:rPr>
          <w:lang w:val="sr-Latn-ME"/>
        </w:rPr>
        <w:t>ž</w:t>
      </w:r>
      <w:proofErr w:type="spellStart"/>
      <w:r w:rsidRPr="007C622F">
        <w:rPr>
          <w:lang w:val="en-GB"/>
        </w:rPr>
        <w:t>nog</w:t>
      </w:r>
      <w:proofErr w:type="spellEnd"/>
      <w:r w:rsidRPr="00491C1A">
        <w:rPr>
          <w:lang w:val="sr-Latn-ME"/>
        </w:rPr>
        <w:t xml:space="preserve"> </w:t>
      </w:r>
      <w:r w:rsidRPr="007C622F">
        <w:rPr>
          <w:lang w:val="en-GB"/>
        </w:rPr>
        <w:t>organa</w:t>
      </w:r>
      <w:r w:rsidRPr="00491C1A">
        <w:rPr>
          <w:lang w:val="sr-Latn-ME"/>
        </w:rPr>
        <w:t>.</w:t>
      </w:r>
    </w:p>
    <w:p w14:paraId="6EF35D60" w14:textId="7095F9BB" w:rsidR="00FF2BD1" w:rsidRPr="00491C1A" w:rsidRDefault="00FF2BD1" w:rsidP="00FF2BD1">
      <w:pPr>
        <w:pStyle w:val="Heading2"/>
        <w:rPr>
          <w:lang w:val="fr-FR"/>
        </w:rPr>
      </w:pPr>
      <w:bookmarkStart w:id="39" w:name="_Toc240964541"/>
      <w:r w:rsidRPr="00491C1A">
        <w:rPr>
          <w:lang w:val="fr-FR"/>
        </w:rPr>
        <w:t xml:space="preserve">12.2 </w:t>
      </w:r>
      <w:proofErr w:type="spellStart"/>
      <w:r w:rsidR="005133B5" w:rsidRPr="00491C1A">
        <w:rPr>
          <w:lang w:val="fr-FR"/>
        </w:rPr>
        <w:t>M</w:t>
      </w:r>
      <w:r w:rsidRPr="00491C1A">
        <w:rPr>
          <w:lang w:val="fr-FR"/>
        </w:rPr>
        <w:t>erenje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koncentracije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markera</w:t>
      </w:r>
      <w:proofErr w:type="spellEnd"/>
      <w:r w:rsidRPr="00491C1A">
        <w:rPr>
          <w:lang w:val="fr-FR"/>
        </w:rPr>
        <w:t xml:space="preserve"> </w:t>
      </w:r>
      <w:r w:rsidR="000F0FB6" w:rsidRPr="00491C1A">
        <w:rPr>
          <w:lang w:val="fr-FR"/>
        </w:rPr>
        <w:t xml:space="preserve">na </w:t>
      </w:r>
      <w:proofErr w:type="spellStart"/>
      <w:r w:rsidR="000F0FB6" w:rsidRPr="00491C1A">
        <w:rPr>
          <w:lang w:val="fr-FR"/>
        </w:rPr>
        <w:t>terenu</w:t>
      </w:r>
      <w:bookmarkEnd w:id="39"/>
      <w:proofErr w:type="spellEnd"/>
      <w:r w:rsidR="000F0FB6" w:rsidRPr="00491C1A">
        <w:rPr>
          <w:lang w:val="fr-FR"/>
        </w:rPr>
        <w:t xml:space="preserve"> </w:t>
      </w:r>
    </w:p>
    <w:p w14:paraId="681F3F59" w14:textId="766CCCF9" w:rsidR="00AA6014" w:rsidRPr="00491C1A" w:rsidRDefault="00AA6014" w:rsidP="00AA6014">
      <w:pPr>
        <w:jc w:val="both"/>
        <w:rPr>
          <w:lang w:val="fr-FR"/>
        </w:rPr>
      </w:pPr>
      <w:proofErr w:type="spellStart"/>
      <w:r w:rsidRPr="00491C1A">
        <w:rPr>
          <w:lang w:val="fr-FR"/>
        </w:rPr>
        <w:t>Uzorkovanje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derivata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nafte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radi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provjere</w:t>
      </w:r>
      <w:proofErr w:type="spellEnd"/>
      <w:r w:rsidRPr="00491C1A">
        <w:rPr>
          <w:lang w:val="fr-FR"/>
        </w:rPr>
        <w:t xml:space="preserve"> </w:t>
      </w:r>
      <w:proofErr w:type="spellStart"/>
      <w:r w:rsidR="009D1845">
        <w:rPr>
          <w:lang w:val="fr-FR"/>
        </w:rPr>
        <w:t>prisustva</w:t>
      </w:r>
      <w:proofErr w:type="spellEnd"/>
      <w:r w:rsidR="009D1845">
        <w:rPr>
          <w:lang w:val="fr-FR"/>
        </w:rPr>
        <w:t xml:space="preserve"> i </w:t>
      </w:r>
      <w:proofErr w:type="spellStart"/>
      <w:r w:rsidRPr="00491C1A">
        <w:rPr>
          <w:lang w:val="fr-FR"/>
        </w:rPr>
        <w:t>koncentracije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markera</w:t>
      </w:r>
      <w:proofErr w:type="spellEnd"/>
      <w:r w:rsidRPr="00491C1A">
        <w:rPr>
          <w:lang w:val="fr-FR"/>
        </w:rPr>
        <w:t xml:space="preserve"> na </w:t>
      </w:r>
      <w:proofErr w:type="spellStart"/>
      <w:r w:rsidRPr="00491C1A">
        <w:rPr>
          <w:lang w:val="fr-FR"/>
        </w:rPr>
        <w:t>terenu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vrši</w:t>
      </w:r>
      <w:proofErr w:type="spellEnd"/>
      <w:r w:rsidRPr="00491C1A">
        <w:rPr>
          <w:lang w:val="fr-FR"/>
        </w:rPr>
        <w:t xml:space="preserve"> se u </w:t>
      </w:r>
      <w:proofErr w:type="spellStart"/>
      <w:r w:rsidRPr="00491C1A">
        <w:rPr>
          <w:lang w:val="fr-FR"/>
        </w:rPr>
        <w:t>skladu</w:t>
      </w:r>
      <w:proofErr w:type="spellEnd"/>
      <w:r w:rsidRPr="00491C1A">
        <w:rPr>
          <w:lang w:val="fr-FR"/>
        </w:rPr>
        <w:t xml:space="preserve"> sa </w:t>
      </w:r>
      <w:proofErr w:type="spellStart"/>
      <w:r w:rsidRPr="00491C1A">
        <w:rPr>
          <w:lang w:val="fr-FR"/>
        </w:rPr>
        <w:t>standardima</w:t>
      </w:r>
      <w:proofErr w:type="spellEnd"/>
      <w:r w:rsidRPr="00491C1A">
        <w:rPr>
          <w:lang w:val="fr-FR"/>
        </w:rPr>
        <w:t xml:space="preserve"> EN ISO </w:t>
      </w:r>
      <w:proofErr w:type="gramStart"/>
      <w:r w:rsidRPr="00491C1A">
        <w:rPr>
          <w:lang w:val="fr-FR"/>
        </w:rPr>
        <w:t>3170  i</w:t>
      </w:r>
      <w:proofErr w:type="gramEnd"/>
      <w:r w:rsidRPr="00491C1A">
        <w:rPr>
          <w:lang w:val="fr-FR"/>
        </w:rPr>
        <w:t xml:space="preserve"> EN 14275.</w:t>
      </w:r>
    </w:p>
    <w:p w14:paraId="44205F4F" w14:textId="4700659E" w:rsidR="008A362A" w:rsidRPr="00491C1A" w:rsidRDefault="00AA6014" w:rsidP="008A362A">
      <w:pPr>
        <w:jc w:val="both"/>
        <w:rPr>
          <w:lang w:val="fr-FR"/>
        </w:rPr>
      </w:pPr>
      <w:proofErr w:type="spellStart"/>
      <w:r w:rsidRPr="00491C1A">
        <w:rPr>
          <w:lang w:val="fr-FR"/>
        </w:rPr>
        <w:t>Provjera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koncentracije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markera</w:t>
      </w:r>
      <w:proofErr w:type="spellEnd"/>
      <w:r w:rsidRPr="00491C1A">
        <w:rPr>
          <w:lang w:val="fr-FR"/>
        </w:rPr>
        <w:t xml:space="preserve"> na </w:t>
      </w:r>
      <w:proofErr w:type="spellStart"/>
      <w:r w:rsidRPr="00491C1A">
        <w:rPr>
          <w:lang w:val="fr-FR"/>
        </w:rPr>
        <w:t>terenu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vrši</w:t>
      </w:r>
      <w:proofErr w:type="spellEnd"/>
      <w:r w:rsidRPr="00491C1A">
        <w:rPr>
          <w:lang w:val="fr-FR"/>
        </w:rPr>
        <w:t xml:space="preserve"> se </w:t>
      </w:r>
      <w:proofErr w:type="spellStart"/>
      <w:r w:rsidRPr="00491C1A">
        <w:rPr>
          <w:lang w:val="fr-FR"/>
        </w:rPr>
        <w:t>korištenjem</w:t>
      </w:r>
      <w:proofErr w:type="spellEnd"/>
      <w:r w:rsidRPr="00491C1A">
        <w:rPr>
          <w:lang w:val="fr-FR"/>
        </w:rPr>
        <w:t xml:space="preserve"> LSX </w:t>
      </w:r>
      <w:proofErr w:type="spellStart"/>
      <w:r w:rsidRPr="00491C1A">
        <w:rPr>
          <w:lang w:val="fr-FR"/>
        </w:rPr>
        <w:t>mobilnih</w:t>
      </w:r>
      <w:proofErr w:type="spellEnd"/>
      <w:r w:rsidRPr="00491C1A">
        <w:rPr>
          <w:lang w:val="fr-FR"/>
        </w:rPr>
        <w:t xml:space="preserve"> </w:t>
      </w:r>
      <w:proofErr w:type="spellStart"/>
      <w:r w:rsidR="0021634C">
        <w:rPr>
          <w:lang w:val="fr-FR"/>
        </w:rPr>
        <w:t>analizatora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za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testiranje</w:t>
      </w:r>
      <w:proofErr w:type="spellEnd"/>
      <w:r w:rsidRPr="00491C1A">
        <w:rPr>
          <w:lang w:val="fr-FR"/>
        </w:rPr>
        <w:t xml:space="preserve"> na </w:t>
      </w:r>
      <w:proofErr w:type="spellStart"/>
      <w:r w:rsidRPr="00491C1A">
        <w:rPr>
          <w:lang w:val="fr-FR"/>
        </w:rPr>
        <w:t>terenu</w:t>
      </w:r>
      <w:proofErr w:type="spellEnd"/>
      <w:r w:rsidRPr="00491C1A">
        <w:rPr>
          <w:lang w:val="fr-FR"/>
        </w:rPr>
        <w:t xml:space="preserve">, u </w:t>
      </w:r>
      <w:proofErr w:type="spellStart"/>
      <w:r w:rsidRPr="00491C1A">
        <w:rPr>
          <w:lang w:val="fr-FR"/>
        </w:rPr>
        <w:t>skladu</w:t>
      </w:r>
      <w:proofErr w:type="spellEnd"/>
      <w:r w:rsidRPr="00491C1A">
        <w:rPr>
          <w:lang w:val="fr-FR"/>
        </w:rPr>
        <w:t xml:space="preserve"> sa </w:t>
      </w:r>
      <w:proofErr w:type="spellStart"/>
      <w:r w:rsidRPr="00491C1A">
        <w:rPr>
          <w:lang w:val="fr-FR"/>
        </w:rPr>
        <w:t>postupcima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propisanim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ovim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Uputstvom</w:t>
      </w:r>
      <w:proofErr w:type="spellEnd"/>
      <w:r w:rsidR="002C0465" w:rsidRPr="00491C1A">
        <w:rPr>
          <w:lang w:val="fr-FR"/>
        </w:rPr>
        <w:t xml:space="preserve"> i </w:t>
      </w:r>
      <w:proofErr w:type="spellStart"/>
      <w:r w:rsidR="002C0465" w:rsidRPr="00491C1A">
        <w:rPr>
          <w:lang w:val="fr-FR"/>
        </w:rPr>
        <w:t>Uputstvom</w:t>
      </w:r>
      <w:proofErr w:type="spellEnd"/>
      <w:r w:rsidR="002C0465" w:rsidRPr="00491C1A">
        <w:rPr>
          <w:lang w:val="fr-FR"/>
        </w:rPr>
        <w:t xml:space="preserve"> </w:t>
      </w:r>
      <w:proofErr w:type="spellStart"/>
      <w:r w:rsidR="00021243" w:rsidRPr="00491C1A">
        <w:rPr>
          <w:lang w:val="fr-FR"/>
        </w:rPr>
        <w:t>za</w:t>
      </w:r>
      <w:proofErr w:type="spellEnd"/>
      <w:r w:rsidR="00021243" w:rsidRPr="00491C1A">
        <w:rPr>
          <w:lang w:val="fr-FR"/>
        </w:rPr>
        <w:t xml:space="preserve"> </w:t>
      </w:r>
      <w:proofErr w:type="spellStart"/>
      <w:r w:rsidR="00021243" w:rsidRPr="00491C1A">
        <w:rPr>
          <w:lang w:val="fr-FR"/>
        </w:rPr>
        <w:t>korišćenje</w:t>
      </w:r>
      <w:proofErr w:type="spellEnd"/>
      <w:r w:rsidR="00021243" w:rsidRPr="00491C1A">
        <w:rPr>
          <w:lang w:val="fr-FR"/>
        </w:rPr>
        <w:t xml:space="preserve">, </w:t>
      </w:r>
      <w:proofErr w:type="spellStart"/>
      <w:r w:rsidR="00021243" w:rsidRPr="00491C1A">
        <w:rPr>
          <w:lang w:val="fr-FR"/>
        </w:rPr>
        <w:t>podešavanje</w:t>
      </w:r>
      <w:proofErr w:type="spellEnd"/>
      <w:r w:rsidR="00021243" w:rsidRPr="00491C1A">
        <w:rPr>
          <w:lang w:val="fr-FR"/>
        </w:rPr>
        <w:t xml:space="preserve"> i </w:t>
      </w:r>
      <w:proofErr w:type="spellStart"/>
      <w:r w:rsidR="00021243" w:rsidRPr="00491C1A">
        <w:rPr>
          <w:lang w:val="fr-FR"/>
        </w:rPr>
        <w:t>održavanje</w:t>
      </w:r>
      <w:proofErr w:type="spellEnd"/>
      <w:r w:rsidR="00021243" w:rsidRPr="00491C1A">
        <w:rPr>
          <w:lang w:val="fr-FR"/>
        </w:rPr>
        <w:t xml:space="preserve"> </w:t>
      </w:r>
      <w:proofErr w:type="spellStart"/>
      <w:r w:rsidR="00021243" w:rsidRPr="00491C1A">
        <w:rPr>
          <w:lang w:val="fr-FR"/>
        </w:rPr>
        <w:t>opreme</w:t>
      </w:r>
      <w:proofErr w:type="spellEnd"/>
      <w:r w:rsidR="008A362A">
        <w:rPr>
          <w:lang w:val="fr-FR"/>
        </w:rPr>
        <w:t xml:space="preserve"> </w:t>
      </w:r>
      <w:proofErr w:type="spellStart"/>
      <w:r w:rsidR="008A362A">
        <w:rPr>
          <w:lang w:val="fr-FR"/>
        </w:rPr>
        <w:t>koja</w:t>
      </w:r>
      <w:proofErr w:type="spellEnd"/>
      <w:r w:rsidR="008A362A">
        <w:rPr>
          <w:lang w:val="fr-FR"/>
        </w:rPr>
        <w:t xml:space="preserve"> se </w:t>
      </w:r>
      <w:proofErr w:type="spellStart"/>
      <w:r w:rsidR="008A362A">
        <w:rPr>
          <w:lang w:val="fr-FR"/>
        </w:rPr>
        <w:t>koristi</w:t>
      </w:r>
      <w:proofErr w:type="spellEnd"/>
      <w:r w:rsidR="008A362A">
        <w:rPr>
          <w:lang w:val="fr-FR"/>
        </w:rPr>
        <w:t xml:space="preserve"> u </w:t>
      </w:r>
      <w:proofErr w:type="spellStart"/>
      <w:r w:rsidR="008A362A">
        <w:rPr>
          <w:lang w:val="fr-FR"/>
        </w:rPr>
        <w:t>programu</w:t>
      </w:r>
      <w:proofErr w:type="spellEnd"/>
      <w:r w:rsidR="008A362A">
        <w:rPr>
          <w:lang w:val="fr-FR"/>
        </w:rPr>
        <w:t xml:space="preserve"> </w:t>
      </w:r>
      <w:proofErr w:type="spellStart"/>
      <w:r w:rsidR="008A362A">
        <w:rPr>
          <w:lang w:val="fr-FR"/>
        </w:rPr>
        <w:t>markiranja</w:t>
      </w:r>
      <w:proofErr w:type="spellEnd"/>
      <w:r w:rsidR="008A362A">
        <w:rPr>
          <w:lang w:val="fr-FR"/>
        </w:rPr>
        <w:t xml:space="preserve"> </w:t>
      </w:r>
      <w:proofErr w:type="spellStart"/>
      <w:r w:rsidR="008A362A">
        <w:rPr>
          <w:lang w:val="fr-FR"/>
        </w:rPr>
        <w:t>goriva</w:t>
      </w:r>
      <w:proofErr w:type="spellEnd"/>
      <w:r w:rsidR="008A362A">
        <w:rPr>
          <w:lang w:val="fr-FR"/>
        </w:rPr>
        <w:t xml:space="preserve"> u </w:t>
      </w:r>
      <w:proofErr w:type="spellStart"/>
      <w:r w:rsidR="008A362A">
        <w:rPr>
          <w:lang w:val="fr-FR"/>
        </w:rPr>
        <w:t>Crnoj</w:t>
      </w:r>
      <w:proofErr w:type="spellEnd"/>
      <w:r w:rsidR="008A362A">
        <w:rPr>
          <w:lang w:val="fr-FR"/>
        </w:rPr>
        <w:t xml:space="preserve"> Gori.</w:t>
      </w:r>
    </w:p>
    <w:p w14:paraId="41CADBD7" w14:textId="46A1A0B7" w:rsidR="00A11743" w:rsidRPr="00293F59" w:rsidRDefault="00A11743" w:rsidP="00A11743">
      <w:pPr>
        <w:jc w:val="both"/>
        <w:rPr>
          <w:b/>
          <w:bCs/>
          <w:lang w:val="sr-Latn-ME"/>
        </w:rPr>
      </w:pPr>
      <w:proofErr w:type="spellStart"/>
      <w:r w:rsidRPr="00491C1A">
        <w:rPr>
          <w:b/>
          <w:bCs/>
          <w:lang w:val="fr-FR"/>
        </w:rPr>
        <w:t>Postupak</w:t>
      </w:r>
      <w:proofErr w:type="spellEnd"/>
      <w:r w:rsidRPr="00491C1A">
        <w:rPr>
          <w:b/>
          <w:bCs/>
          <w:lang w:val="fr-FR"/>
        </w:rPr>
        <w:t xml:space="preserve"> u </w:t>
      </w:r>
      <w:proofErr w:type="spellStart"/>
      <w:r w:rsidRPr="00491C1A">
        <w:rPr>
          <w:b/>
          <w:bCs/>
          <w:lang w:val="fr-FR"/>
        </w:rPr>
        <w:t>slu</w:t>
      </w:r>
      <w:proofErr w:type="spellEnd"/>
      <w:r w:rsidRPr="00095752">
        <w:rPr>
          <w:b/>
          <w:bCs/>
          <w:lang w:val="sr-Latn-ME"/>
        </w:rPr>
        <w:t xml:space="preserve">čaju </w:t>
      </w:r>
      <w:r w:rsidR="004D60A7">
        <w:rPr>
          <w:b/>
          <w:bCs/>
          <w:lang w:val="sr-Latn-ME"/>
        </w:rPr>
        <w:t>zadovoljavajućeg</w:t>
      </w:r>
      <w:r w:rsidRPr="00095752">
        <w:rPr>
          <w:b/>
          <w:bCs/>
          <w:lang w:val="sr-Latn-ME"/>
        </w:rPr>
        <w:t xml:space="preserve"> rezultata</w:t>
      </w:r>
    </w:p>
    <w:p w14:paraId="1D76BB38" w14:textId="52828C4E" w:rsidR="00CE1F86" w:rsidRPr="00491C1A" w:rsidRDefault="00CE1F86" w:rsidP="00CE1F86">
      <w:pPr>
        <w:jc w:val="both"/>
        <w:rPr>
          <w:lang w:val="fr-FR"/>
        </w:rPr>
      </w:pPr>
      <w:r w:rsidRPr="00491C1A">
        <w:rPr>
          <w:lang w:val="fr-FR"/>
        </w:rPr>
        <w:t xml:space="preserve">U </w:t>
      </w:r>
      <w:proofErr w:type="spellStart"/>
      <w:r w:rsidRPr="00491C1A">
        <w:rPr>
          <w:lang w:val="fr-FR"/>
        </w:rPr>
        <w:t>slučaju</w:t>
      </w:r>
      <w:proofErr w:type="spellEnd"/>
      <w:r w:rsidRPr="00491C1A">
        <w:rPr>
          <w:lang w:val="fr-FR"/>
        </w:rPr>
        <w:t xml:space="preserve"> </w:t>
      </w:r>
      <w:proofErr w:type="spellStart"/>
      <w:r w:rsidR="004D60A7">
        <w:rPr>
          <w:lang w:val="fr-FR"/>
        </w:rPr>
        <w:t>zadovoljavajućeg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rezultata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provjere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koncentracije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markera</w:t>
      </w:r>
      <w:proofErr w:type="spellEnd"/>
      <w:r w:rsidRPr="00491C1A">
        <w:rPr>
          <w:lang w:val="fr-FR"/>
        </w:rPr>
        <w:t xml:space="preserve"> na LSX </w:t>
      </w:r>
      <w:proofErr w:type="spellStart"/>
      <w:r w:rsidRPr="00491C1A">
        <w:rPr>
          <w:lang w:val="fr-FR"/>
        </w:rPr>
        <w:t>mobilnom</w:t>
      </w:r>
      <w:proofErr w:type="spellEnd"/>
      <w:r w:rsidRPr="00491C1A">
        <w:rPr>
          <w:lang w:val="fr-FR"/>
        </w:rPr>
        <w:t xml:space="preserve"> </w:t>
      </w:r>
      <w:proofErr w:type="spellStart"/>
      <w:r w:rsidR="00302100">
        <w:rPr>
          <w:lang w:val="fr-FR"/>
        </w:rPr>
        <w:t>analizatoru</w:t>
      </w:r>
      <w:proofErr w:type="spellEnd"/>
      <w:r w:rsidRPr="00491C1A">
        <w:rPr>
          <w:lang w:val="fr-FR"/>
        </w:rPr>
        <w:t xml:space="preserve">, </w:t>
      </w:r>
      <w:proofErr w:type="spellStart"/>
      <w:r w:rsidRPr="00491C1A">
        <w:rPr>
          <w:lang w:val="fr-FR"/>
        </w:rPr>
        <w:t>sačinjava</w:t>
      </w:r>
      <w:proofErr w:type="spellEnd"/>
      <w:r w:rsidRPr="00491C1A">
        <w:rPr>
          <w:lang w:val="fr-FR"/>
        </w:rPr>
        <w:t xml:space="preserve"> se i </w:t>
      </w:r>
      <w:proofErr w:type="spellStart"/>
      <w:r w:rsidRPr="00491C1A">
        <w:rPr>
          <w:lang w:val="fr-FR"/>
        </w:rPr>
        <w:t>izdaje</w:t>
      </w:r>
      <w:proofErr w:type="spellEnd"/>
      <w:r w:rsidRPr="00491C1A">
        <w:rPr>
          <w:lang w:val="fr-FR"/>
        </w:rPr>
        <w:t xml:space="preserve"> „</w:t>
      </w:r>
      <w:proofErr w:type="spellStart"/>
      <w:r w:rsidRPr="00491C1A">
        <w:rPr>
          <w:b/>
          <w:bCs/>
          <w:lang w:val="fr-FR"/>
        </w:rPr>
        <w:t>Izvještaj</w:t>
      </w:r>
      <w:proofErr w:type="spellEnd"/>
      <w:r w:rsidRPr="00491C1A">
        <w:rPr>
          <w:b/>
          <w:bCs/>
          <w:lang w:val="fr-FR"/>
        </w:rPr>
        <w:t xml:space="preserve"> o </w:t>
      </w:r>
      <w:proofErr w:type="spellStart"/>
      <w:r w:rsidRPr="00491C1A">
        <w:rPr>
          <w:b/>
          <w:bCs/>
          <w:lang w:val="fr-FR"/>
        </w:rPr>
        <w:t>provjeri</w:t>
      </w:r>
      <w:proofErr w:type="spellEnd"/>
      <w:r w:rsidRPr="00491C1A">
        <w:rPr>
          <w:b/>
          <w:bCs/>
          <w:lang w:val="fr-FR"/>
        </w:rPr>
        <w:t xml:space="preserve"> </w:t>
      </w:r>
      <w:proofErr w:type="spellStart"/>
      <w:r w:rsidRPr="00491C1A">
        <w:rPr>
          <w:b/>
          <w:bCs/>
          <w:lang w:val="fr-FR"/>
        </w:rPr>
        <w:t>koncentracije</w:t>
      </w:r>
      <w:proofErr w:type="spellEnd"/>
      <w:r w:rsidRPr="00491C1A">
        <w:rPr>
          <w:b/>
          <w:bCs/>
          <w:lang w:val="fr-FR"/>
        </w:rPr>
        <w:t xml:space="preserve"> </w:t>
      </w:r>
      <w:proofErr w:type="spellStart"/>
      <w:r w:rsidRPr="00491C1A">
        <w:rPr>
          <w:b/>
          <w:bCs/>
          <w:lang w:val="fr-FR"/>
        </w:rPr>
        <w:t>markera</w:t>
      </w:r>
      <w:proofErr w:type="spellEnd"/>
      <w:r w:rsidRPr="00491C1A">
        <w:rPr>
          <w:b/>
          <w:bCs/>
          <w:lang w:val="fr-FR"/>
        </w:rPr>
        <w:t xml:space="preserve"> na </w:t>
      </w:r>
      <w:proofErr w:type="spellStart"/>
      <w:r w:rsidRPr="00491C1A">
        <w:rPr>
          <w:b/>
          <w:bCs/>
          <w:lang w:val="fr-FR"/>
        </w:rPr>
        <w:t>terenu</w:t>
      </w:r>
      <w:proofErr w:type="spellEnd"/>
      <w:r w:rsidRPr="00491C1A">
        <w:rPr>
          <w:lang w:val="fr-FR"/>
        </w:rPr>
        <w:t xml:space="preserve">“. </w:t>
      </w:r>
      <w:proofErr w:type="spellStart"/>
      <w:r w:rsidRPr="00491C1A">
        <w:rPr>
          <w:lang w:val="fr-FR"/>
        </w:rPr>
        <w:t>Izvještaj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potpisuju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predstavnik</w:t>
      </w:r>
      <w:proofErr w:type="spellEnd"/>
      <w:r w:rsidRPr="00491C1A">
        <w:rPr>
          <w:lang w:val="fr-FR"/>
        </w:rPr>
        <w:t xml:space="preserve"> </w:t>
      </w:r>
      <w:proofErr w:type="spellStart"/>
      <w:r w:rsidR="00207DC3">
        <w:rPr>
          <w:lang w:val="fr-FR"/>
        </w:rPr>
        <w:t>Pružaoca</w:t>
      </w:r>
      <w:proofErr w:type="spellEnd"/>
      <w:r w:rsidR="00207DC3">
        <w:rPr>
          <w:lang w:val="fr-FR"/>
        </w:rPr>
        <w:t xml:space="preserve"> </w:t>
      </w:r>
      <w:proofErr w:type="spellStart"/>
      <w:r w:rsidR="00207DC3">
        <w:rPr>
          <w:lang w:val="fr-FR"/>
        </w:rPr>
        <w:t>usluge</w:t>
      </w:r>
      <w:proofErr w:type="spellEnd"/>
      <w:r w:rsidR="00D55866">
        <w:rPr>
          <w:lang w:val="fr-FR"/>
        </w:rPr>
        <w:t xml:space="preserve"> </w:t>
      </w:r>
      <w:r w:rsidRPr="00491C1A">
        <w:rPr>
          <w:lang w:val="fr-FR"/>
        </w:rPr>
        <w:t xml:space="preserve">te </w:t>
      </w:r>
      <w:proofErr w:type="spellStart"/>
      <w:r w:rsidRPr="00491C1A">
        <w:rPr>
          <w:lang w:val="fr-FR"/>
        </w:rPr>
        <w:t>odgovorno</w:t>
      </w:r>
      <w:proofErr w:type="spellEnd"/>
      <w:r w:rsidRPr="00491C1A">
        <w:rPr>
          <w:lang w:val="fr-FR"/>
        </w:rPr>
        <w:t xml:space="preserve"> lice </w:t>
      </w:r>
      <w:proofErr w:type="spellStart"/>
      <w:r w:rsidRPr="00491C1A">
        <w:rPr>
          <w:lang w:val="fr-FR"/>
        </w:rPr>
        <w:t>objekta</w:t>
      </w:r>
      <w:proofErr w:type="spellEnd"/>
      <w:r w:rsidRPr="00491C1A">
        <w:rPr>
          <w:lang w:val="fr-FR"/>
        </w:rPr>
        <w:t xml:space="preserve"> u </w:t>
      </w:r>
      <w:proofErr w:type="spellStart"/>
      <w:r w:rsidRPr="00491C1A">
        <w:rPr>
          <w:lang w:val="fr-FR"/>
        </w:rPr>
        <w:t>kojem</w:t>
      </w:r>
      <w:proofErr w:type="spellEnd"/>
      <w:r w:rsidRPr="00491C1A">
        <w:rPr>
          <w:lang w:val="fr-FR"/>
        </w:rPr>
        <w:t xml:space="preserve"> je </w:t>
      </w:r>
      <w:proofErr w:type="spellStart"/>
      <w:r w:rsidRPr="00491C1A">
        <w:rPr>
          <w:lang w:val="fr-FR"/>
        </w:rPr>
        <w:t>izvršena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kontrola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ili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njegov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ovlašteni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predstavnik</w:t>
      </w:r>
      <w:proofErr w:type="spellEnd"/>
      <w:r w:rsidR="004B36BE">
        <w:rPr>
          <w:lang w:val="fr-FR"/>
        </w:rPr>
        <w:t xml:space="preserve"> </w:t>
      </w:r>
      <w:proofErr w:type="spellStart"/>
      <w:r w:rsidR="004B36BE">
        <w:rPr>
          <w:lang w:val="fr-FR"/>
        </w:rPr>
        <w:t>kao</w:t>
      </w:r>
      <w:proofErr w:type="spellEnd"/>
      <w:r w:rsidR="004B36BE">
        <w:rPr>
          <w:lang w:val="fr-FR"/>
        </w:rPr>
        <w:t xml:space="preserve"> i </w:t>
      </w:r>
      <w:proofErr w:type="spellStart"/>
      <w:r w:rsidR="0014027C">
        <w:rPr>
          <w:lang w:val="fr-FR"/>
        </w:rPr>
        <w:t>inspektor</w:t>
      </w:r>
      <w:proofErr w:type="spellEnd"/>
      <w:r w:rsidR="0014027C">
        <w:rPr>
          <w:lang w:val="fr-FR"/>
        </w:rPr>
        <w:t xml:space="preserve"> </w:t>
      </w:r>
      <w:proofErr w:type="spellStart"/>
      <w:r w:rsidR="0014027C">
        <w:rPr>
          <w:lang w:val="fr-FR"/>
        </w:rPr>
        <w:t>za</w:t>
      </w:r>
      <w:proofErr w:type="spellEnd"/>
      <w:r w:rsidR="0014027C">
        <w:rPr>
          <w:lang w:val="fr-FR"/>
        </w:rPr>
        <w:t xml:space="preserve"> </w:t>
      </w:r>
      <w:proofErr w:type="spellStart"/>
      <w:r w:rsidR="0014027C">
        <w:rPr>
          <w:lang w:val="fr-FR"/>
        </w:rPr>
        <w:t>ugljovodonike</w:t>
      </w:r>
      <w:proofErr w:type="spellEnd"/>
      <w:r w:rsidR="0014027C">
        <w:rPr>
          <w:lang w:val="fr-FR"/>
        </w:rPr>
        <w:t>.</w:t>
      </w:r>
    </w:p>
    <w:p w14:paraId="03C58117" w14:textId="754D650C" w:rsidR="00444C58" w:rsidRPr="00491C1A" w:rsidRDefault="00444C58" w:rsidP="00CE1F86">
      <w:pPr>
        <w:jc w:val="both"/>
        <w:rPr>
          <w:lang w:val="fr-FR"/>
        </w:rPr>
      </w:pPr>
      <w:proofErr w:type="spellStart"/>
      <w:r w:rsidRPr="00491C1A">
        <w:rPr>
          <w:b/>
          <w:bCs/>
          <w:lang w:val="fr-FR"/>
        </w:rPr>
        <w:lastRenderedPageBreak/>
        <w:t>Postupak</w:t>
      </w:r>
      <w:proofErr w:type="spellEnd"/>
      <w:r w:rsidRPr="00491C1A">
        <w:rPr>
          <w:b/>
          <w:bCs/>
          <w:lang w:val="fr-FR"/>
        </w:rPr>
        <w:t xml:space="preserve"> u </w:t>
      </w:r>
      <w:proofErr w:type="spellStart"/>
      <w:r w:rsidRPr="00491C1A">
        <w:rPr>
          <w:b/>
          <w:bCs/>
          <w:lang w:val="fr-FR"/>
        </w:rPr>
        <w:t>slu</w:t>
      </w:r>
      <w:proofErr w:type="spellEnd"/>
      <w:r w:rsidRPr="00095752">
        <w:rPr>
          <w:b/>
          <w:bCs/>
          <w:lang w:val="sr-Latn-ME"/>
        </w:rPr>
        <w:t>čaju rezultata</w:t>
      </w:r>
      <w:r>
        <w:rPr>
          <w:b/>
          <w:bCs/>
          <w:lang w:val="sr-Latn-ME"/>
        </w:rPr>
        <w:t xml:space="preserve"> koji nije </w:t>
      </w:r>
      <w:r w:rsidR="001746ED">
        <w:rPr>
          <w:b/>
          <w:bCs/>
          <w:lang w:val="sr-Latn-ME"/>
        </w:rPr>
        <w:t>zadovoljavajući</w:t>
      </w:r>
    </w:p>
    <w:p w14:paraId="33F22821" w14:textId="3A248F4F" w:rsidR="00B973B4" w:rsidRPr="00491C1A" w:rsidRDefault="00B973B4" w:rsidP="00B973B4">
      <w:pPr>
        <w:jc w:val="both"/>
        <w:rPr>
          <w:lang w:val="fr-FR"/>
        </w:rPr>
      </w:pPr>
      <w:r w:rsidRPr="00491C1A">
        <w:rPr>
          <w:lang w:val="fr-FR"/>
        </w:rPr>
        <w:t xml:space="preserve">U </w:t>
      </w:r>
      <w:proofErr w:type="spellStart"/>
      <w:r w:rsidRPr="00491C1A">
        <w:rPr>
          <w:lang w:val="fr-FR"/>
        </w:rPr>
        <w:t>slučaju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rezultata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koji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nije</w:t>
      </w:r>
      <w:proofErr w:type="spellEnd"/>
      <w:r w:rsidRPr="00491C1A">
        <w:rPr>
          <w:lang w:val="fr-FR"/>
        </w:rPr>
        <w:t xml:space="preserve"> </w:t>
      </w:r>
      <w:proofErr w:type="spellStart"/>
      <w:r w:rsidR="00FE7CF5">
        <w:rPr>
          <w:lang w:val="fr-FR"/>
        </w:rPr>
        <w:t>zadovoljavajući</w:t>
      </w:r>
      <w:proofErr w:type="spellEnd"/>
      <w:r w:rsidRPr="00491C1A">
        <w:rPr>
          <w:lang w:val="fr-FR"/>
        </w:rPr>
        <w:t xml:space="preserve">, </w:t>
      </w:r>
      <w:proofErr w:type="spellStart"/>
      <w:r w:rsidRPr="00491C1A">
        <w:rPr>
          <w:lang w:val="fr-FR"/>
        </w:rPr>
        <w:t>vrši</w:t>
      </w:r>
      <w:proofErr w:type="spellEnd"/>
      <w:r w:rsidRPr="00491C1A">
        <w:rPr>
          <w:lang w:val="fr-FR"/>
        </w:rPr>
        <w:t xml:space="preserve"> se </w:t>
      </w:r>
      <w:proofErr w:type="spellStart"/>
      <w:r w:rsidRPr="00491C1A">
        <w:rPr>
          <w:lang w:val="fr-FR"/>
        </w:rPr>
        <w:t>ponovno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uzorkovanje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iz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istog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izvora</w:t>
      </w:r>
      <w:proofErr w:type="spellEnd"/>
      <w:r w:rsidRPr="00491C1A">
        <w:rPr>
          <w:lang w:val="fr-FR"/>
        </w:rPr>
        <w:t xml:space="preserve"> i </w:t>
      </w:r>
      <w:proofErr w:type="spellStart"/>
      <w:r w:rsidRPr="00491C1A">
        <w:rPr>
          <w:lang w:val="fr-FR"/>
        </w:rPr>
        <w:t>ponovna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provjera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koncentracije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markera</w:t>
      </w:r>
      <w:proofErr w:type="spellEnd"/>
      <w:r w:rsidRPr="00491C1A">
        <w:rPr>
          <w:lang w:val="fr-FR"/>
        </w:rPr>
        <w:t xml:space="preserve"> na </w:t>
      </w:r>
      <w:proofErr w:type="spellStart"/>
      <w:r w:rsidRPr="00491C1A">
        <w:rPr>
          <w:lang w:val="fr-FR"/>
        </w:rPr>
        <w:t>mobilnom</w:t>
      </w:r>
      <w:proofErr w:type="spellEnd"/>
      <w:r w:rsidRPr="00491C1A">
        <w:rPr>
          <w:lang w:val="fr-FR"/>
        </w:rPr>
        <w:t xml:space="preserve"> </w:t>
      </w:r>
      <w:r w:rsidR="004B0311">
        <w:rPr>
          <w:lang w:val="fr-FR"/>
        </w:rPr>
        <w:t xml:space="preserve">LSX </w:t>
      </w:r>
      <w:proofErr w:type="spellStart"/>
      <w:r w:rsidR="00D9720F">
        <w:rPr>
          <w:lang w:val="fr-FR"/>
        </w:rPr>
        <w:t>analizator</w:t>
      </w:r>
      <w:r w:rsidRPr="00491C1A">
        <w:rPr>
          <w:lang w:val="fr-FR"/>
        </w:rPr>
        <w:t>u</w:t>
      </w:r>
      <w:proofErr w:type="spellEnd"/>
      <w:r w:rsidRPr="00491C1A">
        <w:rPr>
          <w:lang w:val="fr-FR"/>
        </w:rPr>
        <w:t xml:space="preserve"> na </w:t>
      </w:r>
      <w:proofErr w:type="spellStart"/>
      <w:r w:rsidRPr="00491C1A">
        <w:rPr>
          <w:lang w:val="fr-FR"/>
        </w:rPr>
        <w:t>terenu</w:t>
      </w:r>
      <w:proofErr w:type="spellEnd"/>
      <w:r w:rsidRPr="00491C1A">
        <w:rPr>
          <w:lang w:val="fr-FR"/>
        </w:rPr>
        <w:t>.</w:t>
      </w:r>
    </w:p>
    <w:p w14:paraId="6BFA5626" w14:textId="71F0FD45" w:rsidR="00B973B4" w:rsidRPr="004B0311" w:rsidRDefault="00B973B4" w:rsidP="00B973B4">
      <w:pPr>
        <w:jc w:val="both"/>
        <w:rPr>
          <w:lang w:val="fr-FR"/>
        </w:rPr>
      </w:pPr>
      <w:proofErr w:type="spellStart"/>
      <w:r w:rsidRPr="004B0311">
        <w:rPr>
          <w:lang w:val="fr-FR"/>
        </w:rPr>
        <w:t>Ukoliko</w:t>
      </w:r>
      <w:proofErr w:type="spellEnd"/>
      <w:r w:rsidRPr="004B0311">
        <w:rPr>
          <w:lang w:val="fr-FR"/>
        </w:rPr>
        <w:t xml:space="preserve"> </w:t>
      </w:r>
      <w:proofErr w:type="spellStart"/>
      <w:r w:rsidRPr="004B0311">
        <w:rPr>
          <w:lang w:val="fr-FR"/>
        </w:rPr>
        <w:t>ponovljena</w:t>
      </w:r>
      <w:proofErr w:type="spellEnd"/>
      <w:r w:rsidRPr="004B0311">
        <w:rPr>
          <w:lang w:val="fr-FR"/>
        </w:rPr>
        <w:t xml:space="preserve"> </w:t>
      </w:r>
      <w:proofErr w:type="spellStart"/>
      <w:r w:rsidRPr="004B0311">
        <w:rPr>
          <w:lang w:val="fr-FR"/>
        </w:rPr>
        <w:t>provjera</w:t>
      </w:r>
      <w:proofErr w:type="spellEnd"/>
      <w:r w:rsidRPr="004B0311">
        <w:rPr>
          <w:lang w:val="fr-FR"/>
        </w:rPr>
        <w:t xml:space="preserve"> </w:t>
      </w:r>
      <w:proofErr w:type="spellStart"/>
      <w:r w:rsidR="004B0311" w:rsidRPr="004B0311">
        <w:rPr>
          <w:lang w:val="fr-FR"/>
        </w:rPr>
        <w:t>utvrdi</w:t>
      </w:r>
      <w:proofErr w:type="spellEnd"/>
      <w:r w:rsidR="004B0311" w:rsidRPr="004B0311">
        <w:rPr>
          <w:lang w:val="fr-FR"/>
        </w:rPr>
        <w:t xml:space="preserve"> </w:t>
      </w:r>
      <w:proofErr w:type="spellStart"/>
      <w:r w:rsidR="004B0311" w:rsidRPr="004B0311">
        <w:rPr>
          <w:lang w:val="fr-FR"/>
        </w:rPr>
        <w:t>zadovoljavajući</w:t>
      </w:r>
      <w:proofErr w:type="spellEnd"/>
      <w:r w:rsidRPr="004B0311">
        <w:rPr>
          <w:lang w:val="fr-FR"/>
        </w:rPr>
        <w:t xml:space="preserve"> </w:t>
      </w:r>
      <w:proofErr w:type="spellStart"/>
      <w:r w:rsidRPr="004B0311">
        <w:rPr>
          <w:lang w:val="fr-FR"/>
        </w:rPr>
        <w:t>rezultat</w:t>
      </w:r>
      <w:proofErr w:type="spellEnd"/>
      <w:r w:rsidRPr="004B0311">
        <w:rPr>
          <w:lang w:val="fr-FR"/>
        </w:rPr>
        <w:t xml:space="preserve">, </w:t>
      </w:r>
      <w:proofErr w:type="spellStart"/>
      <w:r w:rsidRPr="004B0311">
        <w:rPr>
          <w:lang w:val="fr-FR"/>
        </w:rPr>
        <w:t>sačinjava</w:t>
      </w:r>
      <w:proofErr w:type="spellEnd"/>
      <w:r w:rsidRPr="004B0311">
        <w:rPr>
          <w:lang w:val="fr-FR"/>
        </w:rPr>
        <w:t xml:space="preserve"> se i </w:t>
      </w:r>
      <w:proofErr w:type="spellStart"/>
      <w:r w:rsidRPr="004B0311">
        <w:rPr>
          <w:lang w:val="fr-FR"/>
        </w:rPr>
        <w:t>izdaje</w:t>
      </w:r>
      <w:proofErr w:type="spellEnd"/>
      <w:r w:rsidRPr="004B0311">
        <w:rPr>
          <w:lang w:val="fr-FR"/>
        </w:rPr>
        <w:t xml:space="preserve"> „</w:t>
      </w:r>
      <w:proofErr w:type="spellStart"/>
      <w:r w:rsidRPr="004B0311">
        <w:rPr>
          <w:b/>
          <w:bCs/>
          <w:lang w:val="fr-FR"/>
        </w:rPr>
        <w:t>Izvještaj</w:t>
      </w:r>
      <w:proofErr w:type="spellEnd"/>
      <w:r w:rsidRPr="004B0311">
        <w:rPr>
          <w:b/>
          <w:bCs/>
          <w:lang w:val="fr-FR"/>
        </w:rPr>
        <w:t xml:space="preserve"> o </w:t>
      </w:r>
      <w:proofErr w:type="spellStart"/>
      <w:r w:rsidRPr="004B0311">
        <w:rPr>
          <w:b/>
          <w:bCs/>
          <w:lang w:val="fr-FR"/>
        </w:rPr>
        <w:t>provjeri</w:t>
      </w:r>
      <w:proofErr w:type="spellEnd"/>
      <w:r w:rsidRPr="004B0311">
        <w:rPr>
          <w:b/>
          <w:bCs/>
          <w:lang w:val="fr-FR"/>
        </w:rPr>
        <w:t xml:space="preserve"> </w:t>
      </w:r>
      <w:proofErr w:type="spellStart"/>
      <w:r w:rsidRPr="004B0311">
        <w:rPr>
          <w:b/>
          <w:bCs/>
          <w:lang w:val="fr-FR"/>
        </w:rPr>
        <w:t>koncentracije</w:t>
      </w:r>
      <w:proofErr w:type="spellEnd"/>
      <w:r w:rsidRPr="004B0311">
        <w:rPr>
          <w:b/>
          <w:bCs/>
          <w:lang w:val="fr-FR"/>
        </w:rPr>
        <w:t xml:space="preserve"> </w:t>
      </w:r>
      <w:proofErr w:type="spellStart"/>
      <w:r w:rsidRPr="004B0311">
        <w:rPr>
          <w:b/>
          <w:bCs/>
          <w:lang w:val="fr-FR"/>
        </w:rPr>
        <w:t>markera</w:t>
      </w:r>
      <w:proofErr w:type="spellEnd"/>
      <w:r w:rsidRPr="004B0311">
        <w:rPr>
          <w:b/>
          <w:bCs/>
          <w:lang w:val="fr-FR"/>
        </w:rPr>
        <w:t xml:space="preserve"> na </w:t>
      </w:r>
      <w:proofErr w:type="spellStart"/>
      <w:r w:rsidRPr="004B0311">
        <w:rPr>
          <w:b/>
          <w:bCs/>
          <w:lang w:val="fr-FR"/>
        </w:rPr>
        <w:t>terenu</w:t>
      </w:r>
      <w:proofErr w:type="spellEnd"/>
      <w:r w:rsidRPr="004B0311">
        <w:rPr>
          <w:lang w:val="fr-FR"/>
        </w:rPr>
        <w:t>“</w:t>
      </w:r>
      <w:r w:rsidR="001925D8" w:rsidRPr="004B0311">
        <w:rPr>
          <w:lang w:val="fr-FR"/>
        </w:rPr>
        <w:t xml:space="preserve"> </w:t>
      </w:r>
      <w:proofErr w:type="spellStart"/>
      <w:r w:rsidR="001925D8" w:rsidRPr="004B0311">
        <w:rPr>
          <w:lang w:val="fr-FR"/>
        </w:rPr>
        <w:t>koji</w:t>
      </w:r>
      <w:proofErr w:type="spellEnd"/>
      <w:r w:rsidR="001925D8" w:rsidRPr="004B0311">
        <w:rPr>
          <w:lang w:val="fr-FR"/>
        </w:rPr>
        <w:t xml:space="preserve"> </w:t>
      </w:r>
      <w:proofErr w:type="spellStart"/>
      <w:r w:rsidR="001925D8" w:rsidRPr="004B0311">
        <w:rPr>
          <w:lang w:val="fr-FR"/>
        </w:rPr>
        <w:t>potpisuju</w:t>
      </w:r>
      <w:proofErr w:type="spellEnd"/>
      <w:r w:rsidR="001925D8" w:rsidRPr="004B0311">
        <w:rPr>
          <w:lang w:val="fr-FR"/>
        </w:rPr>
        <w:t xml:space="preserve"> </w:t>
      </w:r>
      <w:proofErr w:type="spellStart"/>
      <w:r w:rsidR="001925D8" w:rsidRPr="004B0311">
        <w:rPr>
          <w:lang w:val="fr-FR"/>
        </w:rPr>
        <w:t>predstavnik</w:t>
      </w:r>
      <w:proofErr w:type="spellEnd"/>
      <w:r w:rsidR="001925D8" w:rsidRPr="004B0311">
        <w:rPr>
          <w:lang w:val="fr-FR"/>
        </w:rPr>
        <w:t xml:space="preserve"> </w:t>
      </w:r>
      <w:proofErr w:type="spellStart"/>
      <w:r w:rsidR="001925D8" w:rsidRPr="004B0311">
        <w:rPr>
          <w:lang w:val="fr-FR"/>
        </w:rPr>
        <w:t>Pružaoca</w:t>
      </w:r>
      <w:proofErr w:type="spellEnd"/>
      <w:r w:rsidR="001925D8" w:rsidRPr="004B0311">
        <w:rPr>
          <w:lang w:val="fr-FR"/>
        </w:rPr>
        <w:t xml:space="preserve"> </w:t>
      </w:r>
      <w:proofErr w:type="spellStart"/>
      <w:r w:rsidR="001925D8" w:rsidRPr="004B0311">
        <w:rPr>
          <w:lang w:val="fr-FR"/>
        </w:rPr>
        <w:t>usluge</w:t>
      </w:r>
      <w:proofErr w:type="spellEnd"/>
      <w:r w:rsidR="001925D8" w:rsidRPr="004B0311">
        <w:rPr>
          <w:lang w:val="fr-FR"/>
        </w:rPr>
        <w:t xml:space="preserve"> te </w:t>
      </w:r>
      <w:proofErr w:type="spellStart"/>
      <w:r w:rsidR="001925D8" w:rsidRPr="004B0311">
        <w:rPr>
          <w:lang w:val="fr-FR"/>
        </w:rPr>
        <w:t>odgovorno</w:t>
      </w:r>
      <w:proofErr w:type="spellEnd"/>
      <w:r w:rsidR="001925D8" w:rsidRPr="004B0311">
        <w:rPr>
          <w:lang w:val="fr-FR"/>
        </w:rPr>
        <w:t xml:space="preserve"> lice </w:t>
      </w:r>
      <w:proofErr w:type="spellStart"/>
      <w:r w:rsidR="001925D8" w:rsidRPr="004B0311">
        <w:rPr>
          <w:lang w:val="fr-FR"/>
        </w:rPr>
        <w:t>objekta</w:t>
      </w:r>
      <w:proofErr w:type="spellEnd"/>
      <w:r w:rsidR="001925D8" w:rsidRPr="004B0311">
        <w:rPr>
          <w:lang w:val="fr-FR"/>
        </w:rPr>
        <w:t xml:space="preserve"> u </w:t>
      </w:r>
      <w:proofErr w:type="spellStart"/>
      <w:r w:rsidR="001925D8" w:rsidRPr="004B0311">
        <w:rPr>
          <w:lang w:val="fr-FR"/>
        </w:rPr>
        <w:t>kojem</w:t>
      </w:r>
      <w:proofErr w:type="spellEnd"/>
      <w:r w:rsidR="001925D8" w:rsidRPr="004B0311">
        <w:rPr>
          <w:lang w:val="fr-FR"/>
        </w:rPr>
        <w:t xml:space="preserve"> je </w:t>
      </w:r>
      <w:proofErr w:type="spellStart"/>
      <w:r w:rsidR="001925D8" w:rsidRPr="004B0311">
        <w:rPr>
          <w:lang w:val="fr-FR"/>
        </w:rPr>
        <w:t>izvršena</w:t>
      </w:r>
      <w:proofErr w:type="spellEnd"/>
      <w:r w:rsidR="001925D8" w:rsidRPr="004B0311">
        <w:rPr>
          <w:lang w:val="fr-FR"/>
        </w:rPr>
        <w:t xml:space="preserve"> </w:t>
      </w:r>
      <w:proofErr w:type="spellStart"/>
      <w:r w:rsidR="001925D8" w:rsidRPr="004B0311">
        <w:rPr>
          <w:lang w:val="fr-FR"/>
        </w:rPr>
        <w:t>kontrola</w:t>
      </w:r>
      <w:proofErr w:type="spellEnd"/>
      <w:r w:rsidR="001925D8" w:rsidRPr="004B0311">
        <w:rPr>
          <w:lang w:val="fr-FR"/>
        </w:rPr>
        <w:t xml:space="preserve"> </w:t>
      </w:r>
      <w:proofErr w:type="spellStart"/>
      <w:r w:rsidR="001925D8" w:rsidRPr="004B0311">
        <w:rPr>
          <w:lang w:val="fr-FR"/>
        </w:rPr>
        <w:t>ili</w:t>
      </w:r>
      <w:proofErr w:type="spellEnd"/>
      <w:r w:rsidR="001925D8" w:rsidRPr="004B0311">
        <w:rPr>
          <w:lang w:val="fr-FR"/>
        </w:rPr>
        <w:t xml:space="preserve"> </w:t>
      </w:r>
      <w:proofErr w:type="spellStart"/>
      <w:r w:rsidR="001925D8" w:rsidRPr="004B0311">
        <w:rPr>
          <w:lang w:val="fr-FR"/>
        </w:rPr>
        <w:t>njegov</w:t>
      </w:r>
      <w:proofErr w:type="spellEnd"/>
      <w:r w:rsidR="001925D8" w:rsidRPr="004B0311">
        <w:rPr>
          <w:lang w:val="fr-FR"/>
        </w:rPr>
        <w:t xml:space="preserve"> </w:t>
      </w:r>
      <w:proofErr w:type="spellStart"/>
      <w:r w:rsidR="001925D8" w:rsidRPr="004B0311">
        <w:rPr>
          <w:lang w:val="fr-FR"/>
        </w:rPr>
        <w:t>ovlašteni</w:t>
      </w:r>
      <w:proofErr w:type="spellEnd"/>
      <w:r w:rsidR="001925D8" w:rsidRPr="004B0311">
        <w:rPr>
          <w:lang w:val="fr-FR"/>
        </w:rPr>
        <w:t xml:space="preserve"> </w:t>
      </w:r>
      <w:proofErr w:type="spellStart"/>
      <w:r w:rsidR="001925D8" w:rsidRPr="004B0311">
        <w:rPr>
          <w:lang w:val="fr-FR"/>
        </w:rPr>
        <w:t>predstavnik</w:t>
      </w:r>
      <w:proofErr w:type="spellEnd"/>
      <w:r w:rsidR="001925D8" w:rsidRPr="004B0311">
        <w:rPr>
          <w:lang w:val="fr-FR"/>
        </w:rPr>
        <w:t xml:space="preserve"> </w:t>
      </w:r>
      <w:proofErr w:type="spellStart"/>
      <w:r w:rsidR="001925D8" w:rsidRPr="004B0311">
        <w:rPr>
          <w:lang w:val="fr-FR"/>
        </w:rPr>
        <w:t>kao</w:t>
      </w:r>
      <w:proofErr w:type="spellEnd"/>
      <w:r w:rsidR="001925D8" w:rsidRPr="004B0311">
        <w:rPr>
          <w:lang w:val="fr-FR"/>
        </w:rPr>
        <w:t xml:space="preserve"> i </w:t>
      </w:r>
      <w:proofErr w:type="spellStart"/>
      <w:r w:rsidR="001925D8" w:rsidRPr="004B0311">
        <w:rPr>
          <w:lang w:val="fr-FR"/>
        </w:rPr>
        <w:t>inspektor</w:t>
      </w:r>
      <w:proofErr w:type="spellEnd"/>
      <w:r w:rsidR="001925D8" w:rsidRPr="004B0311">
        <w:rPr>
          <w:lang w:val="fr-FR"/>
        </w:rPr>
        <w:t xml:space="preserve"> </w:t>
      </w:r>
      <w:proofErr w:type="spellStart"/>
      <w:r w:rsidR="001925D8" w:rsidRPr="004B0311">
        <w:rPr>
          <w:lang w:val="fr-FR"/>
        </w:rPr>
        <w:t>za</w:t>
      </w:r>
      <w:proofErr w:type="spellEnd"/>
      <w:r w:rsidR="001925D8" w:rsidRPr="004B0311">
        <w:rPr>
          <w:lang w:val="fr-FR"/>
        </w:rPr>
        <w:t xml:space="preserve"> </w:t>
      </w:r>
      <w:proofErr w:type="spellStart"/>
      <w:r w:rsidR="001925D8" w:rsidRPr="004B0311">
        <w:rPr>
          <w:lang w:val="fr-FR"/>
        </w:rPr>
        <w:t>ugljovodonike</w:t>
      </w:r>
      <w:proofErr w:type="spellEnd"/>
      <w:r w:rsidR="001925D8" w:rsidRPr="004B0311">
        <w:rPr>
          <w:lang w:val="fr-FR"/>
        </w:rPr>
        <w:t>.</w:t>
      </w:r>
    </w:p>
    <w:p w14:paraId="16628FEC" w14:textId="77777777" w:rsidR="004B0311" w:rsidRPr="00627C43" w:rsidRDefault="004B0311" w:rsidP="004B0311">
      <w:pPr>
        <w:jc w:val="both"/>
        <w:rPr>
          <w:rFonts w:cs="Times New Roman"/>
          <w:lang w:val="en-GB"/>
        </w:rPr>
      </w:pPr>
      <w:proofErr w:type="spellStart"/>
      <w:r w:rsidRPr="00627C43">
        <w:rPr>
          <w:rFonts w:cs="Times New Roman"/>
          <w:lang w:val="en-GB"/>
        </w:rPr>
        <w:t>Ukoliko</w:t>
      </w:r>
      <w:proofErr w:type="spellEnd"/>
      <w:r w:rsidRPr="00627C43">
        <w:rPr>
          <w:rFonts w:cs="Times New Roman"/>
          <w:lang w:val="en-GB"/>
        </w:rPr>
        <w:t xml:space="preserve"> </w:t>
      </w:r>
      <w:proofErr w:type="spellStart"/>
      <w:r w:rsidRPr="00627C43">
        <w:rPr>
          <w:rFonts w:cs="Times New Roman"/>
          <w:lang w:val="en-GB"/>
        </w:rPr>
        <w:t>odgovorno</w:t>
      </w:r>
      <w:proofErr w:type="spellEnd"/>
      <w:r w:rsidRPr="00627C43">
        <w:rPr>
          <w:rFonts w:cs="Times New Roman"/>
          <w:lang w:val="en-GB"/>
        </w:rPr>
        <w:t xml:space="preserve"> lice </w:t>
      </w:r>
      <w:proofErr w:type="spellStart"/>
      <w:r w:rsidRPr="00627C43">
        <w:rPr>
          <w:rFonts w:cs="Times New Roman"/>
          <w:lang w:val="en-GB"/>
        </w:rPr>
        <w:t>ili</w:t>
      </w:r>
      <w:proofErr w:type="spellEnd"/>
      <w:r w:rsidRPr="00627C43">
        <w:rPr>
          <w:rFonts w:cs="Times New Roman"/>
          <w:lang w:val="en-GB"/>
        </w:rPr>
        <w:t xml:space="preserve"> </w:t>
      </w:r>
      <w:proofErr w:type="spellStart"/>
      <w:r w:rsidRPr="00627C43">
        <w:rPr>
          <w:rFonts w:cs="Times New Roman"/>
          <w:lang w:val="en-GB"/>
        </w:rPr>
        <w:t>njegov</w:t>
      </w:r>
      <w:proofErr w:type="spellEnd"/>
      <w:r w:rsidRPr="00627C43">
        <w:rPr>
          <w:rFonts w:cs="Times New Roman"/>
          <w:lang w:val="en-GB"/>
        </w:rPr>
        <w:t xml:space="preserve"> </w:t>
      </w:r>
      <w:proofErr w:type="spellStart"/>
      <w:r w:rsidRPr="00627C43">
        <w:rPr>
          <w:rFonts w:cs="Times New Roman"/>
          <w:lang w:val="en-GB"/>
        </w:rPr>
        <w:t>ovlašteni</w:t>
      </w:r>
      <w:proofErr w:type="spellEnd"/>
      <w:r w:rsidRPr="00627C43">
        <w:rPr>
          <w:rFonts w:cs="Times New Roman"/>
          <w:lang w:val="en-GB"/>
        </w:rPr>
        <w:t xml:space="preserve"> </w:t>
      </w:r>
      <w:proofErr w:type="spellStart"/>
      <w:r w:rsidRPr="00627C43">
        <w:rPr>
          <w:rFonts w:cs="Times New Roman"/>
          <w:lang w:val="en-GB"/>
        </w:rPr>
        <w:t>predstavnik</w:t>
      </w:r>
      <w:proofErr w:type="spellEnd"/>
      <w:r w:rsidRPr="00627C43">
        <w:rPr>
          <w:rFonts w:cs="Times New Roman"/>
          <w:lang w:val="en-GB"/>
        </w:rPr>
        <w:t xml:space="preserve"> </w:t>
      </w:r>
      <w:proofErr w:type="spellStart"/>
      <w:r w:rsidRPr="00627C43">
        <w:rPr>
          <w:rFonts w:cs="Times New Roman"/>
          <w:lang w:val="en-GB"/>
        </w:rPr>
        <w:t>odbije</w:t>
      </w:r>
      <w:proofErr w:type="spellEnd"/>
      <w:r w:rsidRPr="00627C43">
        <w:rPr>
          <w:rFonts w:cs="Times New Roman"/>
          <w:lang w:val="en-GB"/>
        </w:rPr>
        <w:t xml:space="preserve"> </w:t>
      </w:r>
      <w:proofErr w:type="spellStart"/>
      <w:r w:rsidRPr="00627C43">
        <w:rPr>
          <w:rFonts w:cs="Times New Roman"/>
          <w:lang w:val="en-GB"/>
        </w:rPr>
        <w:t>verifikovati</w:t>
      </w:r>
      <w:proofErr w:type="spellEnd"/>
      <w:r w:rsidRPr="00627C43">
        <w:rPr>
          <w:rFonts w:cs="Times New Roman"/>
          <w:lang w:val="en-GB"/>
        </w:rPr>
        <w:t xml:space="preserve"> </w:t>
      </w:r>
      <w:proofErr w:type="spellStart"/>
      <w:r w:rsidRPr="00627C43">
        <w:rPr>
          <w:rFonts w:cs="Times New Roman"/>
          <w:lang w:val="en-GB"/>
        </w:rPr>
        <w:t>izvještaj</w:t>
      </w:r>
      <w:proofErr w:type="spellEnd"/>
      <w:r w:rsidRPr="00627C43">
        <w:rPr>
          <w:rFonts w:cs="Times New Roman"/>
          <w:lang w:val="en-GB"/>
        </w:rPr>
        <w:t xml:space="preserve">, ta </w:t>
      </w:r>
      <w:proofErr w:type="spellStart"/>
      <w:r w:rsidRPr="00627C43">
        <w:rPr>
          <w:rFonts w:cs="Times New Roman"/>
          <w:lang w:val="en-GB"/>
        </w:rPr>
        <w:t>činjenica</w:t>
      </w:r>
      <w:proofErr w:type="spellEnd"/>
      <w:r w:rsidRPr="00627C43">
        <w:rPr>
          <w:rFonts w:cs="Times New Roman"/>
          <w:lang w:val="en-GB"/>
        </w:rPr>
        <w:t xml:space="preserve"> se </w:t>
      </w:r>
      <w:proofErr w:type="spellStart"/>
      <w:r w:rsidRPr="00627C43">
        <w:rPr>
          <w:rFonts w:cs="Times New Roman"/>
          <w:lang w:val="en-GB"/>
        </w:rPr>
        <w:t>evidentira</w:t>
      </w:r>
      <w:proofErr w:type="spellEnd"/>
      <w:r w:rsidRPr="00627C43">
        <w:rPr>
          <w:rFonts w:cs="Times New Roman"/>
          <w:lang w:val="en-GB"/>
        </w:rPr>
        <w:t xml:space="preserve"> u </w:t>
      </w:r>
      <w:proofErr w:type="spellStart"/>
      <w:r w:rsidRPr="00627C43">
        <w:rPr>
          <w:rFonts w:cs="Times New Roman"/>
          <w:lang w:val="en-GB"/>
        </w:rPr>
        <w:t>izvještaju</w:t>
      </w:r>
      <w:proofErr w:type="spellEnd"/>
      <w:r w:rsidRPr="00627C43">
        <w:rPr>
          <w:rFonts w:cs="Times New Roman"/>
          <w:lang w:val="en-GB"/>
        </w:rPr>
        <w:t xml:space="preserve">. </w:t>
      </w:r>
      <w:proofErr w:type="spellStart"/>
      <w:r w:rsidRPr="00627C43">
        <w:rPr>
          <w:rFonts w:cs="Times New Roman"/>
          <w:lang w:val="en-GB"/>
        </w:rPr>
        <w:t>Odbijanje</w:t>
      </w:r>
      <w:proofErr w:type="spellEnd"/>
      <w:r w:rsidRPr="00627C43">
        <w:rPr>
          <w:rFonts w:cs="Times New Roman"/>
          <w:lang w:val="en-GB"/>
        </w:rPr>
        <w:t xml:space="preserve"> </w:t>
      </w:r>
      <w:proofErr w:type="spellStart"/>
      <w:r w:rsidRPr="00627C43">
        <w:rPr>
          <w:rFonts w:cs="Times New Roman"/>
          <w:lang w:val="en-GB"/>
        </w:rPr>
        <w:t>potpisa</w:t>
      </w:r>
      <w:proofErr w:type="spellEnd"/>
      <w:r w:rsidRPr="00627C43">
        <w:rPr>
          <w:rFonts w:cs="Times New Roman"/>
          <w:lang w:val="en-GB"/>
        </w:rPr>
        <w:t xml:space="preserve"> ne </w:t>
      </w:r>
      <w:proofErr w:type="spellStart"/>
      <w:r w:rsidRPr="00627C43">
        <w:rPr>
          <w:rFonts w:cs="Times New Roman"/>
          <w:lang w:val="en-GB"/>
        </w:rPr>
        <w:t>utiče</w:t>
      </w:r>
      <w:proofErr w:type="spellEnd"/>
      <w:r w:rsidRPr="00627C43">
        <w:rPr>
          <w:rFonts w:cs="Times New Roman"/>
          <w:lang w:val="en-GB"/>
        </w:rPr>
        <w:t xml:space="preserve"> </w:t>
      </w:r>
      <w:proofErr w:type="spellStart"/>
      <w:r w:rsidRPr="00627C43">
        <w:rPr>
          <w:rFonts w:cs="Times New Roman"/>
          <w:lang w:val="en-GB"/>
        </w:rPr>
        <w:t>na</w:t>
      </w:r>
      <w:proofErr w:type="spellEnd"/>
      <w:r w:rsidRPr="00627C43">
        <w:rPr>
          <w:rFonts w:cs="Times New Roman"/>
          <w:lang w:val="en-GB"/>
        </w:rPr>
        <w:t xml:space="preserve"> </w:t>
      </w:r>
      <w:proofErr w:type="spellStart"/>
      <w:r w:rsidRPr="00627C43">
        <w:rPr>
          <w:rFonts w:cs="Times New Roman"/>
          <w:lang w:val="en-GB"/>
        </w:rPr>
        <w:t>valjanost</w:t>
      </w:r>
      <w:proofErr w:type="spellEnd"/>
      <w:r w:rsidRPr="00627C43">
        <w:rPr>
          <w:rFonts w:cs="Times New Roman"/>
          <w:lang w:val="en-GB"/>
        </w:rPr>
        <w:t xml:space="preserve"> </w:t>
      </w:r>
      <w:proofErr w:type="spellStart"/>
      <w:r w:rsidRPr="00627C43">
        <w:rPr>
          <w:rFonts w:cs="Times New Roman"/>
          <w:lang w:val="en-GB"/>
        </w:rPr>
        <w:t>izvršene</w:t>
      </w:r>
      <w:proofErr w:type="spellEnd"/>
      <w:r w:rsidRPr="00627C43">
        <w:rPr>
          <w:rFonts w:cs="Times New Roman"/>
          <w:lang w:val="en-GB"/>
        </w:rPr>
        <w:t xml:space="preserve"> </w:t>
      </w:r>
      <w:proofErr w:type="spellStart"/>
      <w:r w:rsidRPr="00627C43">
        <w:rPr>
          <w:rFonts w:cs="Times New Roman"/>
          <w:lang w:val="en-GB"/>
        </w:rPr>
        <w:t>provjere</w:t>
      </w:r>
      <w:proofErr w:type="spellEnd"/>
      <w:r w:rsidRPr="00627C43">
        <w:rPr>
          <w:rFonts w:cs="Times New Roman"/>
          <w:lang w:val="en-GB"/>
        </w:rPr>
        <w:t xml:space="preserve">, </w:t>
      </w:r>
      <w:proofErr w:type="spellStart"/>
      <w:r w:rsidRPr="00627C43">
        <w:rPr>
          <w:rFonts w:cs="Times New Roman"/>
          <w:lang w:val="en-GB"/>
        </w:rPr>
        <w:t>rezultata</w:t>
      </w:r>
      <w:proofErr w:type="spellEnd"/>
      <w:r w:rsidRPr="00627C43">
        <w:rPr>
          <w:rFonts w:cs="Times New Roman"/>
          <w:lang w:val="en-GB"/>
        </w:rPr>
        <w:t xml:space="preserve"> </w:t>
      </w:r>
      <w:proofErr w:type="spellStart"/>
      <w:r w:rsidRPr="00627C43">
        <w:rPr>
          <w:rFonts w:cs="Times New Roman"/>
          <w:lang w:val="en-GB"/>
        </w:rPr>
        <w:t>mjerenja</w:t>
      </w:r>
      <w:proofErr w:type="spellEnd"/>
      <w:r w:rsidRPr="00627C43">
        <w:rPr>
          <w:rFonts w:cs="Times New Roman"/>
          <w:lang w:val="en-GB"/>
        </w:rPr>
        <w:t xml:space="preserve"> </w:t>
      </w:r>
      <w:proofErr w:type="spellStart"/>
      <w:r w:rsidRPr="00627C43">
        <w:rPr>
          <w:rFonts w:cs="Times New Roman"/>
          <w:lang w:val="en-GB"/>
        </w:rPr>
        <w:t>niti</w:t>
      </w:r>
      <w:proofErr w:type="spellEnd"/>
      <w:r w:rsidRPr="00627C43">
        <w:rPr>
          <w:rFonts w:cs="Times New Roman"/>
          <w:lang w:val="en-GB"/>
        </w:rPr>
        <w:t xml:space="preserve"> </w:t>
      </w:r>
      <w:proofErr w:type="spellStart"/>
      <w:r w:rsidRPr="00627C43">
        <w:rPr>
          <w:rFonts w:cs="Times New Roman"/>
          <w:lang w:val="en-GB"/>
        </w:rPr>
        <w:t>izdatog</w:t>
      </w:r>
      <w:proofErr w:type="spellEnd"/>
      <w:r w:rsidRPr="00627C43">
        <w:rPr>
          <w:rFonts w:cs="Times New Roman"/>
          <w:lang w:val="en-GB"/>
        </w:rPr>
        <w:t xml:space="preserve"> </w:t>
      </w:r>
      <w:proofErr w:type="spellStart"/>
      <w:r w:rsidRPr="00627C43">
        <w:rPr>
          <w:rFonts w:cs="Times New Roman"/>
          <w:lang w:val="en-GB"/>
        </w:rPr>
        <w:t>stručnog</w:t>
      </w:r>
      <w:proofErr w:type="spellEnd"/>
      <w:r w:rsidRPr="00627C43">
        <w:rPr>
          <w:rFonts w:cs="Times New Roman"/>
          <w:lang w:val="en-GB"/>
        </w:rPr>
        <w:t xml:space="preserve"> </w:t>
      </w:r>
      <w:proofErr w:type="spellStart"/>
      <w:r w:rsidRPr="00627C43">
        <w:rPr>
          <w:rFonts w:cs="Times New Roman"/>
          <w:lang w:val="en-GB"/>
        </w:rPr>
        <w:t>nalaza</w:t>
      </w:r>
      <w:proofErr w:type="spellEnd"/>
      <w:r w:rsidRPr="00627C43">
        <w:rPr>
          <w:rFonts w:cs="Times New Roman"/>
          <w:lang w:val="en-GB"/>
        </w:rPr>
        <w:t>.</w:t>
      </w:r>
    </w:p>
    <w:p w14:paraId="651C26CF" w14:textId="67836F3A" w:rsidR="0095781F" w:rsidRPr="00491C1A" w:rsidRDefault="002B1583" w:rsidP="0095781F">
      <w:pPr>
        <w:jc w:val="both"/>
        <w:rPr>
          <w:lang w:val="fr-FR"/>
        </w:rPr>
      </w:pPr>
      <w:proofErr w:type="spellStart"/>
      <w:r w:rsidRPr="00491C1A">
        <w:rPr>
          <w:lang w:val="fr-FR"/>
        </w:rPr>
        <w:t>Ukoliko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ponovljen</w:t>
      </w:r>
      <w:r w:rsidR="004B0311">
        <w:rPr>
          <w:lang w:val="fr-FR"/>
        </w:rPr>
        <w:t>a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provjer</w:t>
      </w:r>
      <w:r w:rsidR="004B0311">
        <w:rPr>
          <w:lang w:val="fr-FR"/>
        </w:rPr>
        <w:t>a</w:t>
      </w:r>
      <w:proofErr w:type="spellEnd"/>
      <w:r w:rsidR="004B0311">
        <w:rPr>
          <w:lang w:val="fr-FR"/>
        </w:rPr>
        <w:t xml:space="preserve"> </w:t>
      </w:r>
      <w:proofErr w:type="spellStart"/>
      <w:r w:rsidR="004B0311">
        <w:rPr>
          <w:lang w:val="fr-FR"/>
        </w:rPr>
        <w:t>potvrdi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rezultat</w:t>
      </w:r>
      <w:proofErr w:type="spellEnd"/>
      <w:r w:rsidR="004B0311">
        <w:rPr>
          <w:lang w:val="fr-FR"/>
        </w:rPr>
        <w:t xml:space="preserve"> </w:t>
      </w:r>
      <w:proofErr w:type="spellStart"/>
      <w:r w:rsidR="004B0311">
        <w:rPr>
          <w:lang w:val="fr-FR"/>
        </w:rPr>
        <w:t>koji</w:t>
      </w:r>
      <w:proofErr w:type="spellEnd"/>
      <w:r w:rsidR="004B0311">
        <w:rPr>
          <w:lang w:val="fr-FR"/>
        </w:rPr>
        <w:t xml:space="preserve"> </w:t>
      </w:r>
      <w:proofErr w:type="spellStart"/>
      <w:r w:rsidR="004B0311">
        <w:rPr>
          <w:lang w:val="fr-FR"/>
        </w:rPr>
        <w:t>nije</w:t>
      </w:r>
      <w:proofErr w:type="spellEnd"/>
      <w:r w:rsidR="004B0311">
        <w:rPr>
          <w:lang w:val="fr-FR"/>
        </w:rPr>
        <w:t xml:space="preserve"> </w:t>
      </w:r>
      <w:proofErr w:type="spellStart"/>
      <w:r w:rsidR="004B0311">
        <w:rPr>
          <w:lang w:val="fr-FR"/>
        </w:rPr>
        <w:t>zadovoljavajući</w:t>
      </w:r>
      <w:proofErr w:type="spellEnd"/>
      <w:r w:rsidRPr="00491C1A">
        <w:rPr>
          <w:lang w:val="fr-FR"/>
        </w:rPr>
        <w:t xml:space="preserve">, </w:t>
      </w:r>
      <w:proofErr w:type="spellStart"/>
      <w:r w:rsidR="00722768">
        <w:rPr>
          <w:lang w:val="fr-FR"/>
        </w:rPr>
        <w:t>inspektor</w:t>
      </w:r>
      <w:proofErr w:type="spellEnd"/>
      <w:r w:rsidR="00722768">
        <w:rPr>
          <w:lang w:val="fr-FR"/>
        </w:rPr>
        <w:t xml:space="preserve"> </w:t>
      </w:r>
      <w:proofErr w:type="spellStart"/>
      <w:r w:rsidR="00722768">
        <w:rPr>
          <w:lang w:val="fr-FR"/>
        </w:rPr>
        <w:t>za</w:t>
      </w:r>
      <w:proofErr w:type="spellEnd"/>
      <w:r w:rsidR="00722768">
        <w:rPr>
          <w:lang w:val="fr-FR"/>
        </w:rPr>
        <w:t xml:space="preserve"> </w:t>
      </w:r>
      <w:proofErr w:type="spellStart"/>
      <w:r w:rsidR="00722768">
        <w:rPr>
          <w:lang w:val="fr-FR"/>
        </w:rPr>
        <w:t>ugljovodonike</w:t>
      </w:r>
      <w:proofErr w:type="spellEnd"/>
      <w:r w:rsidR="00722768">
        <w:rPr>
          <w:lang w:val="fr-FR"/>
        </w:rPr>
        <w:t xml:space="preserve"> o tome </w:t>
      </w:r>
      <w:proofErr w:type="spellStart"/>
      <w:r w:rsidR="00722768">
        <w:rPr>
          <w:lang w:val="fr-FR"/>
        </w:rPr>
        <w:t>bez</w:t>
      </w:r>
      <w:proofErr w:type="spellEnd"/>
      <w:r w:rsidR="00722768">
        <w:rPr>
          <w:lang w:val="fr-FR"/>
        </w:rPr>
        <w:t xml:space="preserve"> </w:t>
      </w:r>
      <w:proofErr w:type="spellStart"/>
      <w:r w:rsidR="00722768">
        <w:rPr>
          <w:lang w:val="fr-FR"/>
        </w:rPr>
        <w:t>odlaganja</w:t>
      </w:r>
      <w:proofErr w:type="spellEnd"/>
      <w:r w:rsidR="00722768">
        <w:rPr>
          <w:lang w:val="fr-FR"/>
        </w:rPr>
        <w:t xml:space="preserve"> </w:t>
      </w:r>
      <w:proofErr w:type="spellStart"/>
      <w:r w:rsidR="00722768">
        <w:rPr>
          <w:lang w:val="fr-FR"/>
        </w:rPr>
        <w:t>obavještava</w:t>
      </w:r>
      <w:proofErr w:type="spellEnd"/>
      <w:r w:rsidR="00722768">
        <w:rPr>
          <w:lang w:val="fr-FR"/>
        </w:rPr>
        <w:t xml:space="preserve"> </w:t>
      </w:r>
      <w:proofErr w:type="spellStart"/>
      <w:r w:rsidR="00722768">
        <w:rPr>
          <w:lang w:val="fr-FR"/>
        </w:rPr>
        <w:t>tržišnog</w:t>
      </w:r>
      <w:proofErr w:type="spellEnd"/>
      <w:r w:rsidR="00722768">
        <w:rPr>
          <w:lang w:val="fr-FR"/>
        </w:rPr>
        <w:t xml:space="preserve"> </w:t>
      </w:r>
      <w:proofErr w:type="spellStart"/>
      <w:r w:rsidR="00722768">
        <w:rPr>
          <w:lang w:val="fr-FR"/>
        </w:rPr>
        <w:t>inspektora</w:t>
      </w:r>
      <w:proofErr w:type="spellEnd"/>
      <w:r w:rsidR="00722768">
        <w:rPr>
          <w:lang w:val="fr-FR"/>
        </w:rPr>
        <w:t xml:space="preserve"> i </w:t>
      </w:r>
      <w:proofErr w:type="spellStart"/>
      <w:r w:rsidR="001F2F44">
        <w:rPr>
          <w:lang w:val="fr-FR"/>
        </w:rPr>
        <w:t>uzorak</w:t>
      </w:r>
      <w:proofErr w:type="spellEnd"/>
      <w:r w:rsidR="001F2F44">
        <w:rPr>
          <w:lang w:val="fr-FR"/>
        </w:rPr>
        <w:t xml:space="preserve"> </w:t>
      </w:r>
      <w:proofErr w:type="spellStart"/>
      <w:r w:rsidR="004B0311">
        <w:rPr>
          <w:lang w:val="fr-FR"/>
        </w:rPr>
        <w:t>goriva</w:t>
      </w:r>
      <w:proofErr w:type="spellEnd"/>
      <w:r w:rsidR="004B0311">
        <w:rPr>
          <w:lang w:val="fr-FR"/>
        </w:rPr>
        <w:t xml:space="preserve"> </w:t>
      </w:r>
      <w:proofErr w:type="spellStart"/>
      <w:r w:rsidR="004B0311">
        <w:rPr>
          <w:lang w:val="fr-FR"/>
        </w:rPr>
        <w:t>dostavlja</w:t>
      </w:r>
      <w:proofErr w:type="spellEnd"/>
      <w:r w:rsidR="004B0311">
        <w:rPr>
          <w:lang w:val="fr-FR"/>
        </w:rPr>
        <w:t xml:space="preserve"> se u </w:t>
      </w:r>
      <w:proofErr w:type="spellStart"/>
      <w:r w:rsidR="004B0311">
        <w:rPr>
          <w:lang w:val="fr-FR"/>
        </w:rPr>
        <w:t>laboratoriju</w:t>
      </w:r>
      <w:proofErr w:type="spellEnd"/>
      <w:r w:rsidR="000F1869">
        <w:rPr>
          <w:lang w:val="fr-FR"/>
        </w:rPr>
        <w:t xml:space="preserve"> </w:t>
      </w:r>
      <w:proofErr w:type="spellStart"/>
      <w:r w:rsidR="000F1869">
        <w:rPr>
          <w:lang w:val="fr-FR"/>
        </w:rPr>
        <w:t>Pružaoca</w:t>
      </w:r>
      <w:proofErr w:type="spellEnd"/>
      <w:r w:rsidR="000F1869">
        <w:rPr>
          <w:lang w:val="fr-FR"/>
        </w:rPr>
        <w:t xml:space="preserve"> </w:t>
      </w:r>
      <w:proofErr w:type="spellStart"/>
      <w:r w:rsidR="000F1869">
        <w:rPr>
          <w:lang w:val="fr-FR"/>
        </w:rPr>
        <w:t>usluge</w:t>
      </w:r>
      <w:proofErr w:type="spellEnd"/>
      <w:r w:rsidR="004B0311">
        <w:rPr>
          <w:lang w:val="fr-FR"/>
        </w:rPr>
        <w:t xml:space="preserve"> </w:t>
      </w:r>
      <w:proofErr w:type="spellStart"/>
      <w:r w:rsidR="004B0311">
        <w:rPr>
          <w:lang w:val="fr-FR"/>
        </w:rPr>
        <w:t>radi</w:t>
      </w:r>
      <w:proofErr w:type="spellEnd"/>
      <w:r w:rsidR="004B0311">
        <w:rPr>
          <w:lang w:val="fr-FR"/>
        </w:rPr>
        <w:t xml:space="preserve"> </w:t>
      </w:r>
      <w:proofErr w:type="spellStart"/>
      <w:r w:rsidR="004B0311">
        <w:rPr>
          <w:lang w:val="fr-FR"/>
        </w:rPr>
        <w:t>daljeg</w:t>
      </w:r>
      <w:proofErr w:type="spellEnd"/>
      <w:r w:rsidR="004B0311">
        <w:rPr>
          <w:lang w:val="fr-FR"/>
        </w:rPr>
        <w:t xml:space="preserve"> </w:t>
      </w:r>
      <w:proofErr w:type="spellStart"/>
      <w:r w:rsidR="004B0311">
        <w:rPr>
          <w:lang w:val="fr-FR"/>
        </w:rPr>
        <w:t>forenzičkog</w:t>
      </w:r>
      <w:proofErr w:type="spellEnd"/>
      <w:r w:rsidR="004B0311">
        <w:rPr>
          <w:lang w:val="fr-FR"/>
        </w:rPr>
        <w:t xml:space="preserve"> </w:t>
      </w:r>
      <w:proofErr w:type="spellStart"/>
      <w:r w:rsidR="004B0311">
        <w:rPr>
          <w:lang w:val="fr-FR"/>
        </w:rPr>
        <w:t>ispitivanja</w:t>
      </w:r>
      <w:proofErr w:type="spellEnd"/>
      <w:r w:rsidR="004B0311">
        <w:rPr>
          <w:lang w:val="fr-FR"/>
        </w:rPr>
        <w:t>.</w:t>
      </w:r>
      <w:r w:rsidR="000F1869">
        <w:rPr>
          <w:lang w:val="fr-FR"/>
        </w:rPr>
        <w:t xml:space="preserve"> U </w:t>
      </w:r>
      <w:proofErr w:type="spellStart"/>
      <w:r w:rsidR="000F1869">
        <w:rPr>
          <w:lang w:val="fr-FR"/>
        </w:rPr>
        <w:t>ovom</w:t>
      </w:r>
      <w:proofErr w:type="spellEnd"/>
      <w:r w:rsidR="000F1869">
        <w:rPr>
          <w:lang w:val="fr-FR"/>
        </w:rPr>
        <w:t xml:space="preserve"> </w:t>
      </w:r>
      <w:proofErr w:type="spellStart"/>
      <w:r w:rsidR="000F1869">
        <w:rPr>
          <w:lang w:val="fr-FR"/>
        </w:rPr>
        <w:t>slučaju</w:t>
      </w:r>
      <w:proofErr w:type="spellEnd"/>
      <w:r w:rsidR="000F1869">
        <w:rPr>
          <w:lang w:val="fr-FR"/>
        </w:rPr>
        <w:t xml:space="preserve"> </w:t>
      </w:r>
      <w:proofErr w:type="spellStart"/>
      <w:r w:rsidR="000F1869">
        <w:rPr>
          <w:lang w:val="fr-FR"/>
        </w:rPr>
        <w:t>uzima</w:t>
      </w:r>
      <w:proofErr w:type="spellEnd"/>
      <w:r w:rsidR="000F1869">
        <w:rPr>
          <w:lang w:val="fr-FR"/>
        </w:rPr>
        <w:t xml:space="preserve"> se</w:t>
      </w:r>
      <w:r w:rsidR="0095781F">
        <w:rPr>
          <w:lang w:val="fr-FR"/>
        </w:rPr>
        <w:t xml:space="preserve"> </w:t>
      </w:r>
      <w:r w:rsidR="0095781F" w:rsidRPr="00491C1A">
        <w:rPr>
          <w:lang w:val="fr-FR"/>
        </w:rPr>
        <w:t xml:space="preserve">pet (5) </w:t>
      </w:r>
      <w:proofErr w:type="spellStart"/>
      <w:r w:rsidR="0095781F" w:rsidRPr="00491C1A">
        <w:rPr>
          <w:lang w:val="fr-FR"/>
        </w:rPr>
        <w:t>uzoraka</w:t>
      </w:r>
      <w:proofErr w:type="spellEnd"/>
      <w:r w:rsidR="0095781F" w:rsidRPr="00491C1A">
        <w:rPr>
          <w:lang w:val="fr-FR"/>
        </w:rPr>
        <w:t xml:space="preserve"> </w:t>
      </w:r>
      <w:proofErr w:type="spellStart"/>
      <w:r w:rsidR="0095781F" w:rsidRPr="00491C1A">
        <w:rPr>
          <w:lang w:val="fr-FR"/>
        </w:rPr>
        <w:t>zapremine</w:t>
      </w:r>
      <w:proofErr w:type="spellEnd"/>
      <w:r w:rsidR="0095781F" w:rsidRPr="00491C1A">
        <w:rPr>
          <w:lang w:val="fr-FR"/>
        </w:rPr>
        <w:t xml:space="preserve"> </w:t>
      </w:r>
      <w:proofErr w:type="spellStart"/>
      <w:r w:rsidR="0095781F" w:rsidRPr="00491C1A">
        <w:rPr>
          <w:lang w:val="fr-FR"/>
        </w:rPr>
        <w:t>od</w:t>
      </w:r>
      <w:proofErr w:type="spellEnd"/>
      <w:r w:rsidR="0095781F" w:rsidRPr="00491C1A">
        <w:rPr>
          <w:lang w:val="fr-FR"/>
        </w:rPr>
        <w:t xml:space="preserve"> po 250 ml, </w:t>
      </w:r>
      <w:proofErr w:type="spellStart"/>
      <w:r w:rsidR="0095781F" w:rsidRPr="00491C1A">
        <w:rPr>
          <w:lang w:val="fr-FR"/>
        </w:rPr>
        <w:t>od</w:t>
      </w:r>
      <w:proofErr w:type="spellEnd"/>
      <w:r w:rsidR="0095781F" w:rsidRPr="00491C1A">
        <w:rPr>
          <w:lang w:val="fr-FR"/>
        </w:rPr>
        <w:t xml:space="preserve"> </w:t>
      </w:r>
      <w:proofErr w:type="spellStart"/>
      <w:r w:rsidR="0095781F" w:rsidRPr="00491C1A">
        <w:rPr>
          <w:lang w:val="fr-FR"/>
        </w:rPr>
        <w:t>kojih</w:t>
      </w:r>
      <w:proofErr w:type="spellEnd"/>
      <w:r w:rsidR="0095781F" w:rsidRPr="00491C1A">
        <w:rPr>
          <w:lang w:val="fr-FR"/>
        </w:rPr>
        <w:t xml:space="preserve"> </w:t>
      </w:r>
      <w:proofErr w:type="spellStart"/>
      <w:r w:rsidR="0095781F" w:rsidRPr="00491C1A">
        <w:rPr>
          <w:lang w:val="fr-FR"/>
        </w:rPr>
        <w:t>jedan</w:t>
      </w:r>
      <w:proofErr w:type="spellEnd"/>
      <w:r w:rsidR="0095781F" w:rsidRPr="00491C1A">
        <w:rPr>
          <w:lang w:val="fr-FR"/>
        </w:rPr>
        <w:t xml:space="preserve"> </w:t>
      </w:r>
      <w:proofErr w:type="spellStart"/>
      <w:r w:rsidR="0095781F" w:rsidRPr="00491C1A">
        <w:rPr>
          <w:lang w:val="fr-FR"/>
        </w:rPr>
        <w:t>uzorak</w:t>
      </w:r>
      <w:proofErr w:type="spellEnd"/>
      <w:r w:rsidR="0095781F" w:rsidRPr="00491C1A">
        <w:rPr>
          <w:lang w:val="fr-FR"/>
        </w:rPr>
        <w:t xml:space="preserve"> </w:t>
      </w:r>
      <w:proofErr w:type="spellStart"/>
      <w:r w:rsidR="0095781F" w:rsidRPr="00491C1A">
        <w:rPr>
          <w:lang w:val="fr-FR"/>
        </w:rPr>
        <w:t>ostaje</w:t>
      </w:r>
      <w:proofErr w:type="spellEnd"/>
      <w:r w:rsidR="0095781F" w:rsidRPr="00491C1A">
        <w:rPr>
          <w:lang w:val="fr-FR"/>
        </w:rPr>
        <w:t xml:space="preserve"> </w:t>
      </w:r>
      <w:proofErr w:type="spellStart"/>
      <w:r w:rsidR="0095781F" w:rsidRPr="00491C1A">
        <w:rPr>
          <w:lang w:val="fr-FR"/>
        </w:rPr>
        <w:t>obvezniku</w:t>
      </w:r>
      <w:proofErr w:type="spellEnd"/>
      <w:r w:rsidR="0095781F" w:rsidRPr="00491C1A">
        <w:rPr>
          <w:lang w:val="fr-FR"/>
        </w:rPr>
        <w:t xml:space="preserve"> </w:t>
      </w:r>
      <w:proofErr w:type="spellStart"/>
      <w:r w:rsidR="0095781F" w:rsidRPr="00491C1A">
        <w:rPr>
          <w:lang w:val="fr-FR"/>
        </w:rPr>
        <w:t>markiranja</w:t>
      </w:r>
      <w:proofErr w:type="spellEnd"/>
      <w:r w:rsidR="0095781F" w:rsidRPr="00491C1A">
        <w:rPr>
          <w:lang w:val="fr-FR"/>
        </w:rPr>
        <w:t xml:space="preserve">, </w:t>
      </w:r>
      <w:proofErr w:type="spellStart"/>
      <w:r w:rsidR="0095781F" w:rsidRPr="00491C1A">
        <w:rPr>
          <w:lang w:val="fr-FR"/>
        </w:rPr>
        <w:t>dva</w:t>
      </w:r>
      <w:proofErr w:type="spellEnd"/>
      <w:r w:rsidR="0095781F" w:rsidRPr="00491C1A">
        <w:rPr>
          <w:lang w:val="fr-FR"/>
        </w:rPr>
        <w:t xml:space="preserve"> </w:t>
      </w:r>
      <w:proofErr w:type="spellStart"/>
      <w:r w:rsidR="0095781F" w:rsidRPr="00491C1A">
        <w:rPr>
          <w:lang w:val="fr-FR"/>
        </w:rPr>
        <w:t>uzorka</w:t>
      </w:r>
      <w:proofErr w:type="spellEnd"/>
      <w:r w:rsidR="0095781F" w:rsidRPr="00491C1A">
        <w:rPr>
          <w:lang w:val="fr-FR"/>
        </w:rPr>
        <w:t xml:space="preserve"> se </w:t>
      </w:r>
      <w:proofErr w:type="spellStart"/>
      <w:r w:rsidR="0095781F" w:rsidRPr="00491C1A">
        <w:rPr>
          <w:lang w:val="fr-FR"/>
        </w:rPr>
        <w:t>predaju</w:t>
      </w:r>
      <w:proofErr w:type="spellEnd"/>
      <w:r w:rsidR="0095781F" w:rsidRPr="00491C1A">
        <w:rPr>
          <w:lang w:val="fr-FR"/>
        </w:rPr>
        <w:t xml:space="preserve"> </w:t>
      </w:r>
      <w:proofErr w:type="spellStart"/>
      <w:r w:rsidR="0095781F" w:rsidRPr="00491C1A">
        <w:rPr>
          <w:lang w:val="fr-FR"/>
        </w:rPr>
        <w:t>n</w:t>
      </w:r>
      <w:r w:rsidR="0095781F">
        <w:rPr>
          <w:lang w:val="fr-FR"/>
        </w:rPr>
        <w:t>adležnom</w:t>
      </w:r>
      <w:proofErr w:type="spellEnd"/>
      <w:r w:rsidR="0095781F">
        <w:rPr>
          <w:lang w:val="fr-FR"/>
        </w:rPr>
        <w:t xml:space="preserve"> </w:t>
      </w:r>
      <w:proofErr w:type="spellStart"/>
      <w:r w:rsidR="0095781F">
        <w:rPr>
          <w:lang w:val="fr-FR"/>
        </w:rPr>
        <w:t>inspektoru</w:t>
      </w:r>
      <w:proofErr w:type="spellEnd"/>
      <w:r w:rsidR="0095781F">
        <w:rPr>
          <w:lang w:val="fr-FR"/>
        </w:rPr>
        <w:t xml:space="preserve"> </w:t>
      </w:r>
      <w:proofErr w:type="spellStart"/>
      <w:r w:rsidR="0095781F">
        <w:rPr>
          <w:lang w:val="fr-FR"/>
        </w:rPr>
        <w:t>za</w:t>
      </w:r>
      <w:proofErr w:type="spellEnd"/>
      <w:r w:rsidR="0095781F">
        <w:rPr>
          <w:lang w:val="fr-FR"/>
        </w:rPr>
        <w:t xml:space="preserve"> </w:t>
      </w:r>
      <w:proofErr w:type="spellStart"/>
      <w:r w:rsidR="0095781F">
        <w:rPr>
          <w:lang w:val="fr-FR"/>
        </w:rPr>
        <w:t>ugljovodonike</w:t>
      </w:r>
      <w:proofErr w:type="spellEnd"/>
      <w:r w:rsidR="0095781F" w:rsidRPr="00491C1A">
        <w:rPr>
          <w:lang w:val="fr-FR"/>
        </w:rPr>
        <w:t xml:space="preserve">, a </w:t>
      </w:r>
      <w:proofErr w:type="spellStart"/>
      <w:r w:rsidR="0095781F" w:rsidRPr="00491C1A">
        <w:rPr>
          <w:lang w:val="fr-FR"/>
        </w:rPr>
        <w:t>preostala</w:t>
      </w:r>
      <w:proofErr w:type="spellEnd"/>
      <w:r w:rsidR="0095781F" w:rsidRPr="00491C1A">
        <w:rPr>
          <w:lang w:val="fr-FR"/>
        </w:rPr>
        <w:t xml:space="preserve"> </w:t>
      </w:r>
      <w:proofErr w:type="spellStart"/>
      <w:r w:rsidR="0095781F" w:rsidRPr="00491C1A">
        <w:rPr>
          <w:lang w:val="fr-FR"/>
        </w:rPr>
        <w:t>dva</w:t>
      </w:r>
      <w:proofErr w:type="spellEnd"/>
      <w:r w:rsidR="0095781F" w:rsidRPr="00491C1A">
        <w:rPr>
          <w:lang w:val="fr-FR"/>
        </w:rPr>
        <w:t xml:space="preserve"> </w:t>
      </w:r>
      <w:proofErr w:type="spellStart"/>
      <w:r w:rsidR="0095781F" w:rsidRPr="00491C1A">
        <w:rPr>
          <w:lang w:val="fr-FR"/>
        </w:rPr>
        <w:t>uzorka</w:t>
      </w:r>
      <w:proofErr w:type="spellEnd"/>
      <w:r w:rsidR="0095781F" w:rsidRPr="00491C1A">
        <w:rPr>
          <w:lang w:val="fr-FR"/>
        </w:rPr>
        <w:t xml:space="preserve"> </w:t>
      </w:r>
      <w:proofErr w:type="spellStart"/>
      <w:r w:rsidR="0095781F" w:rsidRPr="00491C1A">
        <w:rPr>
          <w:lang w:val="fr-FR"/>
        </w:rPr>
        <w:t>dostavljaju</w:t>
      </w:r>
      <w:proofErr w:type="spellEnd"/>
      <w:r w:rsidR="0095781F" w:rsidRPr="00491C1A">
        <w:rPr>
          <w:lang w:val="fr-FR"/>
        </w:rPr>
        <w:t xml:space="preserve"> se </w:t>
      </w:r>
      <w:proofErr w:type="spellStart"/>
      <w:r w:rsidR="0095781F" w:rsidRPr="00491C1A">
        <w:rPr>
          <w:lang w:val="fr-FR"/>
        </w:rPr>
        <w:t>laboratoriji</w:t>
      </w:r>
      <w:proofErr w:type="spellEnd"/>
      <w:r w:rsidR="0095781F" w:rsidRPr="00491C1A">
        <w:rPr>
          <w:lang w:val="fr-FR"/>
        </w:rPr>
        <w:t xml:space="preserve"> </w:t>
      </w:r>
      <w:proofErr w:type="spellStart"/>
      <w:r w:rsidR="00617231">
        <w:rPr>
          <w:lang w:val="fr-FR"/>
        </w:rPr>
        <w:t>Pružaoca</w:t>
      </w:r>
      <w:proofErr w:type="spellEnd"/>
      <w:r w:rsidR="00617231">
        <w:rPr>
          <w:lang w:val="fr-FR"/>
        </w:rPr>
        <w:t xml:space="preserve"> </w:t>
      </w:r>
      <w:proofErr w:type="spellStart"/>
      <w:r w:rsidR="00617231">
        <w:rPr>
          <w:lang w:val="fr-FR"/>
        </w:rPr>
        <w:t>usluge</w:t>
      </w:r>
      <w:proofErr w:type="spellEnd"/>
      <w:r w:rsidR="00617231">
        <w:rPr>
          <w:lang w:val="fr-FR"/>
        </w:rPr>
        <w:t xml:space="preserve"> </w:t>
      </w:r>
      <w:proofErr w:type="spellStart"/>
      <w:r w:rsidR="00617231">
        <w:rPr>
          <w:lang w:val="fr-FR"/>
        </w:rPr>
        <w:t>markiranja</w:t>
      </w:r>
      <w:proofErr w:type="spellEnd"/>
      <w:r w:rsidR="00617231">
        <w:rPr>
          <w:lang w:val="fr-FR"/>
        </w:rPr>
        <w:t xml:space="preserve"> </w:t>
      </w:r>
      <w:proofErr w:type="spellStart"/>
      <w:r w:rsidR="00617231">
        <w:rPr>
          <w:lang w:val="fr-FR"/>
        </w:rPr>
        <w:t>ra</w:t>
      </w:r>
      <w:r w:rsidR="0095781F" w:rsidRPr="00491C1A">
        <w:rPr>
          <w:lang w:val="fr-FR"/>
        </w:rPr>
        <w:t>di</w:t>
      </w:r>
      <w:proofErr w:type="spellEnd"/>
      <w:r w:rsidR="0095781F" w:rsidRPr="00491C1A">
        <w:rPr>
          <w:lang w:val="fr-FR"/>
        </w:rPr>
        <w:t xml:space="preserve"> </w:t>
      </w:r>
      <w:proofErr w:type="spellStart"/>
      <w:r w:rsidR="0095781F" w:rsidRPr="00491C1A">
        <w:rPr>
          <w:lang w:val="fr-FR"/>
        </w:rPr>
        <w:t>laboratorijske</w:t>
      </w:r>
      <w:proofErr w:type="spellEnd"/>
      <w:r w:rsidR="0095781F" w:rsidRPr="00491C1A">
        <w:rPr>
          <w:lang w:val="fr-FR"/>
        </w:rPr>
        <w:t xml:space="preserve"> </w:t>
      </w:r>
      <w:proofErr w:type="spellStart"/>
      <w:r w:rsidR="0095781F" w:rsidRPr="00491C1A">
        <w:rPr>
          <w:lang w:val="fr-FR"/>
        </w:rPr>
        <w:t>provjere</w:t>
      </w:r>
      <w:proofErr w:type="spellEnd"/>
      <w:r w:rsidR="0095781F" w:rsidRPr="00491C1A">
        <w:rPr>
          <w:lang w:val="fr-FR"/>
        </w:rPr>
        <w:t xml:space="preserve"> </w:t>
      </w:r>
      <w:proofErr w:type="spellStart"/>
      <w:r w:rsidR="0095781F" w:rsidRPr="00491C1A">
        <w:rPr>
          <w:lang w:val="fr-FR"/>
        </w:rPr>
        <w:t>koncentracije</w:t>
      </w:r>
      <w:proofErr w:type="spellEnd"/>
      <w:r w:rsidR="0095781F" w:rsidRPr="00491C1A">
        <w:rPr>
          <w:lang w:val="fr-FR"/>
        </w:rPr>
        <w:t xml:space="preserve"> </w:t>
      </w:r>
      <w:proofErr w:type="spellStart"/>
      <w:r w:rsidR="0095781F" w:rsidRPr="00491C1A">
        <w:rPr>
          <w:lang w:val="fr-FR"/>
        </w:rPr>
        <w:t>markera</w:t>
      </w:r>
      <w:proofErr w:type="spellEnd"/>
      <w:r w:rsidR="0095781F" w:rsidRPr="00491C1A">
        <w:rPr>
          <w:lang w:val="fr-FR"/>
        </w:rPr>
        <w:t>.</w:t>
      </w:r>
    </w:p>
    <w:p w14:paraId="308D904E" w14:textId="63E1E899" w:rsidR="006377E7" w:rsidRPr="006377E7" w:rsidRDefault="00785413" w:rsidP="006377E7">
      <w:pPr>
        <w:jc w:val="both"/>
        <w:rPr>
          <w:lang w:val="en-GB"/>
        </w:rPr>
      </w:pPr>
      <w:proofErr w:type="spellStart"/>
      <w:r>
        <w:rPr>
          <w:lang w:val="fr-FR"/>
        </w:rPr>
        <w:t>Zapečaćeni</w:t>
      </w:r>
      <w:proofErr w:type="spellEnd"/>
      <w:r>
        <w:rPr>
          <w:lang w:val="fr-FR"/>
        </w:rPr>
        <w:t xml:space="preserve"> u</w:t>
      </w:r>
      <w:proofErr w:type="spellStart"/>
      <w:r w:rsidR="006377E7" w:rsidRPr="006377E7">
        <w:rPr>
          <w:lang w:val="en-GB"/>
        </w:rPr>
        <w:t>zorci</w:t>
      </w:r>
      <w:proofErr w:type="spellEnd"/>
      <w:r w:rsidR="006377E7" w:rsidRPr="006377E7">
        <w:rPr>
          <w:lang w:val="en-GB"/>
        </w:rPr>
        <w:t xml:space="preserve"> </w:t>
      </w:r>
      <w:proofErr w:type="spellStart"/>
      <w:r w:rsidR="006377E7" w:rsidRPr="006377E7">
        <w:rPr>
          <w:lang w:val="en-GB"/>
        </w:rPr>
        <w:t>goriva</w:t>
      </w:r>
      <w:proofErr w:type="spellEnd"/>
      <w:r w:rsidR="006377E7" w:rsidRPr="006377E7">
        <w:rPr>
          <w:lang w:val="en-GB"/>
        </w:rPr>
        <w:t xml:space="preserve"> </w:t>
      </w:r>
      <w:proofErr w:type="spellStart"/>
      <w:r w:rsidR="006377E7" w:rsidRPr="006377E7">
        <w:rPr>
          <w:lang w:val="en-GB"/>
        </w:rPr>
        <w:t>namijenjeni</w:t>
      </w:r>
      <w:proofErr w:type="spellEnd"/>
      <w:r w:rsidR="006377E7" w:rsidRPr="006377E7">
        <w:rPr>
          <w:lang w:val="en-GB"/>
        </w:rPr>
        <w:t xml:space="preserve"> </w:t>
      </w:r>
      <w:proofErr w:type="spellStart"/>
      <w:r w:rsidR="006377E7" w:rsidRPr="006377E7">
        <w:rPr>
          <w:lang w:val="en-GB"/>
        </w:rPr>
        <w:t>laboratorijskom</w:t>
      </w:r>
      <w:proofErr w:type="spellEnd"/>
      <w:r w:rsidR="006377E7" w:rsidRPr="006377E7">
        <w:rPr>
          <w:lang w:val="en-GB"/>
        </w:rPr>
        <w:t xml:space="preserve"> </w:t>
      </w:r>
      <w:proofErr w:type="spellStart"/>
      <w:r w:rsidR="006377E7" w:rsidRPr="006377E7">
        <w:rPr>
          <w:lang w:val="en-GB"/>
        </w:rPr>
        <w:t>ispitivanju</w:t>
      </w:r>
      <w:proofErr w:type="spellEnd"/>
      <w:r w:rsidR="006377E7" w:rsidRPr="006377E7">
        <w:rPr>
          <w:lang w:val="en-GB"/>
        </w:rPr>
        <w:t xml:space="preserve"> </w:t>
      </w:r>
      <w:proofErr w:type="spellStart"/>
      <w:r w:rsidR="006377E7" w:rsidRPr="006377E7">
        <w:rPr>
          <w:lang w:val="en-GB"/>
        </w:rPr>
        <w:t>dostavljaju</w:t>
      </w:r>
      <w:proofErr w:type="spellEnd"/>
      <w:r w:rsidR="006377E7" w:rsidRPr="006377E7">
        <w:rPr>
          <w:lang w:val="en-GB"/>
        </w:rPr>
        <w:t xml:space="preserve"> se </w:t>
      </w:r>
      <w:proofErr w:type="spellStart"/>
      <w:r w:rsidR="006377E7" w:rsidRPr="006377E7">
        <w:rPr>
          <w:lang w:val="en-GB"/>
        </w:rPr>
        <w:t>laboratoriji</w:t>
      </w:r>
      <w:proofErr w:type="spellEnd"/>
      <w:r w:rsidR="006377E7" w:rsidRPr="006377E7">
        <w:rPr>
          <w:lang w:val="en-GB"/>
        </w:rPr>
        <w:t xml:space="preserve"> </w:t>
      </w:r>
      <w:proofErr w:type="spellStart"/>
      <w:r w:rsidR="00930CC4">
        <w:rPr>
          <w:lang w:val="en-GB"/>
        </w:rPr>
        <w:t>Pružaoca</w:t>
      </w:r>
      <w:proofErr w:type="spellEnd"/>
      <w:r w:rsidR="00930CC4">
        <w:rPr>
          <w:lang w:val="en-GB"/>
        </w:rPr>
        <w:t xml:space="preserve"> </w:t>
      </w:r>
      <w:proofErr w:type="spellStart"/>
      <w:r w:rsidR="00930CC4">
        <w:rPr>
          <w:lang w:val="en-GB"/>
        </w:rPr>
        <w:t>usluge</w:t>
      </w:r>
      <w:proofErr w:type="spellEnd"/>
      <w:r w:rsidR="00930CC4">
        <w:rPr>
          <w:lang w:val="en-GB"/>
        </w:rPr>
        <w:t xml:space="preserve"> u </w:t>
      </w:r>
      <w:proofErr w:type="spellStart"/>
      <w:r w:rsidR="00930CC4">
        <w:rPr>
          <w:lang w:val="en-GB"/>
        </w:rPr>
        <w:t>što</w:t>
      </w:r>
      <w:proofErr w:type="spellEnd"/>
      <w:r w:rsidR="00930CC4">
        <w:rPr>
          <w:lang w:val="en-GB"/>
        </w:rPr>
        <w:t xml:space="preserve"> </w:t>
      </w:r>
      <w:proofErr w:type="spellStart"/>
      <w:r w:rsidR="00930CC4">
        <w:rPr>
          <w:lang w:val="en-GB"/>
        </w:rPr>
        <w:t>kraćem</w:t>
      </w:r>
      <w:proofErr w:type="spellEnd"/>
      <w:r w:rsidR="00930CC4">
        <w:rPr>
          <w:lang w:val="en-GB"/>
        </w:rPr>
        <w:t xml:space="preserve"> </w:t>
      </w:r>
      <w:proofErr w:type="spellStart"/>
      <w:r w:rsidR="00930CC4">
        <w:rPr>
          <w:lang w:val="en-GB"/>
        </w:rPr>
        <w:t>roku</w:t>
      </w:r>
      <w:proofErr w:type="spellEnd"/>
      <w:r w:rsidR="006377E7" w:rsidRPr="006377E7">
        <w:rPr>
          <w:lang w:val="en-GB"/>
        </w:rPr>
        <w:t xml:space="preserve">, a </w:t>
      </w:r>
      <w:proofErr w:type="spellStart"/>
      <w:r w:rsidR="006377E7" w:rsidRPr="006377E7">
        <w:rPr>
          <w:lang w:val="en-GB"/>
        </w:rPr>
        <w:t>rezultat</w:t>
      </w:r>
      <w:proofErr w:type="spellEnd"/>
      <w:r w:rsidR="006377E7" w:rsidRPr="006377E7">
        <w:rPr>
          <w:lang w:val="en-GB"/>
        </w:rPr>
        <w:t xml:space="preserve"> </w:t>
      </w:r>
      <w:proofErr w:type="spellStart"/>
      <w:r w:rsidR="006377E7" w:rsidRPr="006377E7">
        <w:rPr>
          <w:lang w:val="en-GB"/>
        </w:rPr>
        <w:t>laboratorijskog</w:t>
      </w:r>
      <w:proofErr w:type="spellEnd"/>
      <w:r w:rsidR="006377E7" w:rsidRPr="006377E7">
        <w:rPr>
          <w:lang w:val="en-GB"/>
        </w:rPr>
        <w:t xml:space="preserve"> </w:t>
      </w:r>
      <w:proofErr w:type="spellStart"/>
      <w:r w:rsidR="006377E7" w:rsidRPr="006377E7">
        <w:rPr>
          <w:lang w:val="en-GB"/>
        </w:rPr>
        <w:t>ispitivanja</w:t>
      </w:r>
      <w:proofErr w:type="spellEnd"/>
      <w:r w:rsidR="006377E7" w:rsidRPr="006377E7">
        <w:rPr>
          <w:lang w:val="en-GB"/>
        </w:rPr>
        <w:t xml:space="preserve"> </w:t>
      </w:r>
      <w:proofErr w:type="spellStart"/>
      <w:r w:rsidR="00C233F5">
        <w:rPr>
          <w:lang w:val="en-GB"/>
        </w:rPr>
        <w:t>Pružalac</w:t>
      </w:r>
      <w:proofErr w:type="spellEnd"/>
      <w:r w:rsidR="00C233F5">
        <w:rPr>
          <w:lang w:val="en-GB"/>
        </w:rPr>
        <w:t xml:space="preserve"> </w:t>
      </w:r>
      <w:proofErr w:type="spellStart"/>
      <w:r w:rsidR="00C233F5">
        <w:rPr>
          <w:lang w:val="en-GB"/>
        </w:rPr>
        <w:t>usluge</w:t>
      </w:r>
      <w:proofErr w:type="spellEnd"/>
      <w:r w:rsidR="00C233F5">
        <w:rPr>
          <w:lang w:val="en-GB"/>
        </w:rPr>
        <w:t xml:space="preserve"> </w:t>
      </w:r>
      <w:proofErr w:type="spellStart"/>
      <w:r w:rsidR="006377E7" w:rsidRPr="006377E7">
        <w:rPr>
          <w:lang w:val="en-GB"/>
        </w:rPr>
        <w:t>dostavlja</w:t>
      </w:r>
      <w:proofErr w:type="spellEnd"/>
      <w:r w:rsidR="006377E7" w:rsidRPr="006377E7">
        <w:rPr>
          <w:lang w:val="en-GB"/>
        </w:rPr>
        <w:t xml:space="preserve"> </w:t>
      </w:r>
      <w:proofErr w:type="spellStart"/>
      <w:r w:rsidR="00D04EFE">
        <w:rPr>
          <w:lang w:val="en-GB"/>
        </w:rPr>
        <w:t>inspektoru</w:t>
      </w:r>
      <w:proofErr w:type="spellEnd"/>
      <w:r w:rsidR="00D04EFE">
        <w:rPr>
          <w:lang w:val="en-GB"/>
        </w:rPr>
        <w:t xml:space="preserve"> za </w:t>
      </w:r>
      <w:proofErr w:type="spellStart"/>
      <w:r w:rsidR="00D04EFE">
        <w:rPr>
          <w:lang w:val="en-GB"/>
        </w:rPr>
        <w:t>ugljovodonike</w:t>
      </w:r>
      <w:proofErr w:type="spellEnd"/>
      <w:r w:rsidR="00D04EFE">
        <w:rPr>
          <w:lang w:val="en-GB"/>
        </w:rPr>
        <w:t xml:space="preserve"> </w:t>
      </w:r>
      <w:proofErr w:type="spellStart"/>
      <w:r w:rsidR="00D04EFE">
        <w:rPr>
          <w:lang w:val="en-GB"/>
        </w:rPr>
        <w:t>i</w:t>
      </w:r>
      <w:proofErr w:type="spellEnd"/>
      <w:r w:rsidR="00D04EFE">
        <w:rPr>
          <w:lang w:val="en-GB"/>
        </w:rPr>
        <w:t xml:space="preserve"> </w:t>
      </w:r>
      <w:proofErr w:type="spellStart"/>
      <w:r w:rsidR="006377E7" w:rsidRPr="006377E7">
        <w:rPr>
          <w:lang w:val="en-GB"/>
        </w:rPr>
        <w:t>obvezniku</w:t>
      </w:r>
      <w:proofErr w:type="spellEnd"/>
      <w:r w:rsidR="006377E7" w:rsidRPr="006377E7">
        <w:rPr>
          <w:lang w:val="en-GB"/>
        </w:rPr>
        <w:t xml:space="preserve"> </w:t>
      </w:r>
      <w:proofErr w:type="spellStart"/>
      <w:r w:rsidR="006377E7" w:rsidRPr="006377E7">
        <w:rPr>
          <w:lang w:val="en-GB"/>
        </w:rPr>
        <w:t>markiranja</w:t>
      </w:r>
      <w:proofErr w:type="spellEnd"/>
      <w:r w:rsidR="006377E7" w:rsidRPr="006377E7">
        <w:rPr>
          <w:lang w:val="en-GB"/>
        </w:rPr>
        <w:t xml:space="preserve"> </w:t>
      </w:r>
      <w:proofErr w:type="spellStart"/>
      <w:r w:rsidR="006377E7" w:rsidRPr="006377E7">
        <w:rPr>
          <w:lang w:val="en-GB"/>
        </w:rPr>
        <w:t>najkasnije</w:t>
      </w:r>
      <w:proofErr w:type="spellEnd"/>
      <w:r w:rsidR="006377E7" w:rsidRPr="006377E7">
        <w:rPr>
          <w:lang w:val="en-GB"/>
        </w:rPr>
        <w:t xml:space="preserve"> u </w:t>
      </w:r>
      <w:proofErr w:type="spellStart"/>
      <w:r w:rsidR="006377E7" w:rsidRPr="006377E7">
        <w:rPr>
          <w:lang w:val="en-GB"/>
        </w:rPr>
        <w:t>roku</w:t>
      </w:r>
      <w:proofErr w:type="spellEnd"/>
      <w:r w:rsidR="006377E7" w:rsidRPr="006377E7">
        <w:rPr>
          <w:lang w:val="en-GB"/>
        </w:rPr>
        <w:t xml:space="preserve"> od 24 </w:t>
      </w:r>
      <w:proofErr w:type="spellStart"/>
      <w:r w:rsidR="006377E7" w:rsidRPr="006377E7">
        <w:rPr>
          <w:lang w:val="en-GB"/>
        </w:rPr>
        <w:t>časa</w:t>
      </w:r>
      <w:proofErr w:type="spellEnd"/>
      <w:r w:rsidR="006377E7" w:rsidRPr="006377E7">
        <w:rPr>
          <w:lang w:val="en-GB"/>
        </w:rPr>
        <w:t xml:space="preserve"> od </w:t>
      </w:r>
      <w:proofErr w:type="spellStart"/>
      <w:r w:rsidR="006377E7" w:rsidRPr="006377E7">
        <w:rPr>
          <w:lang w:val="en-GB"/>
        </w:rPr>
        <w:t>prijema</w:t>
      </w:r>
      <w:proofErr w:type="spellEnd"/>
      <w:r w:rsidR="006377E7" w:rsidRPr="006377E7">
        <w:rPr>
          <w:lang w:val="en-GB"/>
        </w:rPr>
        <w:t xml:space="preserve"> </w:t>
      </w:r>
      <w:proofErr w:type="spellStart"/>
      <w:r w:rsidR="006377E7" w:rsidRPr="006377E7">
        <w:rPr>
          <w:lang w:val="en-GB"/>
        </w:rPr>
        <w:t>uzorka</w:t>
      </w:r>
      <w:proofErr w:type="spellEnd"/>
      <w:r w:rsidR="006377E7" w:rsidRPr="006377E7">
        <w:rPr>
          <w:lang w:val="en-GB"/>
        </w:rPr>
        <w:t xml:space="preserve"> u </w:t>
      </w:r>
      <w:proofErr w:type="spellStart"/>
      <w:r w:rsidR="006377E7" w:rsidRPr="006377E7">
        <w:rPr>
          <w:lang w:val="en-GB"/>
        </w:rPr>
        <w:t>laboratoriju</w:t>
      </w:r>
      <w:proofErr w:type="spellEnd"/>
      <w:r w:rsidR="006377E7" w:rsidRPr="006377E7">
        <w:rPr>
          <w:lang w:val="en-GB"/>
        </w:rPr>
        <w:t>.</w:t>
      </w:r>
    </w:p>
    <w:p w14:paraId="718B14F8" w14:textId="77777777" w:rsidR="00B973B4" w:rsidRPr="00491C1A" w:rsidRDefault="00B973B4" w:rsidP="00B973B4">
      <w:pPr>
        <w:jc w:val="both"/>
        <w:rPr>
          <w:lang w:val="fr-FR"/>
        </w:rPr>
      </w:pPr>
      <w:proofErr w:type="spellStart"/>
      <w:r w:rsidRPr="00491C1A">
        <w:rPr>
          <w:lang w:val="fr-FR"/>
        </w:rPr>
        <w:t>Uzorci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uzeti</w:t>
      </w:r>
      <w:proofErr w:type="spellEnd"/>
      <w:r w:rsidRPr="00491C1A">
        <w:rPr>
          <w:lang w:val="fr-FR"/>
        </w:rPr>
        <w:t xml:space="preserve"> na </w:t>
      </w:r>
      <w:proofErr w:type="spellStart"/>
      <w:r w:rsidRPr="00491C1A">
        <w:rPr>
          <w:lang w:val="fr-FR"/>
        </w:rPr>
        <w:t>ovaj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način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mogu</w:t>
      </w:r>
      <w:proofErr w:type="spellEnd"/>
      <w:r w:rsidRPr="00491C1A">
        <w:rPr>
          <w:lang w:val="fr-FR"/>
        </w:rPr>
        <w:t xml:space="preserve"> se </w:t>
      </w:r>
      <w:proofErr w:type="spellStart"/>
      <w:r w:rsidRPr="00491C1A">
        <w:rPr>
          <w:lang w:val="fr-FR"/>
        </w:rPr>
        <w:t>koristiti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kao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arbitražni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uzorci</w:t>
      </w:r>
      <w:proofErr w:type="spellEnd"/>
      <w:r w:rsidRPr="00491C1A">
        <w:rPr>
          <w:lang w:val="fr-FR"/>
        </w:rPr>
        <w:t xml:space="preserve"> u </w:t>
      </w:r>
      <w:proofErr w:type="spellStart"/>
      <w:r w:rsidRPr="00491C1A">
        <w:rPr>
          <w:lang w:val="fr-FR"/>
        </w:rPr>
        <w:t>slučaju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spora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ili</w:t>
      </w:r>
      <w:proofErr w:type="spellEnd"/>
      <w:r w:rsidRPr="00491C1A">
        <w:rPr>
          <w:lang w:val="fr-FR"/>
        </w:rPr>
        <w:t xml:space="preserve"> po </w:t>
      </w:r>
      <w:proofErr w:type="spellStart"/>
      <w:r w:rsidRPr="00491C1A">
        <w:rPr>
          <w:lang w:val="fr-FR"/>
        </w:rPr>
        <w:t>nalogu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nadležnih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organa</w:t>
      </w:r>
      <w:proofErr w:type="spellEnd"/>
      <w:r w:rsidRPr="00491C1A">
        <w:rPr>
          <w:lang w:val="fr-FR"/>
        </w:rPr>
        <w:t>.</w:t>
      </w:r>
    </w:p>
    <w:p w14:paraId="7FB0690C" w14:textId="77777777" w:rsidR="00B973B4" w:rsidRPr="00491C1A" w:rsidRDefault="00B973B4" w:rsidP="00B973B4">
      <w:pPr>
        <w:jc w:val="both"/>
        <w:rPr>
          <w:lang w:val="fr-FR"/>
        </w:rPr>
      </w:pPr>
      <w:proofErr w:type="spellStart"/>
      <w:r w:rsidRPr="00491C1A">
        <w:rPr>
          <w:lang w:val="fr-FR"/>
        </w:rPr>
        <w:t>Svi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uzorci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moraju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biti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označeni</w:t>
      </w:r>
      <w:proofErr w:type="spellEnd"/>
      <w:r w:rsidRPr="00491C1A">
        <w:rPr>
          <w:lang w:val="fr-FR"/>
        </w:rPr>
        <w:t xml:space="preserve"> na </w:t>
      </w:r>
      <w:proofErr w:type="spellStart"/>
      <w:r w:rsidRPr="00491C1A">
        <w:rPr>
          <w:lang w:val="fr-FR"/>
        </w:rPr>
        <w:t>način</w:t>
      </w:r>
      <w:proofErr w:type="spellEnd"/>
      <w:r w:rsidRPr="00491C1A">
        <w:rPr>
          <w:lang w:val="fr-FR"/>
        </w:rPr>
        <w:t xml:space="preserve"> da </w:t>
      </w:r>
      <w:proofErr w:type="spellStart"/>
      <w:r w:rsidRPr="00491C1A">
        <w:rPr>
          <w:lang w:val="fr-FR"/>
        </w:rPr>
        <w:t>oznaka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sadrži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najmanje</w:t>
      </w:r>
      <w:proofErr w:type="spellEnd"/>
      <w:r w:rsidRPr="00491C1A">
        <w:rPr>
          <w:lang w:val="fr-FR"/>
        </w:rPr>
        <w:t xml:space="preserve"> </w:t>
      </w:r>
      <w:proofErr w:type="spellStart"/>
      <w:r w:rsidRPr="00491C1A">
        <w:rPr>
          <w:lang w:val="fr-FR"/>
        </w:rPr>
        <w:t>sljedeće</w:t>
      </w:r>
      <w:proofErr w:type="spellEnd"/>
      <w:r w:rsidRPr="00491C1A">
        <w:rPr>
          <w:lang w:val="fr-FR"/>
        </w:rPr>
        <w:t xml:space="preserve"> </w:t>
      </w:r>
      <w:proofErr w:type="spellStart"/>
      <w:proofErr w:type="gramStart"/>
      <w:r w:rsidRPr="00491C1A">
        <w:rPr>
          <w:lang w:val="fr-FR"/>
        </w:rPr>
        <w:t>podatke</w:t>
      </w:r>
      <w:proofErr w:type="spellEnd"/>
      <w:r w:rsidRPr="00491C1A">
        <w:rPr>
          <w:lang w:val="fr-FR"/>
        </w:rPr>
        <w:t>:</w:t>
      </w:r>
      <w:proofErr w:type="gramEnd"/>
    </w:p>
    <w:p w14:paraId="2DBAF469" w14:textId="77777777" w:rsidR="00B973B4" w:rsidRPr="0026140D" w:rsidRDefault="00B973B4" w:rsidP="0026140D">
      <w:pPr>
        <w:pStyle w:val="ListParagraph"/>
        <w:numPr>
          <w:ilvl w:val="0"/>
          <w:numId w:val="16"/>
        </w:numPr>
        <w:spacing w:line="240" w:lineRule="auto"/>
        <w:rPr>
          <w:rFonts w:cs="Arial"/>
          <w:szCs w:val="24"/>
          <w:lang w:val="sr-Latn-CS"/>
        </w:rPr>
      </w:pPr>
      <w:r w:rsidRPr="0026140D">
        <w:rPr>
          <w:rFonts w:cs="Arial"/>
          <w:szCs w:val="24"/>
          <w:lang w:val="sr-Latn-CS"/>
        </w:rPr>
        <w:t>vrstu uzorkovanog goriva;</w:t>
      </w:r>
    </w:p>
    <w:p w14:paraId="783F2E24" w14:textId="77777777" w:rsidR="00B973B4" w:rsidRPr="0026140D" w:rsidRDefault="00B973B4" w:rsidP="0026140D">
      <w:pPr>
        <w:pStyle w:val="ListParagraph"/>
        <w:numPr>
          <w:ilvl w:val="0"/>
          <w:numId w:val="16"/>
        </w:numPr>
        <w:spacing w:line="240" w:lineRule="auto"/>
        <w:rPr>
          <w:rFonts w:cs="Arial"/>
          <w:szCs w:val="24"/>
          <w:lang w:val="sr-Latn-CS"/>
        </w:rPr>
      </w:pPr>
      <w:r w:rsidRPr="0026140D">
        <w:rPr>
          <w:rFonts w:cs="Arial"/>
          <w:szCs w:val="24"/>
          <w:lang w:val="sr-Latn-CS"/>
        </w:rPr>
        <w:t>količinu goriva;</w:t>
      </w:r>
    </w:p>
    <w:p w14:paraId="2ADA1EA7" w14:textId="200EEEB2" w:rsidR="00B973B4" w:rsidRPr="0026140D" w:rsidRDefault="004B0311" w:rsidP="0026140D">
      <w:pPr>
        <w:pStyle w:val="ListParagraph"/>
        <w:numPr>
          <w:ilvl w:val="0"/>
          <w:numId w:val="16"/>
        </w:numPr>
        <w:spacing w:line="240" w:lineRule="auto"/>
        <w:rPr>
          <w:rFonts w:cs="Arial"/>
          <w:szCs w:val="24"/>
          <w:lang w:val="sr-Latn-CS"/>
        </w:rPr>
      </w:pPr>
      <w:r>
        <w:rPr>
          <w:rFonts w:cs="Arial"/>
          <w:szCs w:val="24"/>
          <w:lang w:val="sr-Latn-CS"/>
        </w:rPr>
        <w:t xml:space="preserve">registraciju auto cisterne </w:t>
      </w:r>
      <w:r w:rsidR="00B973B4" w:rsidRPr="0026140D">
        <w:rPr>
          <w:rFonts w:cs="Arial"/>
          <w:szCs w:val="24"/>
          <w:lang w:val="sr-Latn-CS"/>
        </w:rPr>
        <w:t>iz koje je izvršeno uzorkovanje;</w:t>
      </w:r>
    </w:p>
    <w:p w14:paraId="0CD6C503" w14:textId="77777777" w:rsidR="00B973B4" w:rsidRPr="0026140D" w:rsidRDefault="00B973B4" w:rsidP="0026140D">
      <w:pPr>
        <w:pStyle w:val="ListParagraph"/>
        <w:numPr>
          <w:ilvl w:val="0"/>
          <w:numId w:val="16"/>
        </w:numPr>
        <w:spacing w:line="240" w:lineRule="auto"/>
        <w:rPr>
          <w:rFonts w:cs="Arial"/>
          <w:szCs w:val="24"/>
          <w:lang w:val="sr-Latn-CS"/>
        </w:rPr>
      </w:pPr>
      <w:r w:rsidRPr="0026140D">
        <w:rPr>
          <w:rFonts w:cs="Arial"/>
          <w:szCs w:val="24"/>
          <w:lang w:val="sr-Latn-CS"/>
        </w:rPr>
        <w:t>mjesto uzorkovanja;</w:t>
      </w:r>
    </w:p>
    <w:p w14:paraId="2650BD7D" w14:textId="77777777" w:rsidR="00B973B4" w:rsidRPr="0026140D" w:rsidRDefault="00B973B4" w:rsidP="0026140D">
      <w:pPr>
        <w:pStyle w:val="ListParagraph"/>
        <w:numPr>
          <w:ilvl w:val="0"/>
          <w:numId w:val="16"/>
        </w:numPr>
        <w:spacing w:line="240" w:lineRule="auto"/>
        <w:rPr>
          <w:rFonts w:cs="Arial"/>
          <w:szCs w:val="24"/>
          <w:lang w:val="sr-Latn-CS"/>
        </w:rPr>
      </w:pPr>
      <w:r w:rsidRPr="0026140D">
        <w:rPr>
          <w:rFonts w:cs="Arial"/>
          <w:szCs w:val="24"/>
          <w:lang w:val="sr-Latn-CS"/>
        </w:rPr>
        <w:t>datum i vrijeme uzorkovanja;</w:t>
      </w:r>
    </w:p>
    <w:p w14:paraId="02821D23" w14:textId="77777777" w:rsidR="00B973B4" w:rsidRPr="0026140D" w:rsidRDefault="00B973B4" w:rsidP="0026140D">
      <w:pPr>
        <w:pStyle w:val="ListParagraph"/>
        <w:numPr>
          <w:ilvl w:val="0"/>
          <w:numId w:val="16"/>
        </w:numPr>
        <w:spacing w:line="240" w:lineRule="auto"/>
        <w:rPr>
          <w:rFonts w:cs="Arial"/>
          <w:szCs w:val="24"/>
          <w:lang w:val="sr-Latn-CS"/>
        </w:rPr>
      </w:pPr>
      <w:r w:rsidRPr="0026140D">
        <w:rPr>
          <w:rFonts w:cs="Arial"/>
          <w:szCs w:val="24"/>
          <w:lang w:val="sr-Latn-CS"/>
        </w:rPr>
        <w:t>broj plombe, ukoliko je primjenjivo;</w:t>
      </w:r>
    </w:p>
    <w:p w14:paraId="54A46815" w14:textId="77E7D5D6" w:rsidR="00B973B4" w:rsidRPr="00627C43" w:rsidRDefault="00B973B4" w:rsidP="0026140D">
      <w:pPr>
        <w:pStyle w:val="ListParagraph"/>
        <w:numPr>
          <w:ilvl w:val="0"/>
          <w:numId w:val="16"/>
        </w:numPr>
        <w:spacing w:line="240" w:lineRule="auto"/>
        <w:rPr>
          <w:rFonts w:cs="Arial"/>
          <w:szCs w:val="24"/>
          <w:lang w:val="sr-Latn-CS"/>
        </w:rPr>
      </w:pPr>
      <w:r w:rsidRPr="0026140D">
        <w:rPr>
          <w:rFonts w:cs="Arial"/>
          <w:szCs w:val="24"/>
          <w:lang w:val="sr-Latn-CS"/>
        </w:rPr>
        <w:t>ime i potpis lica koje je izvršilo uzorkovanje</w:t>
      </w:r>
      <w:r w:rsidR="004B0311">
        <w:rPr>
          <w:rFonts w:cs="Arial"/>
          <w:szCs w:val="24"/>
          <w:lang w:val="en-GB"/>
        </w:rPr>
        <w:t>;</w:t>
      </w:r>
    </w:p>
    <w:p w14:paraId="6194BCEC" w14:textId="6EA5FFD9" w:rsidR="004B0311" w:rsidRPr="004B0311" w:rsidRDefault="004B0311" w:rsidP="004B0311">
      <w:pPr>
        <w:pStyle w:val="ListParagraph"/>
        <w:numPr>
          <w:ilvl w:val="0"/>
          <w:numId w:val="16"/>
        </w:numPr>
        <w:spacing w:line="240" w:lineRule="auto"/>
        <w:rPr>
          <w:rFonts w:cs="Arial"/>
          <w:szCs w:val="24"/>
          <w:lang w:val="sr-Latn-CS"/>
        </w:rPr>
      </w:pPr>
      <w:proofErr w:type="spellStart"/>
      <w:r>
        <w:rPr>
          <w:rFonts w:cs="Arial"/>
          <w:szCs w:val="24"/>
          <w:lang w:val="en-GB"/>
        </w:rPr>
        <w:t>ime</w:t>
      </w:r>
      <w:proofErr w:type="spellEnd"/>
      <w:r>
        <w:rPr>
          <w:rFonts w:cs="Arial"/>
          <w:szCs w:val="24"/>
          <w:lang w:val="en-GB"/>
        </w:rPr>
        <w:t xml:space="preserve"> </w:t>
      </w:r>
      <w:proofErr w:type="spellStart"/>
      <w:r>
        <w:rPr>
          <w:rFonts w:cs="Arial"/>
          <w:szCs w:val="24"/>
          <w:lang w:val="en-GB"/>
        </w:rPr>
        <w:t>i</w:t>
      </w:r>
      <w:proofErr w:type="spellEnd"/>
      <w:r>
        <w:rPr>
          <w:rFonts w:cs="Arial"/>
          <w:szCs w:val="24"/>
          <w:lang w:val="en-GB"/>
        </w:rPr>
        <w:t xml:space="preserve"> </w:t>
      </w:r>
      <w:proofErr w:type="spellStart"/>
      <w:r>
        <w:rPr>
          <w:rFonts w:cs="Arial"/>
          <w:szCs w:val="24"/>
          <w:lang w:val="en-GB"/>
        </w:rPr>
        <w:t>potpis</w:t>
      </w:r>
      <w:proofErr w:type="spellEnd"/>
      <w:r>
        <w:rPr>
          <w:rFonts w:cs="Arial"/>
          <w:szCs w:val="24"/>
          <w:lang w:val="en-GB"/>
        </w:rPr>
        <w:t xml:space="preserve"> </w:t>
      </w:r>
      <w:proofErr w:type="spellStart"/>
      <w:r>
        <w:rPr>
          <w:rFonts w:cs="Arial"/>
          <w:szCs w:val="24"/>
          <w:lang w:val="en-GB"/>
        </w:rPr>
        <w:t>lica</w:t>
      </w:r>
      <w:proofErr w:type="spellEnd"/>
      <w:r>
        <w:rPr>
          <w:rFonts w:cs="Arial"/>
          <w:szCs w:val="24"/>
          <w:lang w:val="en-GB"/>
        </w:rPr>
        <w:t xml:space="preserve"> </w:t>
      </w:r>
      <w:proofErr w:type="spellStart"/>
      <w:r>
        <w:rPr>
          <w:rFonts w:cs="Arial"/>
          <w:szCs w:val="24"/>
          <w:lang w:val="en-GB"/>
        </w:rPr>
        <w:t>koje</w:t>
      </w:r>
      <w:proofErr w:type="spellEnd"/>
      <w:r>
        <w:rPr>
          <w:rFonts w:cs="Arial"/>
          <w:szCs w:val="24"/>
          <w:lang w:val="en-GB"/>
        </w:rPr>
        <w:t xml:space="preserve"> je </w:t>
      </w:r>
      <w:proofErr w:type="spellStart"/>
      <w:r>
        <w:rPr>
          <w:rFonts w:cs="Arial"/>
          <w:szCs w:val="24"/>
          <w:lang w:val="en-GB"/>
        </w:rPr>
        <w:t>izvr</w:t>
      </w:r>
      <w:proofErr w:type="spellEnd"/>
      <w:r>
        <w:rPr>
          <w:rFonts w:cs="Arial"/>
          <w:szCs w:val="24"/>
          <w:lang w:val="sr-Latn-ME"/>
        </w:rPr>
        <w:t>šilo merenje koncentracije</w:t>
      </w:r>
      <w:r>
        <w:rPr>
          <w:rFonts w:cs="Arial"/>
          <w:szCs w:val="24"/>
          <w:lang w:val="en-GB"/>
        </w:rPr>
        <w:t>;</w:t>
      </w:r>
    </w:p>
    <w:p w14:paraId="4239D974" w14:textId="5119BFC0" w:rsidR="00B973B4" w:rsidRDefault="00B973B4" w:rsidP="00B973B4">
      <w:pPr>
        <w:jc w:val="both"/>
        <w:rPr>
          <w:lang w:val="sr-Latn-CS"/>
        </w:rPr>
      </w:pPr>
      <w:r w:rsidRPr="00B973B4">
        <w:rPr>
          <w:lang w:val="en-GB"/>
        </w:rPr>
        <w:t>Jedan</w:t>
      </w:r>
      <w:r w:rsidRPr="00491C1A">
        <w:rPr>
          <w:lang w:val="sr-Latn-CS"/>
        </w:rPr>
        <w:t xml:space="preserve"> </w:t>
      </w:r>
      <w:r w:rsidRPr="00B973B4">
        <w:rPr>
          <w:lang w:val="en-GB"/>
        </w:rPr>
        <w:t>od</w:t>
      </w:r>
      <w:r w:rsidRPr="00491C1A">
        <w:rPr>
          <w:lang w:val="sr-Latn-CS"/>
        </w:rPr>
        <w:t xml:space="preserve"> </w:t>
      </w:r>
      <w:proofErr w:type="spellStart"/>
      <w:r w:rsidRPr="00B973B4">
        <w:rPr>
          <w:lang w:val="en-GB"/>
        </w:rPr>
        <w:t>dva</w:t>
      </w:r>
      <w:proofErr w:type="spellEnd"/>
      <w:r w:rsidRPr="00491C1A">
        <w:rPr>
          <w:lang w:val="sr-Latn-CS"/>
        </w:rPr>
        <w:t xml:space="preserve"> </w:t>
      </w:r>
      <w:proofErr w:type="spellStart"/>
      <w:r w:rsidRPr="00B973B4">
        <w:rPr>
          <w:lang w:val="en-GB"/>
        </w:rPr>
        <w:t>uzorka</w:t>
      </w:r>
      <w:proofErr w:type="spellEnd"/>
      <w:r w:rsidRPr="00491C1A">
        <w:rPr>
          <w:lang w:val="sr-Latn-CS"/>
        </w:rPr>
        <w:t xml:space="preserve"> </w:t>
      </w:r>
      <w:proofErr w:type="spellStart"/>
      <w:r w:rsidRPr="00B973B4">
        <w:rPr>
          <w:lang w:val="en-GB"/>
        </w:rPr>
        <w:t>koj</w:t>
      </w:r>
      <w:r w:rsidR="00A0196C">
        <w:rPr>
          <w:lang w:val="en-GB"/>
        </w:rPr>
        <w:t>e</w:t>
      </w:r>
      <w:proofErr w:type="spellEnd"/>
      <w:r w:rsidRPr="00491C1A">
        <w:rPr>
          <w:lang w:val="sr-Latn-CS"/>
        </w:rPr>
        <w:t xml:space="preserve"> </w:t>
      </w:r>
      <w:proofErr w:type="spellStart"/>
      <w:r w:rsidRPr="00B973B4">
        <w:rPr>
          <w:lang w:val="en-GB"/>
        </w:rPr>
        <w:t>zadr</w:t>
      </w:r>
      <w:proofErr w:type="spellEnd"/>
      <w:r w:rsidRPr="00491C1A">
        <w:rPr>
          <w:lang w:val="sr-Latn-CS"/>
        </w:rPr>
        <w:t>ž</w:t>
      </w:r>
      <w:r w:rsidRPr="00B973B4">
        <w:rPr>
          <w:lang w:val="en-GB"/>
        </w:rPr>
        <w:t>ava</w:t>
      </w:r>
      <w:r w:rsidRPr="00491C1A">
        <w:rPr>
          <w:lang w:val="sr-Latn-CS"/>
        </w:rPr>
        <w:t xml:space="preserve"> </w:t>
      </w:r>
      <w:r w:rsidR="00D003DD">
        <w:rPr>
          <w:lang w:val="sr-Latn-CS"/>
        </w:rPr>
        <w:t xml:space="preserve">Pružalac usluge </w:t>
      </w:r>
      <w:r w:rsidR="00A0196C">
        <w:rPr>
          <w:lang w:val="sr-Latn-CS"/>
        </w:rPr>
        <w:t>koristi s</w:t>
      </w:r>
      <w:r w:rsidRPr="00B973B4">
        <w:rPr>
          <w:lang w:val="en-GB"/>
        </w:rPr>
        <w:t>e</w:t>
      </w:r>
      <w:r w:rsidRPr="00491C1A">
        <w:rPr>
          <w:lang w:val="sr-Latn-CS"/>
        </w:rPr>
        <w:t xml:space="preserve"> </w:t>
      </w:r>
      <w:r w:rsidRPr="00B973B4">
        <w:rPr>
          <w:lang w:val="en-GB"/>
        </w:rPr>
        <w:t>za</w:t>
      </w:r>
      <w:r w:rsidRPr="00491C1A">
        <w:rPr>
          <w:lang w:val="sr-Latn-CS"/>
        </w:rPr>
        <w:t xml:space="preserve"> </w:t>
      </w:r>
      <w:proofErr w:type="spellStart"/>
      <w:r w:rsidRPr="00B973B4">
        <w:rPr>
          <w:lang w:val="en-GB"/>
        </w:rPr>
        <w:t>laboratorijsku</w:t>
      </w:r>
      <w:proofErr w:type="spellEnd"/>
      <w:r w:rsidRPr="00491C1A">
        <w:rPr>
          <w:lang w:val="sr-Latn-CS"/>
        </w:rPr>
        <w:t xml:space="preserve"> </w:t>
      </w:r>
      <w:proofErr w:type="spellStart"/>
      <w:r w:rsidRPr="00B973B4">
        <w:rPr>
          <w:lang w:val="en-GB"/>
        </w:rPr>
        <w:t>provjeru</w:t>
      </w:r>
      <w:proofErr w:type="spellEnd"/>
      <w:r w:rsidRPr="00491C1A">
        <w:rPr>
          <w:lang w:val="sr-Latn-CS"/>
        </w:rPr>
        <w:t xml:space="preserve"> </w:t>
      </w:r>
      <w:proofErr w:type="spellStart"/>
      <w:r w:rsidRPr="00B973B4">
        <w:rPr>
          <w:lang w:val="en-GB"/>
        </w:rPr>
        <w:t>koncentracije</w:t>
      </w:r>
      <w:proofErr w:type="spellEnd"/>
      <w:r w:rsidRPr="00491C1A">
        <w:rPr>
          <w:lang w:val="sr-Latn-CS"/>
        </w:rPr>
        <w:t xml:space="preserve"> </w:t>
      </w:r>
      <w:proofErr w:type="spellStart"/>
      <w:r w:rsidRPr="00B973B4">
        <w:rPr>
          <w:lang w:val="en-GB"/>
        </w:rPr>
        <w:t>markera</w:t>
      </w:r>
      <w:proofErr w:type="spellEnd"/>
      <w:r w:rsidRPr="00491C1A">
        <w:rPr>
          <w:lang w:val="sr-Latn-CS"/>
        </w:rPr>
        <w:t xml:space="preserve">, </w:t>
      </w:r>
      <w:proofErr w:type="spellStart"/>
      <w:r w:rsidRPr="00B973B4">
        <w:rPr>
          <w:lang w:val="en-GB"/>
        </w:rPr>
        <w:t>dok</w:t>
      </w:r>
      <w:proofErr w:type="spellEnd"/>
      <w:r w:rsidRPr="00491C1A">
        <w:rPr>
          <w:lang w:val="sr-Latn-CS"/>
        </w:rPr>
        <w:t xml:space="preserve"> </w:t>
      </w:r>
      <w:r w:rsidRPr="00B973B4">
        <w:rPr>
          <w:lang w:val="en-GB"/>
        </w:rPr>
        <w:t>se</w:t>
      </w:r>
      <w:r w:rsidRPr="00491C1A">
        <w:rPr>
          <w:lang w:val="sr-Latn-CS"/>
        </w:rPr>
        <w:t xml:space="preserve"> </w:t>
      </w:r>
      <w:proofErr w:type="spellStart"/>
      <w:r w:rsidRPr="00B973B4">
        <w:rPr>
          <w:lang w:val="en-GB"/>
        </w:rPr>
        <w:t>drugi</w:t>
      </w:r>
      <w:proofErr w:type="spellEnd"/>
      <w:r w:rsidRPr="00491C1A">
        <w:rPr>
          <w:lang w:val="sr-Latn-CS"/>
        </w:rPr>
        <w:t xml:space="preserve"> </w:t>
      </w:r>
      <w:proofErr w:type="spellStart"/>
      <w:r w:rsidRPr="00B973B4">
        <w:rPr>
          <w:lang w:val="en-GB"/>
        </w:rPr>
        <w:t>uzorak</w:t>
      </w:r>
      <w:proofErr w:type="spellEnd"/>
      <w:r w:rsidRPr="00491C1A">
        <w:rPr>
          <w:lang w:val="sr-Latn-CS"/>
        </w:rPr>
        <w:t xml:space="preserve"> č</w:t>
      </w:r>
      <w:r w:rsidRPr="00B973B4">
        <w:rPr>
          <w:lang w:val="en-GB"/>
        </w:rPr>
        <w:t>uva</w:t>
      </w:r>
      <w:r w:rsidRPr="00491C1A">
        <w:rPr>
          <w:lang w:val="sr-Latn-CS"/>
        </w:rPr>
        <w:t xml:space="preserve"> </w:t>
      </w:r>
      <w:proofErr w:type="spellStart"/>
      <w:r w:rsidRPr="00B973B4">
        <w:rPr>
          <w:lang w:val="en-GB"/>
        </w:rPr>
        <w:t>najmanje</w:t>
      </w:r>
      <w:proofErr w:type="spellEnd"/>
      <w:r w:rsidRPr="00491C1A">
        <w:rPr>
          <w:lang w:val="sr-Latn-CS"/>
        </w:rPr>
        <w:t xml:space="preserve"> 60 </w:t>
      </w:r>
      <w:r w:rsidRPr="00B973B4">
        <w:rPr>
          <w:lang w:val="en-GB"/>
        </w:rPr>
        <w:t>dana</w:t>
      </w:r>
      <w:r w:rsidRPr="00491C1A">
        <w:rPr>
          <w:lang w:val="sr-Latn-CS"/>
        </w:rPr>
        <w:t xml:space="preserve"> </w:t>
      </w:r>
      <w:r w:rsidRPr="00B973B4">
        <w:rPr>
          <w:lang w:val="en-GB"/>
        </w:rPr>
        <w:t>od</w:t>
      </w:r>
      <w:r w:rsidRPr="00491C1A">
        <w:rPr>
          <w:lang w:val="sr-Latn-CS"/>
        </w:rPr>
        <w:t xml:space="preserve"> </w:t>
      </w:r>
      <w:r w:rsidRPr="00B973B4">
        <w:rPr>
          <w:lang w:val="en-GB"/>
        </w:rPr>
        <w:t>dana</w:t>
      </w:r>
      <w:r w:rsidRPr="00491C1A">
        <w:rPr>
          <w:lang w:val="sr-Latn-CS"/>
        </w:rPr>
        <w:t xml:space="preserve"> </w:t>
      </w:r>
      <w:proofErr w:type="spellStart"/>
      <w:r w:rsidRPr="00B973B4">
        <w:rPr>
          <w:lang w:val="en-GB"/>
        </w:rPr>
        <w:t>uzorkovanja</w:t>
      </w:r>
      <w:proofErr w:type="spellEnd"/>
      <w:r w:rsidRPr="00491C1A">
        <w:rPr>
          <w:lang w:val="sr-Latn-CS"/>
        </w:rPr>
        <w:t>.</w:t>
      </w:r>
    </w:p>
    <w:p w14:paraId="35EC3BFD" w14:textId="62863EE9" w:rsidR="005B5E8A" w:rsidRDefault="005B5E8A" w:rsidP="00B973B4">
      <w:pPr>
        <w:jc w:val="both"/>
        <w:rPr>
          <w:lang w:val="sr-Latn-CS"/>
        </w:rPr>
      </w:pPr>
      <w:r>
        <w:rPr>
          <w:lang w:val="sr-Latn-CS"/>
        </w:rPr>
        <w:t>O rezultatima laboratorijskog ispitivanja inspektor za ugljovodonike</w:t>
      </w:r>
      <w:r w:rsidR="00722768">
        <w:rPr>
          <w:lang w:val="sr-Latn-CS"/>
        </w:rPr>
        <w:t>, tržišni inspektor</w:t>
      </w:r>
      <w:r>
        <w:rPr>
          <w:lang w:val="sr-Latn-CS"/>
        </w:rPr>
        <w:t xml:space="preserve"> i obveznik markiranja se obavještavaju bez odlaganja.</w:t>
      </w:r>
    </w:p>
    <w:p w14:paraId="5C1BBA82" w14:textId="6F6B49EA" w:rsidR="005B5E8A" w:rsidRPr="005B5E8A" w:rsidRDefault="005B5E8A" w:rsidP="005B5E8A">
      <w:pPr>
        <w:jc w:val="both"/>
        <w:rPr>
          <w:lang w:val="en-GB"/>
        </w:rPr>
      </w:pPr>
      <w:proofErr w:type="spellStart"/>
      <w:r w:rsidRPr="005B5E8A">
        <w:rPr>
          <w:lang w:val="en-GB"/>
        </w:rPr>
        <w:lastRenderedPageBreak/>
        <w:t>Ukoliko</w:t>
      </w:r>
      <w:proofErr w:type="spellEnd"/>
      <w:r w:rsidRPr="005B5E8A">
        <w:rPr>
          <w:lang w:val="en-GB"/>
        </w:rPr>
        <w:t xml:space="preserve"> </w:t>
      </w:r>
      <w:proofErr w:type="spellStart"/>
      <w:r w:rsidRPr="005B5E8A">
        <w:rPr>
          <w:lang w:val="en-GB"/>
        </w:rPr>
        <w:t>laboratorijsko</w:t>
      </w:r>
      <w:proofErr w:type="spellEnd"/>
      <w:r w:rsidRPr="005B5E8A">
        <w:rPr>
          <w:lang w:val="en-GB"/>
        </w:rPr>
        <w:t xml:space="preserve"> </w:t>
      </w:r>
      <w:proofErr w:type="spellStart"/>
      <w:r w:rsidRPr="005B5E8A">
        <w:rPr>
          <w:lang w:val="en-GB"/>
        </w:rPr>
        <w:t>ispitivanje</w:t>
      </w:r>
      <w:proofErr w:type="spellEnd"/>
      <w:r w:rsidRPr="005B5E8A">
        <w:rPr>
          <w:lang w:val="en-GB"/>
        </w:rPr>
        <w:t xml:space="preserve"> </w:t>
      </w:r>
      <w:proofErr w:type="spellStart"/>
      <w:r w:rsidRPr="005B5E8A">
        <w:rPr>
          <w:lang w:val="en-GB"/>
        </w:rPr>
        <w:t>utvrdi</w:t>
      </w:r>
      <w:proofErr w:type="spellEnd"/>
      <w:r w:rsidRPr="005B5E8A">
        <w:rPr>
          <w:lang w:val="en-GB"/>
        </w:rPr>
        <w:t xml:space="preserve"> da </w:t>
      </w:r>
      <w:proofErr w:type="spellStart"/>
      <w:r w:rsidRPr="005B5E8A">
        <w:rPr>
          <w:lang w:val="en-GB"/>
        </w:rPr>
        <w:t>koncentracija</w:t>
      </w:r>
      <w:proofErr w:type="spellEnd"/>
      <w:r w:rsidRPr="005B5E8A">
        <w:rPr>
          <w:lang w:val="en-GB"/>
        </w:rPr>
        <w:t xml:space="preserve"> </w:t>
      </w:r>
      <w:proofErr w:type="spellStart"/>
      <w:r w:rsidRPr="005B5E8A">
        <w:rPr>
          <w:lang w:val="en-GB"/>
        </w:rPr>
        <w:t>markera</w:t>
      </w:r>
      <w:proofErr w:type="spellEnd"/>
      <w:r w:rsidRPr="005B5E8A">
        <w:rPr>
          <w:lang w:val="en-GB"/>
        </w:rPr>
        <w:t xml:space="preserve"> </w:t>
      </w:r>
      <w:proofErr w:type="spellStart"/>
      <w:r w:rsidRPr="005B5E8A">
        <w:rPr>
          <w:lang w:val="en-GB"/>
        </w:rPr>
        <w:t>nije</w:t>
      </w:r>
      <w:proofErr w:type="spellEnd"/>
      <w:r w:rsidRPr="005B5E8A">
        <w:rPr>
          <w:lang w:val="en-GB"/>
        </w:rPr>
        <w:t xml:space="preserve"> u </w:t>
      </w:r>
      <w:proofErr w:type="spellStart"/>
      <w:r w:rsidRPr="005B5E8A">
        <w:rPr>
          <w:lang w:val="en-GB"/>
        </w:rPr>
        <w:t>propisanim</w:t>
      </w:r>
      <w:proofErr w:type="spellEnd"/>
      <w:r w:rsidRPr="005B5E8A">
        <w:rPr>
          <w:lang w:val="en-GB"/>
        </w:rPr>
        <w:t xml:space="preserve"> </w:t>
      </w:r>
      <w:proofErr w:type="spellStart"/>
      <w:r w:rsidRPr="005B5E8A">
        <w:rPr>
          <w:lang w:val="en-GB"/>
        </w:rPr>
        <w:t>granicama</w:t>
      </w:r>
      <w:proofErr w:type="spellEnd"/>
      <w:r w:rsidRPr="005B5E8A">
        <w:rPr>
          <w:lang w:val="en-GB"/>
        </w:rPr>
        <w:t xml:space="preserve">, </w:t>
      </w:r>
      <w:proofErr w:type="spellStart"/>
      <w:r w:rsidRPr="005B5E8A">
        <w:rPr>
          <w:lang w:val="en-GB"/>
        </w:rPr>
        <w:t>tržišn</w:t>
      </w:r>
      <w:r w:rsidR="00722768">
        <w:rPr>
          <w:lang w:val="en-GB"/>
        </w:rPr>
        <w:t>i</w:t>
      </w:r>
      <w:proofErr w:type="spellEnd"/>
      <w:r w:rsidRPr="005B5E8A">
        <w:rPr>
          <w:lang w:val="en-GB"/>
        </w:rPr>
        <w:t xml:space="preserve"> </w:t>
      </w:r>
      <w:proofErr w:type="spellStart"/>
      <w:r w:rsidRPr="005B5E8A">
        <w:rPr>
          <w:lang w:val="en-GB"/>
        </w:rPr>
        <w:t>inspektor</w:t>
      </w:r>
      <w:proofErr w:type="spellEnd"/>
      <w:r w:rsidRPr="005B5E8A">
        <w:rPr>
          <w:lang w:val="en-GB"/>
        </w:rPr>
        <w:t xml:space="preserve"> </w:t>
      </w:r>
      <w:proofErr w:type="spellStart"/>
      <w:r w:rsidRPr="005B5E8A">
        <w:rPr>
          <w:lang w:val="en-GB"/>
        </w:rPr>
        <w:t>preduzima</w:t>
      </w:r>
      <w:proofErr w:type="spellEnd"/>
      <w:r w:rsidRPr="005B5E8A">
        <w:rPr>
          <w:lang w:val="en-GB"/>
        </w:rPr>
        <w:t xml:space="preserve"> </w:t>
      </w:r>
      <w:proofErr w:type="spellStart"/>
      <w:r w:rsidRPr="005B5E8A">
        <w:rPr>
          <w:lang w:val="en-GB"/>
        </w:rPr>
        <w:t>dalj</w:t>
      </w:r>
      <w:r w:rsidR="00722768">
        <w:rPr>
          <w:lang w:val="en-GB"/>
        </w:rPr>
        <w:t>e</w:t>
      </w:r>
      <w:proofErr w:type="spellEnd"/>
      <w:r w:rsidRPr="005B5E8A">
        <w:rPr>
          <w:lang w:val="en-GB"/>
        </w:rPr>
        <w:t xml:space="preserve"> </w:t>
      </w:r>
      <w:proofErr w:type="spellStart"/>
      <w:r w:rsidRPr="005B5E8A">
        <w:rPr>
          <w:lang w:val="en-GB"/>
        </w:rPr>
        <w:t>mjer</w:t>
      </w:r>
      <w:r w:rsidR="00722768">
        <w:rPr>
          <w:lang w:val="en-GB"/>
        </w:rPr>
        <w:t>e</w:t>
      </w:r>
      <w:proofErr w:type="spellEnd"/>
      <w:r w:rsidRPr="005B5E8A">
        <w:rPr>
          <w:lang w:val="en-GB"/>
        </w:rPr>
        <w:t xml:space="preserve"> u </w:t>
      </w:r>
      <w:proofErr w:type="spellStart"/>
      <w:r w:rsidRPr="005B5E8A">
        <w:rPr>
          <w:lang w:val="en-GB"/>
        </w:rPr>
        <w:t>skladu</w:t>
      </w:r>
      <w:proofErr w:type="spellEnd"/>
      <w:r w:rsidRPr="005B5E8A">
        <w:rPr>
          <w:lang w:val="en-GB"/>
        </w:rPr>
        <w:t xml:space="preserve"> </w:t>
      </w:r>
      <w:proofErr w:type="spellStart"/>
      <w:r w:rsidRPr="005B5E8A">
        <w:rPr>
          <w:lang w:val="en-GB"/>
        </w:rPr>
        <w:t>sa</w:t>
      </w:r>
      <w:proofErr w:type="spellEnd"/>
      <w:r w:rsidRPr="005B5E8A">
        <w:rPr>
          <w:lang w:val="en-GB"/>
        </w:rPr>
        <w:t xml:space="preserve"> </w:t>
      </w:r>
      <w:proofErr w:type="spellStart"/>
      <w:r w:rsidRPr="005B5E8A">
        <w:rPr>
          <w:lang w:val="en-GB"/>
        </w:rPr>
        <w:t>njegovim</w:t>
      </w:r>
      <w:proofErr w:type="spellEnd"/>
      <w:r w:rsidRPr="005B5E8A">
        <w:rPr>
          <w:lang w:val="en-GB"/>
        </w:rPr>
        <w:t xml:space="preserve"> </w:t>
      </w:r>
      <w:proofErr w:type="spellStart"/>
      <w:r w:rsidRPr="005B5E8A">
        <w:rPr>
          <w:lang w:val="en-GB"/>
        </w:rPr>
        <w:t>nadležnostima</w:t>
      </w:r>
      <w:proofErr w:type="spellEnd"/>
      <w:r w:rsidRPr="005B5E8A">
        <w:rPr>
          <w:lang w:val="en-GB"/>
        </w:rPr>
        <w:t>.</w:t>
      </w:r>
    </w:p>
    <w:p w14:paraId="46775408" w14:textId="1D1AA576" w:rsidR="005133B5" w:rsidRPr="00491C1A" w:rsidRDefault="005133B5" w:rsidP="005133B5">
      <w:pPr>
        <w:pStyle w:val="Heading2"/>
        <w:rPr>
          <w:lang w:val="sr-Latn-CS"/>
        </w:rPr>
      </w:pPr>
      <w:bookmarkStart w:id="40" w:name="_Toc240964542"/>
      <w:r w:rsidRPr="00491C1A">
        <w:rPr>
          <w:lang w:val="sr-Latn-CS"/>
        </w:rPr>
        <w:t xml:space="preserve">12.3 </w:t>
      </w:r>
      <w:r>
        <w:rPr>
          <w:lang w:val="en-GB"/>
        </w:rPr>
        <w:t>M</w:t>
      </w:r>
      <w:r w:rsidRPr="0007532A">
        <w:rPr>
          <w:lang w:val="en-GB"/>
        </w:rPr>
        <w:t>erenje</w:t>
      </w:r>
      <w:r w:rsidRPr="00491C1A">
        <w:rPr>
          <w:lang w:val="sr-Latn-CS"/>
        </w:rPr>
        <w:t xml:space="preserve"> </w:t>
      </w:r>
      <w:proofErr w:type="spellStart"/>
      <w:r w:rsidRPr="0007532A">
        <w:rPr>
          <w:lang w:val="en-GB"/>
        </w:rPr>
        <w:t>koncentracije</w:t>
      </w:r>
      <w:proofErr w:type="spellEnd"/>
      <w:r w:rsidRPr="00491C1A">
        <w:rPr>
          <w:lang w:val="sr-Latn-CS"/>
        </w:rPr>
        <w:t xml:space="preserve"> </w:t>
      </w:r>
      <w:proofErr w:type="spellStart"/>
      <w:r w:rsidRPr="0007532A">
        <w:rPr>
          <w:lang w:val="en-GB"/>
        </w:rPr>
        <w:t>markera</w:t>
      </w:r>
      <w:proofErr w:type="spellEnd"/>
      <w:r w:rsidRPr="00491C1A">
        <w:rPr>
          <w:lang w:val="sr-Latn-CS"/>
        </w:rPr>
        <w:t xml:space="preserve"> </w:t>
      </w:r>
      <w:r>
        <w:rPr>
          <w:lang w:val="en-GB"/>
        </w:rPr>
        <w:t>u</w:t>
      </w:r>
      <w:r w:rsidRPr="00491C1A">
        <w:rPr>
          <w:lang w:val="sr-Latn-CS"/>
        </w:rPr>
        <w:t xml:space="preserve"> </w:t>
      </w:r>
      <w:proofErr w:type="spellStart"/>
      <w:r>
        <w:rPr>
          <w:lang w:val="en-GB"/>
        </w:rPr>
        <w:t>laboratoriji</w:t>
      </w:r>
      <w:bookmarkEnd w:id="40"/>
      <w:proofErr w:type="spellEnd"/>
    </w:p>
    <w:p w14:paraId="326D887A" w14:textId="14799808" w:rsidR="005724F2" w:rsidRPr="00491C1A" w:rsidRDefault="005724F2" w:rsidP="005724F2">
      <w:pPr>
        <w:jc w:val="both"/>
        <w:rPr>
          <w:lang w:val="sr-Latn-CS"/>
        </w:rPr>
      </w:pPr>
      <w:proofErr w:type="spellStart"/>
      <w:r w:rsidRPr="005724F2">
        <w:rPr>
          <w:lang w:val="en-GB"/>
        </w:rPr>
        <w:t>Laboratorijska</w:t>
      </w:r>
      <w:proofErr w:type="spellEnd"/>
      <w:r w:rsidRPr="00491C1A">
        <w:rPr>
          <w:lang w:val="sr-Latn-CS"/>
        </w:rPr>
        <w:t xml:space="preserve"> </w:t>
      </w:r>
      <w:proofErr w:type="spellStart"/>
      <w:r w:rsidRPr="005724F2">
        <w:rPr>
          <w:lang w:val="en-GB"/>
        </w:rPr>
        <w:t>provjera</w:t>
      </w:r>
      <w:proofErr w:type="spellEnd"/>
      <w:r w:rsidRPr="00491C1A">
        <w:rPr>
          <w:lang w:val="sr-Latn-CS"/>
        </w:rPr>
        <w:t xml:space="preserve"> </w:t>
      </w:r>
      <w:proofErr w:type="spellStart"/>
      <w:r w:rsidRPr="005724F2">
        <w:rPr>
          <w:lang w:val="en-GB"/>
        </w:rPr>
        <w:t>koncentracije</w:t>
      </w:r>
      <w:proofErr w:type="spellEnd"/>
      <w:r w:rsidRPr="00491C1A">
        <w:rPr>
          <w:lang w:val="sr-Latn-CS"/>
        </w:rPr>
        <w:t xml:space="preserve"> </w:t>
      </w:r>
      <w:proofErr w:type="spellStart"/>
      <w:r w:rsidRPr="005724F2">
        <w:rPr>
          <w:lang w:val="en-GB"/>
        </w:rPr>
        <w:t>markera</w:t>
      </w:r>
      <w:proofErr w:type="spellEnd"/>
      <w:r w:rsidRPr="00491C1A">
        <w:rPr>
          <w:lang w:val="sr-Latn-CS"/>
        </w:rPr>
        <w:t xml:space="preserve"> </w:t>
      </w:r>
      <w:proofErr w:type="spellStart"/>
      <w:r w:rsidRPr="005724F2">
        <w:rPr>
          <w:lang w:val="en-GB"/>
        </w:rPr>
        <w:t>vr</w:t>
      </w:r>
      <w:proofErr w:type="spellEnd"/>
      <w:r w:rsidRPr="00491C1A">
        <w:rPr>
          <w:lang w:val="sr-Latn-CS"/>
        </w:rPr>
        <w:t>š</w:t>
      </w:r>
      <w:proofErr w:type="spellStart"/>
      <w:r w:rsidRPr="005724F2">
        <w:rPr>
          <w:lang w:val="en-GB"/>
        </w:rPr>
        <w:t>i</w:t>
      </w:r>
      <w:proofErr w:type="spellEnd"/>
      <w:r w:rsidRPr="00491C1A">
        <w:rPr>
          <w:lang w:val="sr-Latn-CS"/>
        </w:rPr>
        <w:t xml:space="preserve"> </w:t>
      </w:r>
      <w:r w:rsidRPr="005724F2">
        <w:rPr>
          <w:lang w:val="en-GB"/>
        </w:rPr>
        <w:t>se</w:t>
      </w:r>
      <w:r w:rsidRPr="00491C1A">
        <w:rPr>
          <w:lang w:val="sr-Latn-CS"/>
        </w:rPr>
        <w:t xml:space="preserve"> </w:t>
      </w:r>
      <w:r w:rsidRPr="005724F2">
        <w:rPr>
          <w:lang w:val="en-GB"/>
        </w:rPr>
        <w:t>u</w:t>
      </w:r>
      <w:r w:rsidRPr="00491C1A">
        <w:rPr>
          <w:lang w:val="sr-Latn-CS"/>
        </w:rPr>
        <w:t xml:space="preserve"> </w:t>
      </w:r>
      <w:proofErr w:type="spellStart"/>
      <w:r w:rsidRPr="005724F2">
        <w:rPr>
          <w:lang w:val="en-GB"/>
        </w:rPr>
        <w:t>laboratoriji</w:t>
      </w:r>
      <w:proofErr w:type="spellEnd"/>
      <w:r w:rsidRPr="00491C1A">
        <w:rPr>
          <w:lang w:val="sr-Latn-CS"/>
        </w:rPr>
        <w:t xml:space="preserve"> </w:t>
      </w:r>
      <w:r w:rsidR="00817989">
        <w:rPr>
          <w:lang w:val="sr-Latn-CS"/>
        </w:rPr>
        <w:t>Pružaoca usluge</w:t>
      </w:r>
      <w:r w:rsidRPr="00491C1A">
        <w:rPr>
          <w:lang w:val="sr-Latn-CS"/>
        </w:rPr>
        <w:t xml:space="preserve"> </w:t>
      </w:r>
      <w:r w:rsidRPr="005724F2">
        <w:rPr>
          <w:lang w:val="en-GB"/>
        </w:rPr>
        <w:t>kori</w:t>
      </w:r>
      <w:r w:rsidRPr="00491C1A">
        <w:rPr>
          <w:lang w:val="sr-Latn-CS"/>
        </w:rPr>
        <w:t>š</w:t>
      </w:r>
      <w:proofErr w:type="spellStart"/>
      <w:r w:rsidRPr="005724F2">
        <w:rPr>
          <w:lang w:val="en-GB"/>
        </w:rPr>
        <w:t>tenjem</w:t>
      </w:r>
      <w:proofErr w:type="spellEnd"/>
      <w:r w:rsidRPr="00491C1A">
        <w:rPr>
          <w:lang w:val="sr-Latn-CS"/>
        </w:rPr>
        <w:t xml:space="preserve"> </w:t>
      </w:r>
      <w:r w:rsidRPr="005724F2">
        <w:rPr>
          <w:lang w:val="en-GB"/>
        </w:rPr>
        <w:t>MSX</w:t>
      </w:r>
      <w:r w:rsidRPr="00491C1A">
        <w:rPr>
          <w:lang w:val="sr-Latn-CS"/>
        </w:rPr>
        <w:t xml:space="preserve"> </w:t>
      </w:r>
      <w:proofErr w:type="spellStart"/>
      <w:r w:rsidRPr="005724F2">
        <w:rPr>
          <w:lang w:val="en-GB"/>
        </w:rPr>
        <w:t>laboratorijskih</w:t>
      </w:r>
      <w:proofErr w:type="spellEnd"/>
      <w:r w:rsidRPr="00491C1A">
        <w:rPr>
          <w:lang w:val="sr-Latn-CS"/>
        </w:rPr>
        <w:t xml:space="preserve"> </w:t>
      </w:r>
      <w:proofErr w:type="spellStart"/>
      <w:r w:rsidRPr="005724F2">
        <w:rPr>
          <w:lang w:val="en-GB"/>
        </w:rPr>
        <w:t>ure</w:t>
      </w:r>
      <w:proofErr w:type="spellEnd"/>
      <w:r w:rsidRPr="00491C1A">
        <w:rPr>
          <w:lang w:val="sr-Latn-CS"/>
        </w:rPr>
        <w:t>đ</w:t>
      </w:r>
      <w:proofErr w:type="spellStart"/>
      <w:r w:rsidRPr="005724F2">
        <w:rPr>
          <w:lang w:val="en-GB"/>
        </w:rPr>
        <w:t>aja</w:t>
      </w:r>
      <w:proofErr w:type="spellEnd"/>
      <w:r w:rsidR="00F01986">
        <w:rPr>
          <w:lang w:val="en-GB"/>
        </w:rPr>
        <w:t>.</w:t>
      </w:r>
      <w:r w:rsidRPr="00491C1A">
        <w:rPr>
          <w:lang w:val="sr-Latn-CS"/>
        </w:rPr>
        <w:t xml:space="preserve"> </w:t>
      </w:r>
    </w:p>
    <w:p w14:paraId="2F197B66" w14:textId="7E741520" w:rsidR="005724F2" w:rsidRPr="00491C1A" w:rsidRDefault="005724F2" w:rsidP="005724F2">
      <w:pPr>
        <w:jc w:val="both"/>
        <w:rPr>
          <w:lang w:val="sr-Latn-CS"/>
        </w:rPr>
      </w:pPr>
      <w:proofErr w:type="spellStart"/>
      <w:r w:rsidRPr="005724F2">
        <w:rPr>
          <w:lang w:val="en-GB"/>
        </w:rPr>
        <w:t>Laboratorija</w:t>
      </w:r>
      <w:proofErr w:type="spellEnd"/>
      <w:r w:rsidRPr="00491C1A">
        <w:rPr>
          <w:lang w:val="sr-Latn-CS"/>
        </w:rPr>
        <w:t xml:space="preserve"> </w:t>
      </w:r>
      <w:r w:rsidR="00F01986">
        <w:rPr>
          <w:lang w:val="sr-Latn-CS"/>
        </w:rPr>
        <w:t>Pružaoca usluge</w:t>
      </w:r>
      <w:r w:rsidR="00B55F62">
        <w:rPr>
          <w:lang w:val="en-GB"/>
        </w:rPr>
        <w:t xml:space="preserve"> </w:t>
      </w:r>
      <w:proofErr w:type="spellStart"/>
      <w:r w:rsidR="00B55F62">
        <w:rPr>
          <w:lang w:val="en-GB"/>
        </w:rPr>
        <w:t>dužn</w:t>
      </w:r>
      <w:r w:rsidRPr="005724F2">
        <w:rPr>
          <w:lang w:val="en-GB"/>
        </w:rPr>
        <w:t>a</w:t>
      </w:r>
      <w:proofErr w:type="spellEnd"/>
      <w:r w:rsidR="00B55F62">
        <w:rPr>
          <w:lang w:val="en-GB"/>
        </w:rPr>
        <w:t xml:space="preserve"> je da</w:t>
      </w:r>
      <w:r w:rsidRPr="00491C1A">
        <w:rPr>
          <w:lang w:val="sr-Latn-CS"/>
        </w:rPr>
        <w:t xml:space="preserve"> </w:t>
      </w:r>
      <w:r w:rsidRPr="005724F2">
        <w:rPr>
          <w:lang w:val="en-GB"/>
        </w:rPr>
        <w:t>u</w:t>
      </w:r>
      <w:r w:rsidRPr="00491C1A">
        <w:rPr>
          <w:lang w:val="sr-Latn-CS"/>
        </w:rPr>
        <w:t xml:space="preserve"> </w:t>
      </w:r>
      <w:proofErr w:type="spellStart"/>
      <w:r w:rsidRPr="005724F2">
        <w:rPr>
          <w:lang w:val="en-GB"/>
        </w:rPr>
        <w:t>roku</w:t>
      </w:r>
      <w:proofErr w:type="spellEnd"/>
      <w:r w:rsidRPr="00491C1A">
        <w:rPr>
          <w:lang w:val="sr-Latn-CS"/>
        </w:rPr>
        <w:t xml:space="preserve"> </w:t>
      </w:r>
      <w:r w:rsidRPr="005724F2">
        <w:rPr>
          <w:lang w:val="en-GB"/>
        </w:rPr>
        <w:t>od</w:t>
      </w:r>
      <w:r w:rsidRPr="00491C1A">
        <w:rPr>
          <w:lang w:val="sr-Latn-CS"/>
        </w:rPr>
        <w:t xml:space="preserve"> </w:t>
      </w:r>
      <w:proofErr w:type="spellStart"/>
      <w:r w:rsidRPr="005724F2">
        <w:rPr>
          <w:lang w:val="en-GB"/>
        </w:rPr>
        <w:t>najvi</w:t>
      </w:r>
      <w:proofErr w:type="spellEnd"/>
      <w:r w:rsidRPr="00491C1A">
        <w:rPr>
          <w:lang w:val="sr-Latn-CS"/>
        </w:rPr>
        <w:t>š</w:t>
      </w:r>
      <w:r w:rsidRPr="005724F2">
        <w:rPr>
          <w:lang w:val="en-GB"/>
        </w:rPr>
        <w:t>e</w:t>
      </w:r>
      <w:r w:rsidRPr="00491C1A">
        <w:rPr>
          <w:lang w:val="sr-Latn-CS"/>
        </w:rPr>
        <w:t xml:space="preserve"> 24 </w:t>
      </w:r>
      <w:proofErr w:type="spellStart"/>
      <w:r w:rsidRPr="005724F2">
        <w:rPr>
          <w:lang w:val="en-GB"/>
        </w:rPr>
        <w:t>sata</w:t>
      </w:r>
      <w:proofErr w:type="spellEnd"/>
      <w:r w:rsidRPr="00491C1A">
        <w:rPr>
          <w:lang w:val="sr-Latn-CS"/>
        </w:rPr>
        <w:t xml:space="preserve"> </w:t>
      </w:r>
      <w:r w:rsidRPr="005724F2">
        <w:rPr>
          <w:lang w:val="en-GB"/>
        </w:rPr>
        <w:t>od</w:t>
      </w:r>
      <w:r w:rsidRPr="00491C1A">
        <w:rPr>
          <w:lang w:val="sr-Latn-CS"/>
        </w:rPr>
        <w:t xml:space="preserve"> </w:t>
      </w:r>
      <w:proofErr w:type="spellStart"/>
      <w:r w:rsidRPr="005724F2">
        <w:rPr>
          <w:lang w:val="en-GB"/>
        </w:rPr>
        <w:t>prijema</w:t>
      </w:r>
      <w:proofErr w:type="spellEnd"/>
      <w:r w:rsidRPr="00491C1A">
        <w:rPr>
          <w:lang w:val="sr-Latn-CS"/>
        </w:rPr>
        <w:t xml:space="preserve"> </w:t>
      </w:r>
      <w:proofErr w:type="spellStart"/>
      <w:r w:rsidRPr="005724F2">
        <w:rPr>
          <w:lang w:val="en-GB"/>
        </w:rPr>
        <w:t>uzorka</w:t>
      </w:r>
      <w:proofErr w:type="spellEnd"/>
      <w:r w:rsidRPr="00491C1A">
        <w:rPr>
          <w:lang w:val="sr-Latn-CS"/>
        </w:rPr>
        <w:t xml:space="preserve"> </w:t>
      </w:r>
      <w:proofErr w:type="spellStart"/>
      <w:r w:rsidRPr="005724F2">
        <w:rPr>
          <w:lang w:val="en-GB"/>
        </w:rPr>
        <w:t>izvr</w:t>
      </w:r>
      <w:proofErr w:type="spellEnd"/>
      <w:r w:rsidRPr="00491C1A">
        <w:rPr>
          <w:lang w:val="sr-Latn-CS"/>
        </w:rPr>
        <w:t>š</w:t>
      </w:r>
      <w:proofErr w:type="spellStart"/>
      <w:r w:rsidRPr="005724F2">
        <w:rPr>
          <w:lang w:val="en-GB"/>
        </w:rPr>
        <w:t>i</w:t>
      </w:r>
      <w:proofErr w:type="spellEnd"/>
      <w:r w:rsidRPr="00491C1A">
        <w:rPr>
          <w:lang w:val="sr-Latn-CS"/>
        </w:rPr>
        <w:t xml:space="preserve"> </w:t>
      </w:r>
      <w:proofErr w:type="spellStart"/>
      <w:r w:rsidRPr="005724F2">
        <w:rPr>
          <w:lang w:val="en-GB"/>
        </w:rPr>
        <w:t>laboratorijsku</w:t>
      </w:r>
      <w:proofErr w:type="spellEnd"/>
      <w:r w:rsidRPr="00491C1A">
        <w:rPr>
          <w:lang w:val="sr-Latn-CS"/>
        </w:rPr>
        <w:t xml:space="preserve"> </w:t>
      </w:r>
      <w:proofErr w:type="spellStart"/>
      <w:r w:rsidRPr="005724F2">
        <w:rPr>
          <w:lang w:val="en-GB"/>
        </w:rPr>
        <w:t>provjeru</w:t>
      </w:r>
      <w:proofErr w:type="spellEnd"/>
      <w:r w:rsidRPr="00491C1A">
        <w:rPr>
          <w:lang w:val="sr-Latn-CS"/>
        </w:rPr>
        <w:t xml:space="preserve"> </w:t>
      </w:r>
      <w:proofErr w:type="spellStart"/>
      <w:r w:rsidRPr="005724F2">
        <w:rPr>
          <w:lang w:val="en-GB"/>
        </w:rPr>
        <w:t>koncentracije</w:t>
      </w:r>
      <w:proofErr w:type="spellEnd"/>
      <w:r w:rsidRPr="00491C1A">
        <w:rPr>
          <w:lang w:val="sr-Latn-CS"/>
        </w:rPr>
        <w:t xml:space="preserve"> </w:t>
      </w:r>
      <w:proofErr w:type="spellStart"/>
      <w:r w:rsidRPr="005724F2">
        <w:rPr>
          <w:lang w:val="en-GB"/>
        </w:rPr>
        <w:t>markera</w:t>
      </w:r>
      <w:proofErr w:type="spellEnd"/>
      <w:r w:rsidRPr="00491C1A">
        <w:rPr>
          <w:lang w:val="sr-Latn-CS"/>
        </w:rPr>
        <w:t xml:space="preserve"> </w:t>
      </w:r>
      <w:proofErr w:type="spellStart"/>
      <w:r w:rsidRPr="005724F2">
        <w:rPr>
          <w:lang w:val="en-GB"/>
        </w:rPr>
        <w:t>radi</w:t>
      </w:r>
      <w:proofErr w:type="spellEnd"/>
      <w:r w:rsidRPr="00491C1A">
        <w:rPr>
          <w:lang w:val="sr-Latn-CS"/>
        </w:rPr>
        <w:t xml:space="preserve"> </w:t>
      </w:r>
      <w:proofErr w:type="spellStart"/>
      <w:r w:rsidRPr="005724F2">
        <w:rPr>
          <w:lang w:val="en-GB"/>
        </w:rPr>
        <w:t>utvr</w:t>
      </w:r>
      <w:proofErr w:type="spellEnd"/>
      <w:r w:rsidRPr="00491C1A">
        <w:rPr>
          <w:lang w:val="sr-Latn-CS"/>
        </w:rPr>
        <w:t>đ</w:t>
      </w:r>
      <w:proofErr w:type="spellStart"/>
      <w:r w:rsidRPr="005724F2">
        <w:rPr>
          <w:lang w:val="en-GB"/>
        </w:rPr>
        <w:t>ivanja</w:t>
      </w:r>
      <w:proofErr w:type="spellEnd"/>
      <w:r w:rsidRPr="00491C1A">
        <w:rPr>
          <w:lang w:val="sr-Latn-CS"/>
        </w:rPr>
        <w:t xml:space="preserve"> </w:t>
      </w:r>
      <w:proofErr w:type="spellStart"/>
      <w:r w:rsidRPr="005724F2">
        <w:rPr>
          <w:lang w:val="en-GB"/>
        </w:rPr>
        <w:t>prisustva</w:t>
      </w:r>
      <w:proofErr w:type="spellEnd"/>
      <w:r w:rsidRPr="00491C1A">
        <w:rPr>
          <w:lang w:val="sr-Latn-CS"/>
        </w:rPr>
        <w:t xml:space="preserve"> </w:t>
      </w:r>
      <w:proofErr w:type="spellStart"/>
      <w:r w:rsidRPr="005724F2">
        <w:rPr>
          <w:lang w:val="en-GB"/>
        </w:rPr>
        <w:t>markera</w:t>
      </w:r>
      <w:proofErr w:type="spellEnd"/>
      <w:r w:rsidRPr="00491C1A">
        <w:rPr>
          <w:lang w:val="sr-Latn-CS"/>
        </w:rPr>
        <w:t xml:space="preserve">, </w:t>
      </w:r>
      <w:proofErr w:type="spellStart"/>
      <w:r w:rsidRPr="005724F2">
        <w:rPr>
          <w:lang w:val="en-GB"/>
        </w:rPr>
        <w:t>njegove</w:t>
      </w:r>
      <w:proofErr w:type="spellEnd"/>
      <w:r w:rsidRPr="00491C1A">
        <w:rPr>
          <w:lang w:val="sr-Latn-CS"/>
        </w:rPr>
        <w:t xml:space="preserve"> </w:t>
      </w:r>
      <w:proofErr w:type="spellStart"/>
      <w:r w:rsidRPr="005724F2">
        <w:rPr>
          <w:lang w:val="en-GB"/>
        </w:rPr>
        <w:t>koncentracije</w:t>
      </w:r>
      <w:proofErr w:type="spellEnd"/>
      <w:r w:rsidRPr="00491C1A">
        <w:rPr>
          <w:lang w:val="sr-Latn-CS"/>
        </w:rPr>
        <w:t xml:space="preserve"> </w:t>
      </w:r>
      <w:proofErr w:type="spellStart"/>
      <w:r w:rsidRPr="005724F2">
        <w:rPr>
          <w:lang w:val="en-GB"/>
        </w:rPr>
        <w:t>i</w:t>
      </w:r>
      <w:proofErr w:type="spellEnd"/>
      <w:r w:rsidRPr="00491C1A">
        <w:rPr>
          <w:lang w:val="sr-Latn-CS"/>
        </w:rPr>
        <w:t xml:space="preserve"> </w:t>
      </w:r>
      <w:proofErr w:type="spellStart"/>
      <w:r w:rsidRPr="005724F2">
        <w:rPr>
          <w:lang w:val="en-GB"/>
        </w:rPr>
        <w:t>usagla</w:t>
      </w:r>
      <w:proofErr w:type="spellEnd"/>
      <w:r w:rsidRPr="00491C1A">
        <w:rPr>
          <w:lang w:val="sr-Latn-CS"/>
        </w:rPr>
        <w:t>š</w:t>
      </w:r>
      <w:proofErr w:type="spellStart"/>
      <w:r w:rsidRPr="005724F2">
        <w:rPr>
          <w:lang w:val="en-GB"/>
        </w:rPr>
        <w:t>enosti</w:t>
      </w:r>
      <w:proofErr w:type="spellEnd"/>
      <w:r w:rsidRPr="00491C1A">
        <w:rPr>
          <w:lang w:val="sr-Latn-CS"/>
        </w:rPr>
        <w:t xml:space="preserve"> </w:t>
      </w:r>
      <w:proofErr w:type="spellStart"/>
      <w:r w:rsidRPr="005724F2">
        <w:rPr>
          <w:lang w:val="en-GB"/>
        </w:rPr>
        <w:t>sa</w:t>
      </w:r>
      <w:proofErr w:type="spellEnd"/>
      <w:r w:rsidRPr="00491C1A">
        <w:rPr>
          <w:lang w:val="sr-Latn-CS"/>
        </w:rPr>
        <w:t xml:space="preserve"> </w:t>
      </w:r>
      <w:proofErr w:type="spellStart"/>
      <w:r w:rsidRPr="005724F2">
        <w:rPr>
          <w:lang w:val="en-GB"/>
        </w:rPr>
        <w:t>propisanom</w:t>
      </w:r>
      <w:proofErr w:type="spellEnd"/>
      <w:r w:rsidRPr="00491C1A">
        <w:rPr>
          <w:lang w:val="sr-Latn-CS"/>
        </w:rPr>
        <w:t xml:space="preserve"> </w:t>
      </w:r>
      <w:proofErr w:type="spellStart"/>
      <w:r w:rsidRPr="005724F2">
        <w:rPr>
          <w:lang w:val="en-GB"/>
        </w:rPr>
        <w:t>koncentracijom</w:t>
      </w:r>
      <w:proofErr w:type="spellEnd"/>
      <w:r w:rsidRPr="00491C1A">
        <w:rPr>
          <w:lang w:val="sr-Latn-CS"/>
        </w:rPr>
        <w:t xml:space="preserve"> </w:t>
      </w:r>
      <w:proofErr w:type="spellStart"/>
      <w:r w:rsidRPr="005724F2">
        <w:rPr>
          <w:lang w:val="en-GB"/>
        </w:rPr>
        <w:t>markera</w:t>
      </w:r>
      <w:proofErr w:type="spellEnd"/>
      <w:r w:rsidRPr="00491C1A">
        <w:rPr>
          <w:lang w:val="sr-Latn-CS"/>
        </w:rPr>
        <w:t>.</w:t>
      </w:r>
    </w:p>
    <w:p w14:paraId="7F9FD20A" w14:textId="77777777" w:rsidR="005724F2" w:rsidRPr="00491C1A" w:rsidRDefault="005724F2" w:rsidP="005724F2">
      <w:pPr>
        <w:jc w:val="both"/>
        <w:rPr>
          <w:lang w:val="sr-Latn-CS"/>
        </w:rPr>
      </w:pPr>
      <w:proofErr w:type="spellStart"/>
      <w:r w:rsidRPr="005724F2">
        <w:rPr>
          <w:lang w:val="en-GB"/>
        </w:rPr>
        <w:t>Rezultat</w:t>
      </w:r>
      <w:proofErr w:type="spellEnd"/>
      <w:r w:rsidRPr="00491C1A">
        <w:rPr>
          <w:lang w:val="sr-Latn-CS"/>
        </w:rPr>
        <w:t xml:space="preserve"> </w:t>
      </w:r>
      <w:proofErr w:type="spellStart"/>
      <w:r w:rsidRPr="005724F2">
        <w:rPr>
          <w:lang w:val="en-GB"/>
        </w:rPr>
        <w:t>laboratorijske</w:t>
      </w:r>
      <w:proofErr w:type="spellEnd"/>
      <w:r w:rsidRPr="00491C1A">
        <w:rPr>
          <w:lang w:val="sr-Latn-CS"/>
        </w:rPr>
        <w:t xml:space="preserve"> </w:t>
      </w:r>
      <w:proofErr w:type="spellStart"/>
      <w:r w:rsidRPr="005724F2">
        <w:rPr>
          <w:lang w:val="en-GB"/>
        </w:rPr>
        <w:t>provjere</w:t>
      </w:r>
      <w:proofErr w:type="spellEnd"/>
      <w:r w:rsidRPr="00491C1A">
        <w:rPr>
          <w:lang w:val="sr-Latn-CS"/>
        </w:rPr>
        <w:t xml:space="preserve"> </w:t>
      </w:r>
      <w:proofErr w:type="spellStart"/>
      <w:r w:rsidRPr="005724F2">
        <w:rPr>
          <w:lang w:val="en-GB"/>
        </w:rPr>
        <w:t>koncentracije</w:t>
      </w:r>
      <w:proofErr w:type="spellEnd"/>
      <w:r w:rsidRPr="00491C1A">
        <w:rPr>
          <w:lang w:val="sr-Latn-CS"/>
        </w:rPr>
        <w:t xml:space="preserve"> </w:t>
      </w:r>
      <w:proofErr w:type="spellStart"/>
      <w:r w:rsidRPr="005724F2">
        <w:rPr>
          <w:lang w:val="en-GB"/>
        </w:rPr>
        <w:t>markera</w:t>
      </w:r>
      <w:proofErr w:type="spellEnd"/>
      <w:r w:rsidRPr="00491C1A">
        <w:rPr>
          <w:lang w:val="sr-Latn-CS"/>
        </w:rPr>
        <w:t xml:space="preserve"> </w:t>
      </w:r>
      <w:proofErr w:type="spellStart"/>
      <w:r w:rsidRPr="005724F2">
        <w:rPr>
          <w:lang w:val="en-GB"/>
        </w:rPr>
        <w:t>smatra</w:t>
      </w:r>
      <w:proofErr w:type="spellEnd"/>
      <w:r w:rsidRPr="00491C1A">
        <w:rPr>
          <w:lang w:val="sr-Latn-CS"/>
        </w:rPr>
        <w:t xml:space="preserve"> </w:t>
      </w:r>
      <w:r w:rsidRPr="005724F2">
        <w:rPr>
          <w:lang w:val="en-GB"/>
        </w:rPr>
        <w:t>se</w:t>
      </w:r>
      <w:r w:rsidRPr="00491C1A">
        <w:rPr>
          <w:lang w:val="sr-Latn-CS"/>
        </w:rPr>
        <w:t xml:space="preserve"> </w:t>
      </w:r>
      <w:proofErr w:type="spellStart"/>
      <w:r w:rsidRPr="005724F2">
        <w:rPr>
          <w:lang w:val="en-GB"/>
        </w:rPr>
        <w:t>referentnim</w:t>
      </w:r>
      <w:proofErr w:type="spellEnd"/>
      <w:r w:rsidRPr="00491C1A">
        <w:rPr>
          <w:lang w:val="sr-Latn-CS"/>
        </w:rPr>
        <w:t xml:space="preserve"> </w:t>
      </w:r>
      <w:proofErr w:type="spellStart"/>
      <w:r w:rsidRPr="005724F2">
        <w:rPr>
          <w:lang w:val="en-GB"/>
        </w:rPr>
        <w:t>rezultatom</w:t>
      </w:r>
      <w:proofErr w:type="spellEnd"/>
      <w:r w:rsidRPr="00491C1A">
        <w:rPr>
          <w:lang w:val="sr-Latn-CS"/>
        </w:rPr>
        <w:t xml:space="preserve"> </w:t>
      </w:r>
      <w:r w:rsidRPr="005724F2">
        <w:rPr>
          <w:lang w:val="en-GB"/>
        </w:rPr>
        <w:t>za</w:t>
      </w:r>
      <w:r w:rsidRPr="00491C1A">
        <w:rPr>
          <w:lang w:val="sr-Latn-CS"/>
        </w:rPr>
        <w:t xml:space="preserve"> </w:t>
      </w:r>
      <w:proofErr w:type="spellStart"/>
      <w:r w:rsidRPr="005724F2">
        <w:rPr>
          <w:lang w:val="en-GB"/>
        </w:rPr>
        <w:t>utvr</w:t>
      </w:r>
      <w:proofErr w:type="spellEnd"/>
      <w:r w:rsidRPr="00491C1A">
        <w:rPr>
          <w:lang w:val="sr-Latn-CS"/>
        </w:rPr>
        <w:t>đ</w:t>
      </w:r>
      <w:proofErr w:type="spellStart"/>
      <w:r w:rsidRPr="005724F2">
        <w:rPr>
          <w:lang w:val="en-GB"/>
        </w:rPr>
        <w:t>ivanje</w:t>
      </w:r>
      <w:proofErr w:type="spellEnd"/>
      <w:r w:rsidRPr="00491C1A">
        <w:rPr>
          <w:lang w:val="sr-Latn-CS"/>
        </w:rPr>
        <w:t xml:space="preserve"> </w:t>
      </w:r>
      <w:proofErr w:type="spellStart"/>
      <w:r w:rsidRPr="005724F2">
        <w:rPr>
          <w:lang w:val="en-GB"/>
        </w:rPr>
        <w:t>koncentracije</w:t>
      </w:r>
      <w:proofErr w:type="spellEnd"/>
      <w:r w:rsidRPr="00491C1A">
        <w:rPr>
          <w:lang w:val="sr-Latn-CS"/>
        </w:rPr>
        <w:t xml:space="preserve"> </w:t>
      </w:r>
      <w:proofErr w:type="spellStart"/>
      <w:r w:rsidRPr="005724F2">
        <w:rPr>
          <w:lang w:val="en-GB"/>
        </w:rPr>
        <w:t>markera</w:t>
      </w:r>
      <w:proofErr w:type="spellEnd"/>
      <w:r w:rsidRPr="00491C1A">
        <w:rPr>
          <w:lang w:val="sr-Latn-CS"/>
        </w:rPr>
        <w:t xml:space="preserve"> </w:t>
      </w:r>
      <w:r w:rsidRPr="005724F2">
        <w:rPr>
          <w:lang w:val="en-GB"/>
        </w:rPr>
        <w:t>u</w:t>
      </w:r>
      <w:r w:rsidRPr="00491C1A">
        <w:rPr>
          <w:lang w:val="sr-Latn-CS"/>
        </w:rPr>
        <w:t xml:space="preserve"> </w:t>
      </w:r>
      <w:proofErr w:type="spellStart"/>
      <w:r w:rsidRPr="005724F2">
        <w:rPr>
          <w:lang w:val="en-GB"/>
        </w:rPr>
        <w:t>gorivu</w:t>
      </w:r>
      <w:proofErr w:type="spellEnd"/>
      <w:r w:rsidRPr="00491C1A">
        <w:rPr>
          <w:lang w:val="sr-Latn-CS"/>
        </w:rPr>
        <w:t>.</w:t>
      </w:r>
    </w:p>
    <w:p w14:paraId="3149CF9B" w14:textId="77777777" w:rsidR="005724F2" w:rsidRPr="00491C1A" w:rsidRDefault="005724F2" w:rsidP="005724F2">
      <w:pPr>
        <w:jc w:val="both"/>
        <w:rPr>
          <w:lang w:val="sr-Latn-CS"/>
        </w:rPr>
      </w:pPr>
      <w:r w:rsidRPr="005724F2">
        <w:rPr>
          <w:lang w:val="en-GB"/>
        </w:rPr>
        <w:t>O</w:t>
      </w:r>
      <w:r w:rsidRPr="00491C1A">
        <w:rPr>
          <w:lang w:val="sr-Latn-CS"/>
        </w:rPr>
        <w:t xml:space="preserve"> </w:t>
      </w:r>
      <w:proofErr w:type="spellStart"/>
      <w:r w:rsidRPr="005724F2">
        <w:rPr>
          <w:lang w:val="en-GB"/>
        </w:rPr>
        <w:t>izvr</w:t>
      </w:r>
      <w:proofErr w:type="spellEnd"/>
      <w:r w:rsidRPr="00491C1A">
        <w:rPr>
          <w:lang w:val="sr-Latn-CS"/>
        </w:rPr>
        <w:t>š</w:t>
      </w:r>
      <w:proofErr w:type="spellStart"/>
      <w:r w:rsidRPr="005724F2">
        <w:rPr>
          <w:lang w:val="en-GB"/>
        </w:rPr>
        <w:t>enoj</w:t>
      </w:r>
      <w:proofErr w:type="spellEnd"/>
      <w:r w:rsidRPr="00491C1A">
        <w:rPr>
          <w:lang w:val="sr-Latn-CS"/>
        </w:rPr>
        <w:t xml:space="preserve"> </w:t>
      </w:r>
      <w:proofErr w:type="spellStart"/>
      <w:r w:rsidRPr="005724F2">
        <w:rPr>
          <w:lang w:val="en-GB"/>
        </w:rPr>
        <w:t>laboratorijskoj</w:t>
      </w:r>
      <w:proofErr w:type="spellEnd"/>
      <w:r w:rsidRPr="00491C1A">
        <w:rPr>
          <w:lang w:val="sr-Latn-CS"/>
        </w:rPr>
        <w:t xml:space="preserve"> </w:t>
      </w:r>
      <w:proofErr w:type="spellStart"/>
      <w:r w:rsidRPr="005724F2">
        <w:rPr>
          <w:lang w:val="en-GB"/>
        </w:rPr>
        <w:t>provjeri</w:t>
      </w:r>
      <w:proofErr w:type="spellEnd"/>
      <w:r w:rsidRPr="00491C1A">
        <w:rPr>
          <w:lang w:val="sr-Latn-CS"/>
        </w:rPr>
        <w:t xml:space="preserve"> </w:t>
      </w:r>
      <w:proofErr w:type="spellStart"/>
      <w:r w:rsidRPr="005724F2">
        <w:rPr>
          <w:lang w:val="en-GB"/>
        </w:rPr>
        <w:t>sa</w:t>
      </w:r>
      <w:proofErr w:type="spellEnd"/>
      <w:r w:rsidRPr="00491C1A">
        <w:rPr>
          <w:lang w:val="sr-Latn-CS"/>
        </w:rPr>
        <w:t>č</w:t>
      </w:r>
      <w:proofErr w:type="spellStart"/>
      <w:r w:rsidRPr="005724F2">
        <w:rPr>
          <w:lang w:val="en-GB"/>
        </w:rPr>
        <w:t>injava</w:t>
      </w:r>
      <w:proofErr w:type="spellEnd"/>
      <w:r w:rsidRPr="00491C1A">
        <w:rPr>
          <w:lang w:val="sr-Latn-CS"/>
        </w:rPr>
        <w:t xml:space="preserve"> </w:t>
      </w:r>
      <w:r w:rsidRPr="005724F2">
        <w:rPr>
          <w:lang w:val="en-GB"/>
        </w:rPr>
        <w:t>se</w:t>
      </w:r>
      <w:r w:rsidRPr="00491C1A">
        <w:rPr>
          <w:lang w:val="sr-Latn-CS"/>
        </w:rPr>
        <w:t xml:space="preserve"> </w:t>
      </w:r>
      <w:proofErr w:type="spellStart"/>
      <w:r w:rsidRPr="005724F2">
        <w:rPr>
          <w:lang w:val="en-GB"/>
        </w:rPr>
        <w:t>dokument</w:t>
      </w:r>
      <w:proofErr w:type="spellEnd"/>
      <w:r w:rsidRPr="00491C1A">
        <w:rPr>
          <w:lang w:val="sr-Latn-CS"/>
        </w:rPr>
        <w:t xml:space="preserve"> </w:t>
      </w:r>
      <w:r w:rsidRPr="005724F2">
        <w:rPr>
          <w:lang w:val="en-GB"/>
        </w:rPr>
        <w:t>pod</w:t>
      </w:r>
      <w:r w:rsidRPr="00491C1A">
        <w:rPr>
          <w:lang w:val="sr-Latn-CS"/>
        </w:rPr>
        <w:t xml:space="preserve"> </w:t>
      </w:r>
      <w:proofErr w:type="spellStart"/>
      <w:r w:rsidRPr="005724F2">
        <w:rPr>
          <w:lang w:val="en-GB"/>
        </w:rPr>
        <w:t>nazivom</w:t>
      </w:r>
      <w:proofErr w:type="spellEnd"/>
      <w:r w:rsidRPr="00491C1A">
        <w:rPr>
          <w:lang w:val="sr-Latn-CS"/>
        </w:rPr>
        <w:t xml:space="preserve"> </w:t>
      </w:r>
      <w:r w:rsidRPr="00491C1A">
        <w:rPr>
          <w:b/>
          <w:bCs/>
          <w:lang w:val="sr-Latn-CS"/>
        </w:rPr>
        <w:t>„</w:t>
      </w:r>
      <w:proofErr w:type="spellStart"/>
      <w:r w:rsidRPr="005724F2">
        <w:rPr>
          <w:b/>
          <w:bCs/>
          <w:lang w:val="en-GB"/>
        </w:rPr>
        <w:t>Izvje</w:t>
      </w:r>
      <w:proofErr w:type="spellEnd"/>
      <w:r w:rsidRPr="00491C1A">
        <w:rPr>
          <w:b/>
          <w:bCs/>
          <w:lang w:val="sr-Latn-CS"/>
        </w:rPr>
        <w:t>š</w:t>
      </w:r>
      <w:r w:rsidRPr="005724F2">
        <w:rPr>
          <w:b/>
          <w:bCs/>
          <w:lang w:val="en-GB"/>
        </w:rPr>
        <w:t>taj</w:t>
      </w:r>
      <w:r w:rsidRPr="00491C1A">
        <w:rPr>
          <w:b/>
          <w:bCs/>
          <w:lang w:val="sr-Latn-CS"/>
        </w:rPr>
        <w:t xml:space="preserve"> </w:t>
      </w:r>
      <w:r w:rsidRPr="005724F2">
        <w:rPr>
          <w:b/>
          <w:bCs/>
          <w:lang w:val="en-GB"/>
        </w:rPr>
        <w:t>o</w:t>
      </w:r>
      <w:r w:rsidRPr="00491C1A">
        <w:rPr>
          <w:b/>
          <w:bCs/>
          <w:lang w:val="sr-Latn-CS"/>
        </w:rPr>
        <w:t xml:space="preserve"> </w:t>
      </w:r>
      <w:proofErr w:type="spellStart"/>
      <w:r w:rsidRPr="005724F2">
        <w:rPr>
          <w:b/>
          <w:bCs/>
          <w:lang w:val="en-GB"/>
        </w:rPr>
        <w:t>provjeri</w:t>
      </w:r>
      <w:proofErr w:type="spellEnd"/>
      <w:r w:rsidRPr="00491C1A">
        <w:rPr>
          <w:b/>
          <w:bCs/>
          <w:lang w:val="sr-Latn-CS"/>
        </w:rPr>
        <w:t xml:space="preserve"> </w:t>
      </w:r>
      <w:proofErr w:type="spellStart"/>
      <w:r w:rsidRPr="005724F2">
        <w:rPr>
          <w:b/>
          <w:bCs/>
          <w:lang w:val="en-GB"/>
        </w:rPr>
        <w:t>koncentracije</w:t>
      </w:r>
      <w:proofErr w:type="spellEnd"/>
      <w:r w:rsidRPr="00491C1A">
        <w:rPr>
          <w:b/>
          <w:bCs/>
          <w:lang w:val="sr-Latn-CS"/>
        </w:rPr>
        <w:t xml:space="preserve"> </w:t>
      </w:r>
      <w:proofErr w:type="spellStart"/>
      <w:r w:rsidRPr="005724F2">
        <w:rPr>
          <w:b/>
          <w:bCs/>
          <w:lang w:val="en-GB"/>
        </w:rPr>
        <w:t>markera</w:t>
      </w:r>
      <w:proofErr w:type="spellEnd"/>
      <w:r w:rsidRPr="00491C1A">
        <w:rPr>
          <w:b/>
          <w:bCs/>
          <w:lang w:val="sr-Latn-CS"/>
        </w:rPr>
        <w:t xml:space="preserve"> </w:t>
      </w:r>
      <w:r w:rsidRPr="005724F2">
        <w:rPr>
          <w:b/>
          <w:bCs/>
          <w:lang w:val="en-GB"/>
        </w:rPr>
        <w:t>u</w:t>
      </w:r>
      <w:r w:rsidRPr="00491C1A">
        <w:rPr>
          <w:b/>
          <w:bCs/>
          <w:lang w:val="sr-Latn-CS"/>
        </w:rPr>
        <w:t xml:space="preserve"> </w:t>
      </w:r>
      <w:proofErr w:type="spellStart"/>
      <w:proofErr w:type="gramStart"/>
      <w:r w:rsidRPr="005724F2">
        <w:rPr>
          <w:b/>
          <w:bCs/>
          <w:lang w:val="en-GB"/>
        </w:rPr>
        <w:t>laboratoriji</w:t>
      </w:r>
      <w:proofErr w:type="spellEnd"/>
      <w:r w:rsidRPr="00491C1A">
        <w:rPr>
          <w:b/>
          <w:bCs/>
          <w:lang w:val="sr-Latn-CS"/>
        </w:rPr>
        <w:t>“</w:t>
      </w:r>
      <w:proofErr w:type="gramEnd"/>
      <w:r w:rsidRPr="00491C1A">
        <w:rPr>
          <w:lang w:val="sr-Latn-CS"/>
        </w:rPr>
        <w:t>.</w:t>
      </w:r>
    </w:p>
    <w:p w14:paraId="77AE3E74" w14:textId="580382BD" w:rsidR="005724F2" w:rsidRPr="00491C1A" w:rsidRDefault="005724F2" w:rsidP="005724F2">
      <w:pPr>
        <w:jc w:val="both"/>
        <w:rPr>
          <w:lang w:val="sr-Latn-CS"/>
        </w:rPr>
      </w:pPr>
      <w:r w:rsidRPr="00491C1A">
        <w:rPr>
          <w:lang w:val="sr-Latn-CS"/>
        </w:rPr>
        <w:t>„</w:t>
      </w:r>
      <w:proofErr w:type="spellStart"/>
      <w:r w:rsidRPr="00C045EA">
        <w:rPr>
          <w:lang w:val="en-GB"/>
        </w:rPr>
        <w:t>Izvje</w:t>
      </w:r>
      <w:proofErr w:type="spellEnd"/>
      <w:r w:rsidRPr="00491C1A">
        <w:rPr>
          <w:lang w:val="sr-Latn-CS"/>
        </w:rPr>
        <w:t>š</w:t>
      </w:r>
      <w:r w:rsidRPr="00C045EA">
        <w:rPr>
          <w:lang w:val="en-GB"/>
        </w:rPr>
        <w:t>taj</w:t>
      </w:r>
      <w:r w:rsidRPr="00491C1A">
        <w:rPr>
          <w:lang w:val="sr-Latn-CS"/>
        </w:rPr>
        <w:t xml:space="preserve"> </w:t>
      </w:r>
      <w:r w:rsidRPr="00C045EA">
        <w:rPr>
          <w:lang w:val="en-GB"/>
        </w:rPr>
        <w:t>o</w:t>
      </w:r>
      <w:r w:rsidRPr="00491C1A">
        <w:rPr>
          <w:lang w:val="sr-Latn-CS"/>
        </w:rPr>
        <w:t xml:space="preserve"> </w:t>
      </w:r>
      <w:proofErr w:type="spellStart"/>
      <w:r w:rsidRPr="00C045EA">
        <w:rPr>
          <w:lang w:val="en-GB"/>
        </w:rPr>
        <w:t>provjeri</w:t>
      </w:r>
      <w:proofErr w:type="spellEnd"/>
      <w:r w:rsidRPr="00491C1A">
        <w:rPr>
          <w:lang w:val="sr-Latn-CS"/>
        </w:rPr>
        <w:t xml:space="preserve"> </w:t>
      </w:r>
      <w:proofErr w:type="spellStart"/>
      <w:r w:rsidRPr="00C045EA">
        <w:rPr>
          <w:lang w:val="en-GB"/>
        </w:rPr>
        <w:t>koncentracije</w:t>
      </w:r>
      <w:proofErr w:type="spellEnd"/>
      <w:r w:rsidRPr="00491C1A">
        <w:rPr>
          <w:lang w:val="sr-Latn-CS"/>
        </w:rPr>
        <w:t xml:space="preserve"> </w:t>
      </w:r>
      <w:proofErr w:type="spellStart"/>
      <w:r w:rsidRPr="00C045EA">
        <w:rPr>
          <w:lang w:val="en-GB"/>
        </w:rPr>
        <w:t>markera</w:t>
      </w:r>
      <w:proofErr w:type="spellEnd"/>
      <w:r w:rsidRPr="00491C1A">
        <w:rPr>
          <w:lang w:val="sr-Latn-CS"/>
        </w:rPr>
        <w:t xml:space="preserve"> </w:t>
      </w:r>
      <w:r w:rsidRPr="00C045EA">
        <w:rPr>
          <w:lang w:val="en-GB"/>
        </w:rPr>
        <w:t>u</w:t>
      </w:r>
      <w:r w:rsidRPr="00491C1A">
        <w:rPr>
          <w:lang w:val="sr-Latn-CS"/>
        </w:rPr>
        <w:t xml:space="preserve"> </w:t>
      </w:r>
      <w:proofErr w:type="spellStart"/>
      <w:r w:rsidRPr="00C045EA">
        <w:rPr>
          <w:lang w:val="en-GB"/>
        </w:rPr>
        <w:t>laboratoriji</w:t>
      </w:r>
      <w:proofErr w:type="spellEnd"/>
      <w:r w:rsidRPr="00491C1A">
        <w:rPr>
          <w:lang w:val="sr-Latn-CS"/>
        </w:rPr>
        <w:t xml:space="preserve">“ </w:t>
      </w:r>
      <w:proofErr w:type="spellStart"/>
      <w:r w:rsidRPr="00C045EA">
        <w:rPr>
          <w:lang w:val="en-GB"/>
        </w:rPr>
        <w:t>izdaje</w:t>
      </w:r>
      <w:proofErr w:type="spellEnd"/>
      <w:r w:rsidRPr="00491C1A">
        <w:rPr>
          <w:lang w:val="sr-Latn-CS"/>
        </w:rPr>
        <w:t xml:space="preserve"> </w:t>
      </w:r>
      <w:proofErr w:type="spellStart"/>
      <w:r w:rsidRPr="00C045EA">
        <w:rPr>
          <w:lang w:val="en-GB"/>
        </w:rPr>
        <w:t>laboratorija</w:t>
      </w:r>
      <w:proofErr w:type="spellEnd"/>
      <w:r w:rsidR="0061084C">
        <w:rPr>
          <w:lang w:val="en-GB"/>
        </w:rPr>
        <w:t xml:space="preserve"> </w:t>
      </w:r>
      <w:proofErr w:type="spellStart"/>
      <w:r w:rsidR="0061084C">
        <w:rPr>
          <w:lang w:val="en-GB"/>
        </w:rPr>
        <w:t>Pružaoca</w:t>
      </w:r>
      <w:proofErr w:type="spellEnd"/>
      <w:r w:rsidR="0061084C">
        <w:rPr>
          <w:lang w:val="en-GB"/>
        </w:rPr>
        <w:t xml:space="preserve"> </w:t>
      </w:r>
      <w:proofErr w:type="spellStart"/>
      <w:r w:rsidR="0061084C">
        <w:rPr>
          <w:lang w:val="en-GB"/>
        </w:rPr>
        <w:t>usluge</w:t>
      </w:r>
      <w:proofErr w:type="spellEnd"/>
      <w:r w:rsidRPr="00491C1A">
        <w:rPr>
          <w:lang w:val="sr-Latn-CS"/>
        </w:rPr>
        <w:t xml:space="preserve"> </w:t>
      </w:r>
      <w:proofErr w:type="spellStart"/>
      <w:r w:rsidRPr="00C045EA">
        <w:rPr>
          <w:lang w:val="en-GB"/>
        </w:rPr>
        <w:t>i</w:t>
      </w:r>
      <w:proofErr w:type="spellEnd"/>
      <w:r w:rsidRPr="00491C1A">
        <w:rPr>
          <w:lang w:val="sr-Latn-CS"/>
        </w:rPr>
        <w:t xml:space="preserve"> </w:t>
      </w:r>
      <w:proofErr w:type="spellStart"/>
      <w:r w:rsidRPr="00C045EA">
        <w:rPr>
          <w:lang w:val="en-GB"/>
        </w:rPr>
        <w:t>potpisuje</w:t>
      </w:r>
      <w:proofErr w:type="spellEnd"/>
      <w:r w:rsidRPr="00491C1A">
        <w:rPr>
          <w:lang w:val="sr-Latn-CS"/>
        </w:rPr>
        <w:t xml:space="preserve"> </w:t>
      </w:r>
      <w:r w:rsidRPr="00C045EA">
        <w:rPr>
          <w:lang w:val="en-GB"/>
        </w:rPr>
        <w:t>ga</w:t>
      </w:r>
      <w:r w:rsidRPr="00491C1A">
        <w:rPr>
          <w:lang w:val="sr-Latn-CS"/>
        </w:rPr>
        <w:t xml:space="preserve"> </w:t>
      </w:r>
      <w:proofErr w:type="spellStart"/>
      <w:r w:rsidRPr="00C045EA">
        <w:rPr>
          <w:lang w:val="en-GB"/>
        </w:rPr>
        <w:t>ovla</w:t>
      </w:r>
      <w:proofErr w:type="spellEnd"/>
      <w:r w:rsidRPr="00491C1A">
        <w:rPr>
          <w:lang w:val="sr-Latn-CS"/>
        </w:rPr>
        <w:t>š</w:t>
      </w:r>
      <w:proofErr w:type="spellStart"/>
      <w:r w:rsidRPr="00C045EA">
        <w:rPr>
          <w:lang w:val="en-GB"/>
        </w:rPr>
        <w:t>teno</w:t>
      </w:r>
      <w:proofErr w:type="spellEnd"/>
      <w:r w:rsidRPr="00491C1A">
        <w:rPr>
          <w:lang w:val="sr-Latn-CS"/>
        </w:rPr>
        <w:t xml:space="preserve"> </w:t>
      </w:r>
      <w:r w:rsidRPr="00C045EA">
        <w:rPr>
          <w:lang w:val="en-GB"/>
        </w:rPr>
        <w:t>lice</w:t>
      </w:r>
      <w:r w:rsidRPr="00491C1A">
        <w:rPr>
          <w:lang w:val="sr-Latn-CS"/>
        </w:rPr>
        <w:t xml:space="preserve"> </w:t>
      </w:r>
      <w:proofErr w:type="spellStart"/>
      <w:r w:rsidRPr="00C045EA">
        <w:rPr>
          <w:lang w:val="en-GB"/>
        </w:rPr>
        <w:t>koje</w:t>
      </w:r>
      <w:proofErr w:type="spellEnd"/>
      <w:r w:rsidRPr="00491C1A">
        <w:rPr>
          <w:lang w:val="sr-Latn-CS"/>
        </w:rPr>
        <w:t xml:space="preserve"> </w:t>
      </w:r>
      <w:r w:rsidRPr="00C045EA">
        <w:rPr>
          <w:lang w:val="en-GB"/>
        </w:rPr>
        <w:t>je</w:t>
      </w:r>
      <w:r w:rsidRPr="00491C1A">
        <w:rPr>
          <w:lang w:val="sr-Latn-CS"/>
        </w:rPr>
        <w:t xml:space="preserve"> </w:t>
      </w:r>
      <w:proofErr w:type="spellStart"/>
      <w:r w:rsidRPr="00C045EA">
        <w:rPr>
          <w:lang w:val="en-GB"/>
        </w:rPr>
        <w:t>izvr</w:t>
      </w:r>
      <w:proofErr w:type="spellEnd"/>
      <w:r w:rsidRPr="00491C1A">
        <w:rPr>
          <w:lang w:val="sr-Latn-CS"/>
        </w:rPr>
        <w:t>š</w:t>
      </w:r>
      <w:proofErr w:type="spellStart"/>
      <w:r w:rsidRPr="00C045EA">
        <w:rPr>
          <w:lang w:val="en-GB"/>
        </w:rPr>
        <w:t>ilo</w:t>
      </w:r>
      <w:proofErr w:type="spellEnd"/>
      <w:r w:rsidRPr="00491C1A">
        <w:rPr>
          <w:lang w:val="sr-Latn-CS"/>
        </w:rPr>
        <w:t xml:space="preserve"> </w:t>
      </w:r>
      <w:proofErr w:type="spellStart"/>
      <w:r w:rsidRPr="00C045EA">
        <w:rPr>
          <w:lang w:val="en-GB"/>
        </w:rPr>
        <w:t>lab</w:t>
      </w:r>
      <w:r w:rsidRPr="005724F2">
        <w:rPr>
          <w:lang w:val="en-GB"/>
        </w:rPr>
        <w:t>oratorijsku</w:t>
      </w:r>
      <w:proofErr w:type="spellEnd"/>
      <w:r w:rsidRPr="00491C1A">
        <w:rPr>
          <w:lang w:val="sr-Latn-CS"/>
        </w:rPr>
        <w:t xml:space="preserve"> </w:t>
      </w:r>
      <w:proofErr w:type="spellStart"/>
      <w:r w:rsidRPr="005724F2">
        <w:rPr>
          <w:lang w:val="en-GB"/>
        </w:rPr>
        <w:t>provjeru</w:t>
      </w:r>
      <w:proofErr w:type="spellEnd"/>
      <w:r w:rsidRPr="00491C1A">
        <w:rPr>
          <w:lang w:val="sr-Latn-CS"/>
        </w:rPr>
        <w:t xml:space="preserve"> </w:t>
      </w:r>
      <w:proofErr w:type="spellStart"/>
      <w:r w:rsidRPr="005724F2">
        <w:rPr>
          <w:lang w:val="en-GB"/>
        </w:rPr>
        <w:t>koncentracije</w:t>
      </w:r>
      <w:proofErr w:type="spellEnd"/>
      <w:r w:rsidRPr="00491C1A">
        <w:rPr>
          <w:lang w:val="sr-Latn-CS"/>
        </w:rPr>
        <w:t xml:space="preserve"> </w:t>
      </w:r>
      <w:proofErr w:type="spellStart"/>
      <w:r w:rsidRPr="005724F2">
        <w:rPr>
          <w:lang w:val="en-GB"/>
        </w:rPr>
        <w:t>markera</w:t>
      </w:r>
      <w:proofErr w:type="spellEnd"/>
      <w:r w:rsidRPr="00491C1A">
        <w:rPr>
          <w:lang w:val="sr-Latn-CS"/>
        </w:rPr>
        <w:t>.</w:t>
      </w:r>
    </w:p>
    <w:p w14:paraId="53A37C8B" w14:textId="38C12691" w:rsidR="005724F2" w:rsidRPr="005B6DBB" w:rsidRDefault="0061084C" w:rsidP="005724F2">
      <w:pPr>
        <w:jc w:val="both"/>
        <w:rPr>
          <w:lang w:val="sr-Latn-CS"/>
        </w:rPr>
      </w:pPr>
      <w:proofErr w:type="spellStart"/>
      <w:r>
        <w:rPr>
          <w:lang w:val="en-GB"/>
        </w:rPr>
        <w:t>I</w:t>
      </w:r>
      <w:r w:rsidR="005724F2" w:rsidRPr="005724F2">
        <w:rPr>
          <w:lang w:val="en-GB"/>
        </w:rPr>
        <w:t>zvje</w:t>
      </w:r>
      <w:proofErr w:type="spellEnd"/>
      <w:r w:rsidR="005724F2" w:rsidRPr="00491C1A">
        <w:rPr>
          <w:lang w:val="sr-Latn-CS"/>
        </w:rPr>
        <w:t>š</w:t>
      </w:r>
      <w:r w:rsidR="005724F2" w:rsidRPr="005724F2">
        <w:rPr>
          <w:lang w:val="en-GB"/>
        </w:rPr>
        <w:t>taj</w:t>
      </w:r>
      <w:r w:rsidR="005724F2" w:rsidRPr="00491C1A">
        <w:rPr>
          <w:lang w:val="sr-Latn-CS"/>
        </w:rPr>
        <w:t xml:space="preserve"> </w:t>
      </w:r>
      <w:r w:rsidR="005724F2" w:rsidRPr="005724F2">
        <w:rPr>
          <w:lang w:val="en-GB"/>
        </w:rPr>
        <w:t>se</w:t>
      </w:r>
      <w:r w:rsidR="005724F2" w:rsidRPr="00491C1A">
        <w:rPr>
          <w:lang w:val="sr-Latn-CS"/>
        </w:rPr>
        <w:t xml:space="preserve"> </w:t>
      </w:r>
      <w:proofErr w:type="spellStart"/>
      <w:r w:rsidR="005724F2" w:rsidRPr="005724F2">
        <w:rPr>
          <w:lang w:val="en-GB"/>
        </w:rPr>
        <w:t>dostavlja</w:t>
      </w:r>
      <w:proofErr w:type="spellEnd"/>
      <w:r w:rsidR="005724F2" w:rsidRPr="00491C1A">
        <w:rPr>
          <w:lang w:val="sr-Latn-CS"/>
        </w:rPr>
        <w:t xml:space="preserve"> </w:t>
      </w:r>
      <w:proofErr w:type="spellStart"/>
      <w:r w:rsidR="005724F2" w:rsidRPr="005724F2">
        <w:rPr>
          <w:lang w:val="en-GB"/>
        </w:rPr>
        <w:t>elektronskim</w:t>
      </w:r>
      <w:proofErr w:type="spellEnd"/>
      <w:r w:rsidR="005724F2" w:rsidRPr="00491C1A">
        <w:rPr>
          <w:lang w:val="sr-Latn-CS"/>
        </w:rPr>
        <w:t xml:space="preserve"> </w:t>
      </w:r>
      <w:proofErr w:type="spellStart"/>
      <w:r w:rsidR="005724F2" w:rsidRPr="005724F2">
        <w:rPr>
          <w:lang w:val="en-GB"/>
        </w:rPr>
        <w:t>putem</w:t>
      </w:r>
      <w:proofErr w:type="spellEnd"/>
      <w:r w:rsidR="005724F2" w:rsidRPr="00491C1A">
        <w:rPr>
          <w:lang w:val="sr-Latn-CS"/>
        </w:rPr>
        <w:t xml:space="preserve"> </w:t>
      </w:r>
      <w:proofErr w:type="spellStart"/>
      <w:r w:rsidR="005724F2" w:rsidRPr="005724F2">
        <w:rPr>
          <w:lang w:val="en-GB"/>
        </w:rPr>
        <w:t>obvezniku</w:t>
      </w:r>
      <w:proofErr w:type="spellEnd"/>
      <w:r w:rsidR="005724F2" w:rsidRPr="00491C1A">
        <w:rPr>
          <w:lang w:val="sr-Latn-CS"/>
        </w:rPr>
        <w:t xml:space="preserve"> </w:t>
      </w:r>
      <w:proofErr w:type="spellStart"/>
      <w:r w:rsidR="005724F2" w:rsidRPr="005724F2">
        <w:rPr>
          <w:lang w:val="en-GB"/>
        </w:rPr>
        <w:t>markiranja</w:t>
      </w:r>
      <w:proofErr w:type="spellEnd"/>
      <w:r w:rsidR="005724F2" w:rsidRPr="00491C1A">
        <w:rPr>
          <w:lang w:val="sr-Latn-CS"/>
        </w:rPr>
        <w:t xml:space="preserve"> </w:t>
      </w:r>
      <w:proofErr w:type="spellStart"/>
      <w:r w:rsidR="005724F2" w:rsidRPr="005724F2">
        <w:rPr>
          <w:lang w:val="en-GB"/>
        </w:rPr>
        <w:t>i</w:t>
      </w:r>
      <w:proofErr w:type="spellEnd"/>
      <w:r w:rsidR="005724F2" w:rsidRPr="00491C1A">
        <w:rPr>
          <w:lang w:val="sr-Latn-CS"/>
        </w:rPr>
        <w:t xml:space="preserve"> </w:t>
      </w:r>
      <w:proofErr w:type="spellStart"/>
      <w:r w:rsidR="005724F2" w:rsidRPr="005724F2">
        <w:rPr>
          <w:lang w:val="en-GB"/>
        </w:rPr>
        <w:t>nadle</w:t>
      </w:r>
      <w:proofErr w:type="spellEnd"/>
      <w:r w:rsidR="005724F2" w:rsidRPr="00491C1A">
        <w:rPr>
          <w:lang w:val="sr-Latn-CS"/>
        </w:rPr>
        <w:t>ž</w:t>
      </w:r>
      <w:r w:rsidR="005724F2" w:rsidRPr="005724F2">
        <w:rPr>
          <w:lang w:val="en-GB"/>
        </w:rPr>
        <w:t>nom</w:t>
      </w:r>
      <w:r w:rsidR="005724F2" w:rsidRPr="00491C1A">
        <w:rPr>
          <w:lang w:val="sr-Latn-CS"/>
        </w:rPr>
        <w:t xml:space="preserve"> </w:t>
      </w:r>
      <w:proofErr w:type="spellStart"/>
      <w:r>
        <w:rPr>
          <w:lang w:val="en-GB"/>
        </w:rPr>
        <w:t>inspektoru</w:t>
      </w:r>
      <w:proofErr w:type="spellEnd"/>
      <w:r>
        <w:rPr>
          <w:lang w:val="en-GB"/>
        </w:rPr>
        <w:t xml:space="preserve"> za </w:t>
      </w:r>
      <w:proofErr w:type="spellStart"/>
      <w:r w:rsidRPr="009265C1">
        <w:rPr>
          <w:lang w:val="en-GB"/>
        </w:rPr>
        <w:t>ugljovodonike</w:t>
      </w:r>
      <w:proofErr w:type="spellEnd"/>
      <w:r w:rsidR="009265C1" w:rsidRPr="009265C1">
        <w:rPr>
          <w:lang w:val="sr-Latn-CS"/>
        </w:rPr>
        <w:t xml:space="preserve"> odnosno tržišnom inspektoru.</w:t>
      </w:r>
    </w:p>
    <w:p w14:paraId="7355EDAD" w14:textId="5AEE2928" w:rsidR="009265C1" w:rsidRPr="00627C43" w:rsidRDefault="009265C1" w:rsidP="009265C1">
      <w:pPr>
        <w:spacing w:line="240" w:lineRule="auto"/>
        <w:contextualSpacing/>
        <w:jc w:val="both"/>
        <w:rPr>
          <w:rFonts w:cs="Times New Roman"/>
          <w:lang w:val="en-GB"/>
        </w:rPr>
      </w:pPr>
      <w:proofErr w:type="spellStart"/>
      <w:r w:rsidRPr="00627C43">
        <w:rPr>
          <w:rFonts w:cs="Times New Roman"/>
          <w:lang w:val="en-GB"/>
        </w:rPr>
        <w:t>Ukoliko</w:t>
      </w:r>
      <w:proofErr w:type="spellEnd"/>
      <w:r w:rsidRPr="00627C43">
        <w:rPr>
          <w:rFonts w:cs="Times New Roman"/>
          <w:lang w:val="sr-Latn-CS"/>
        </w:rPr>
        <w:t xml:space="preserve"> </w:t>
      </w:r>
      <w:proofErr w:type="spellStart"/>
      <w:r w:rsidRPr="00627C43">
        <w:rPr>
          <w:rFonts w:cs="Times New Roman"/>
          <w:lang w:val="en-GB"/>
        </w:rPr>
        <w:t>laboratorijska</w:t>
      </w:r>
      <w:proofErr w:type="spellEnd"/>
      <w:r w:rsidRPr="00627C43">
        <w:rPr>
          <w:rFonts w:cs="Times New Roman"/>
          <w:lang w:val="sr-Latn-CS"/>
        </w:rPr>
        <w:t xml:space="preserve"> </w:t>
      </w:r>
      <w:proofErr w:type="spellStart"/>
      <w:r w:rsidRPr="00627C43">
        <w:rPr>
          <w:rFonts w:cs="Times New Roman"/>
          <w:lang w:val="en-GB"/>
        </w:rPr>
        <w:t>provjera</w:t>
      </w:r>
      <w:proofErr w:type="spellEnd"/>
      <w:r w:rsidRPr="00627C43">
        <w:rPr>
          <w:rFonts w:cs="Times New Roman"/>
          <w:lang w:val="sr-Latn-CS"/>
        </w:rPr>
        <w:t xml:space="preserve"> </w:t>
      </w:r>
      <w:proofErr w:type="spellStart"/>
      <w:r w:rsidRPr="00627C43">
        <w:rPr>
          <w:rFonts w:cs="Times New Roman"/>
          <w:lang w:val="en-GB"/>
        </w:rPr>
        <w:t>potvrdi</w:t>
      </w:r>
      <w:proofErr w:type="spellEnd"/>
      <w:r w:rsidRPr="00627C43">
        <w:rPr>
          <w:rFonts w:cs="Times New Roman"/>
          <w:lang w:val="sr-Latn-CS"/>
        </w:rPr>
        <w:t xml:space="preserve"> </w:t>
      </w:r>
      <w:r w:rsidRPr="00627C43">
        <w:rPr>
          <w:rFonts w:cs="Times New Roman"/>
          <w:lang w:val="en-GB"/>
        </w:rPr>
        <w:t>da</w:t>
      </w:r>
      <w:r w:rsidRPr="00627C43">
        <w:rPr>
          <w:rFonts w:cs="Times New Roman"/>
          <w:lang w:val="sr-Latn-CS"/>
        </w:rPr>
        <w:t xml:space="preserve"> je </w:t>
      </w:r>
      <w:proofErr w:type="spellStart"/>
      <w:r w:rsidRPr="00627C43">
        <w:rPr>
          <w:rFonts w:cs="Times New Roman"/>
          <w:lang w:val="en-GB"/>
        </w:rPr>
        <w:t>izmjerena</w:t>
      </w:r>
      <w:proofErr w:type="spellEnd"/>
      <w:r w:rsidRPr="00627C43">
        <w:rPr>
          <w:rFonts w:cs="Times New Roman"/>
          <w:lang w:val="sr-Latn-CS"/>
        </w:rPr>
        <w:t xml:space="preserve"> </w:t>
      </w:r>
      <w:proofErr w:type="spellStart"/>
      <w:r w:rsidRPr="00627C43">
        <w:rPr>
          <w:rFonts w:cs="Times New Roman"/>
          <w:lang w:val="en-GB"/>
        </w:rPr>
        <w:t>koncentracija</w:t>
      </w:r>
      <w:proofErr w:type="spellEnd"/>
      <w:r w:rsidRPr="00627C43">
        <w:rPr>
          <w:rFonts w:cs="Times New Roman"/>
          <w:lang w:val="sr-Latn-CS"/>
        </w:rPr>
        <w:t xml:space="preserve"> </w:t>
      </w:r>
      <w:proofErr w:type="spellStart"/>
      <w:r w:rsidRPr="00627C43">
        <w:rPr>
          <w:rFonts w:cs="Times New Roman"/>
          <w:lang w:val="en-GB"/>
        </w:rPr>
        <w:t>markera</w:t>
      </w:r>
      <w:proofErr w:type="spellEnd"/>
      <w:r w:rsidRPr="00627C43">
        <w:rPr>
          <w:rFonts w:cs="Times New Roman"/>
          <w:lang w:val="sr-Latn-CS"/>
        </w:rPr>
        <w:t xml:space="preserve"> </w:t>
      </w:r>
      <w:proofErr w:type="spellStart"/>
      <w:r w:rsidRPr="00627C43">
        <w:rPr>
          <w:rFonts w:cs="Times New Roman"/>
          <w:lang w:val="en-GB"/>
        </w:rPr>
        <w:t>između</w:t>
      </w:r>
      <w:proofErr w:type="spellEnd"/>
      <w:r w:rsidRPr="00627C43">
        <w:rPr>
          <w:rFonts w:cs="Times New Roman"/>
          <w:lang w:val="en-GB"/>
        </w:rPr>
        <w:t xml:space="preserve"> 9</w:t>
      </w:r>
      <w:r>
        <w:rPr>
          <w:rFonts w:cs="Times New Roman"/>
          <w:lang w:val="en-GB"/>
        </w:rPr>
        <w:t>5</w:t>
      </w:r>
      <w:r w:rsidRPr="00627C43">
        <w:rPr>
          <w:rFonts w:cs="Times New Roman"/>
          <w:lang w:val="en-GB"/>
        </w:rPr>
        <w:t xml:space="preserve">% </w:t>
      </w:r>
      <w:proofErr w:type="spellStart"/>
      <w:r w:rsidRPr="00627C43">
        <w:rPr>
          <w:rFonts w:cs="Times New Roman"/>
          <w:lang w:val="en-GB"/>
        </w:rPr>
        <w:t>i</w:t>
      </w:r>
      <w:proofErr w:type="spellEnd"/>
      <w:r w:rsidRPr="00627C43">
        <w:rPr>
          <w:rFonts w:cs="Times New Roman"/>
          <w:lang w:val="en-GB"/>
        </w:rPr>
        <w:t xml:space="preserve"> 10</w:t>
      </w:r>
      <w:r>
        <w:rPr>
          <w:rFonts w:cs="Times New Roman"/>
          <w:lang w:val="en-GB"/>
        </w:rPr>
        <w:t>5</w:t>
      </w:r>
      <w:r w:rsidRPr="00627C43">
        <w:rPr>
          <w:rFonts w:cs="Times New Roman"/>
          <w:lang w:val="en-GB"/>
        </w:rPr>
        <w:t xml:space="preserve">% </w:t>
      </w:r>
      <w:proofErr w:type="spellStart"/>
      <w:r w:rsidRPr="00627C43">
        <w:rPr>
          <w:rFonts w:cs="Times New Roman"/>
          <w:lang w:val="en-GB"/>
        </w:rPr>
        <w:t>propisane</w:t>
      </w:r>
      <w:proofErr w:type="spellEnd"/>
      <w:r w:rsidRPr="00627C43">
        <w:rPr>
          <w:rFonts w:cs="Times New Roman"/>
          <w:lang w:val="en-GB"/>
        </w:rPr>
        <w:t xml:space="preserve"> </w:t>
      </w:r>
      <w:proofErr w:type="spellStart"/>
      <w:r w:rsidRPr="00627C43">
        <w:rPr>
          <w:rFonts w:cs="Times New Roman"/>
          <w:lang w:val="en-GB"/>
        </w:rPr>
        <w:t>koncentracije</w:t>
      </w:r>
      <w:proofErr w:type="spellEnd"/>
      <w:r w:rsidRPr="00627C43">
        <w:rPr>
          <w:rFonts w:cs="Times New Roman"/>
          <w:lang w:val="en-GB"/>
        </w:rPr>
        <w:t xml:space="preserve"> </w:t>
      </w:r>
      <w:proofErr w:type="spellStart"/>
      <w:r w:rsidRPr="00627C43">
        <w:rPr>
          <w:rFonts w:cs="Times New Roman"/>
          <w:lang w:val="en-GB"/>
        </w:rPr>
        <w:t>markera</w:t>
      </w:r>
      <w:proofErr w:type="spellEnd"/>
      <w:r w:rsidRPr="00627C43">
        <w:rPr>
          <w:rFonts w:cs="Times New Roman"/>
          <w:lang w:val="en-GB"/>
        </w:rPr>
        <w:t xml:space="preserve">, </w:t>
      </w:r>
      <w:proofErr w:type="spellStart"/>
      <w:r w:rsidRPr="00627C43">
        <w:rPr>
          <w:rFonts w:cs="Times New Roman"/>
          <w:lang w:val="en-GB"/>
        </w:rPr>
        <w:t>uključujući</w:t>
      </w:r>
      <w:proofErr w:type="spellEnd"/>
      <w:r w:rsidRPr="00627C43">
        <w:rPr>
          <w:rFonts w:cs="Times New Roman"/>
          <w:lang w:val="en-GB"/>
        </w:rPr>
        <w:t xml:space="preserve"> </w:t>
      </w:r>
      <w:proofErr w:type="spellStart"/>
      <w:r w:rsidRPr="00627C43">
        <w:rPr>
          <w:rFonts w:cs="Times New Roman"/>
          <w:lang w:val="en-GB"/>
        </w:rPr>
        <w:t>granične</w:t>
      </w:r>
      <w:proofErr w:type="spellEnd"/>
      <w:r w:rsidRPr="00627C43">
        <w:rPr>
          <w:rFonts w:cs="Times New Roman"/>
          <w:lang w:val="en-GB"/>
        </w:rPr>
        <w:t xml:space="preserve"> </w:t>
      </w:r>
      <w:proofErr w:type="spellStart"/>
      <w:r w:rsidRPr="00627C43">
        <w:rPr>
          <w:rFonts w:cs="Times New Roman"/>
          <w:lang w:val="en-GB"/>
        </w:rPr>
        <w:t>vrijednosti</w:t>
      </w:r>
      <w:proofErr w:type="spellEnd"/>
      <w:r w:rsidRPr="00627C43">
        <w:rPr>
          <w:rFonts w:cs="Times New Roman"/>
          <w:lang w:val="sr-Latn-CS"/>
        </w:rPr>
        <w:t xml:space="preserve">, </w:t>
      </w:r>
      <w:proofErr w:type="spellStart"/>
      <w:r w:rsidRPr="00627C43">
        <w:rPr>
          <w:rFonts w:cs="Times New Roman"/>
          <w:lang w:val="en-GB"/>
        </w:rPr>
        <w:t>rezultat</w:t>
      </w:r>
      <w:proofErr w:type="spellEnd"/>
      <w:r w:rsidRPr="00627C43">
        <w:rPr>
          <w:rFonts w:cs="Times New Roman"/>
          <w:lang w:val="sr-Latn-CS"/>
        </w:rPr>
        <w:t xml:space="preserve"> </w:t>
      </w:r>
      <w:r w:rsidRPr="00627C43">
        <w:rPr>
          <w:rFonts w:cs="Times New Roman"/>
          <w:lang w:val="en-GB"/>
        </w:rPr>
        <w:t>se</w:t>
      </w:r>
      <w:r w:rsidRPr="00627C43">
        <w:rPr>
          <w:rFonts w:cs="Times New Roman"/>
          <w:lang w:val="sr-Latn-CS"/>
        </w:rPr>
        <w:t xml:space="preserve"> </w:t>
      </w:r>
      <w:proofErr w:type="spellStart"/>
      <w:r w:rsidRPr="00627C43">
        <w:rPr>
          <w:rFonts w:cs="Times New Roman"/>
          <w:lang w:val="en-GB"/>
        </w:rPr>
        <w:t>smatra</w:t>
      </w:r>
      <w:proofErr w:type="spellEnd"/>
      <w:r w:rsidRPr="00627C43">
        <w:rPr>
          <w:rFonts w:cs="Times New Roman"/>
          <w:lang w:val="sr-Latn-CS"/>
        </w:rPr>
        <w:t xml:space="preserve"> </w:t>
      </w:r>
      <w:proofErr w:type="spellStart"/>
      <w:r w:rsidRPr="00627C43">
        <w:rPr>
          <w:rFonts w:cs="Times New Roman"/>
          <w:lang w:val="en-GB"/>
        </w:rPr>
        <w:t>zadovoljavajućim</w:t>
      </w:r>
      <w:proofErr w:type="spellEnd"/>
      <w:r w:rsidRPr="00627C43">
        <w:rPr>
          <w:rFonts w:cs="Times New Roman"/>
          <w:lang w:val="sr-Latn-CS"/>
        </w:rPr>
        <w:t xml:space="preserve">. </w:t>
      </w:r>
      <w:proofErr w:type="spellStart"/>
      <w:r w:rsidRPr="00627C43">
        <w:rPr>
          <w:rFonts w:cs="Times New Roman"/>
          <w:lang w:val="en-GB"/>
        </w:rPr>
        <w:t>Rezultati</w:t>
      </w:r>
      <w:proofErr w:type="spellEnd"/>
      <w:r w:rsidRPr="00627C43">
        <w:rPr>
          <w:rFonts w:cs="Times New Roman"/>
          <w:lang w:val="en-GB"/>
        </w:rPr>
        <w:t xml:space="preserve"> </w:t>
      </w:r>
      <w:proofErr w:type="spellStart"/>
      <w:r w:rsidRPr="00627C43">
        <w:rPr>
          <w:rFonts w:cs="Times New Roman"/>
          <w:lang w:val="en-GB"/>
        </w:rPr>
        <w:t>izvan</w:t>
      </w:r>
      <w:proofErr w:type="spellEnd"/>
      <w:r w:rsidRPr="00627C43">
        <w:rPr>
          <w:rFonts w:cs="Times New Roman"/>
          <w:lang w:val="en-GB"/>
        </w:rPr>
        <w:t xml:space="preserve"> </w:t>
      </w:r>
      <w:proofErr w:type="spellStart"/>
      <w:r w:rsidRPr="00627C43">
        <w:rPr>
          <w:rFonts w:cs="Times New Roman"/>
          <w:lang w:val="en-GB"/>
        </w:rPr>
        <w:t>navedenog</w:t>
      </w:r>
      <w:proofErr w:type="spellEnd"/>
      <w:r w:rsidRPr="00627C43">
        <w:rPr>
          <w:rFonts w:cs="Times New Roman"/>
          <w:lang w:val="en-GB"/>
        </w:rPr>
        <w:t xml:space="preserve"> </w:t>
      </w:r>
      <w:proofErr w:type="spellStart"/>
      <w:r w:rsidRPr="00627C43">
        <w:rPr>
          <w:rFonts w:cs="Times New Roman"/>
          <w:lang w:val="en-GB"/>
        </w:rPr>
        <w:t>raspona</w:t>
      </w:r>
      <w:proofErr w:type="spellEnd"/>
      <w:r w:rsidRPr="00627C43">
        <w:rPr>
          <w:rFonts w:cs="Times New Roman"/>
          <w:lang w:val="en-GB"/>
        </w:rPr>
        <w:t xml:space="preserve"> </w:t>
      </w:r>
      <w:proofErr w:type="spellStart"/>
      <w:r w:rsidRPr="00627C43">
        <w:rPr>
          <w:rFonts w:cs="Times New Roman"/>
          <w:lang w:val="en-GB"/>
        </w:rPr>
        <w:t>smatraju</w:t>
      </w:r>
      <w:proofErr w:type="spellEnd"/>
      <w:r w:rsidRPr="00627C43">
        <w:rPr>
          <w:rFonts w:cs="Times New Roman"/>
          <w:lang w:val="en-GB"/>
        </w:rPr>
        <w:t xml:space="preserve"> se </w:t>
      </w:r>
      <w:proofErr w:type="spellStart"/>
      <w:r w:rsidRPr="00627C43">
        <w:rPr>
          <w:rFonts w:cs="Times New Roman"/>
          <w:lang w:val="en-GB"/>
        </w:rPr>
        <w:t>nezadovoljavajućim</w:t>
      </w:r>
      <w:proofErr w:type="spellEnd"/>
      <w:r w:rsidRPr="00627C43">
        <w:rPr>
          <w:rFonts w:cs="Times New Roman"/>
          <w:lang w:val="en-GB"/>
        </w:rPr>
        <w:t>.</w:t>
      </w:r>
    </w:p>
    <w:p w14:paraId="428C07EC" w14:textId="77777777" w:rsidR="009265C1" w:rsidRPr="00627C43" w:rsidRDefault="009265C1" w:rsidP="009265C1">
      <w:pPr>
        <w:spacing w:line="240" w:lineRule="auto"/>
        <w:contextualSpacing/>
        <w:jc w:val="both"/>
        <w:rPr>
          <w:rFonts w:cs="Times New Roman"/>
          <w:lang w:val="en-GB"/>
        </w:rPr>
      </w:pPr>
    </w:p>
    <w:p w14:paraId="1118CF2A" w14:textId="1194F658" w:rsidR="009265C1" w:rsidRPr="00627C43" w:rsidRDefault="009265C1" w:rsidP="009265C1">
      <w:pPr>
        <w:spacing w:line="240" w:lineRule="auto"/>
        <w:contextualSpacing/>
        <w:jc w:val="both"/>
        <w:rPr>
          <w:rFonts w:cs="Times New Roman"/>
          <w:lang w:val="en-GB"/>
        </w:rPr>
      </w:pPr>
      <w:r w:rsidRPr="00627C43">
        <w:rPr>
          <w:rFonts w:cs="Times New Roman"/>
          <w:lang w:val="en-GB"/>
        </w:rPr>
        <w:t xml:space="preserve">U </w:t>
      </w:r>
      <w:proofErr w:type="spellStart"/>
      <w:r w:rsidRPr="00627C43">
        <w:rPr>
          <w:rFonts w:cs="Times New Roman"/>
          <w:lang w:val="en-GB"/>
        </w:rPr>
        <w:t>cilju</w:t>
      </w:r>
      <w:proofErr w:type="spellEnd"/>
      <w:r w:rsidRPr="00627C43">
        <w:rPr>
          <w:rFonts w:cs="Times New Roman"/>
          <w:lang w:val="en-GB"/>
        </w:rPr>
        <w:t xml:space="preserve"> </w:t>
      </w:r>
      <w:proofErr w:type="spellStart"/>
      <w:r w:rsidRPr="00627C43">
        <w:rPr>
          <w:rFonts w:cs="Times New Roman"/>
          <w:lang w:val="en-GB"/>
        </w:rPr>
        <w:t>zaštite</w:t>
      </w:r>
      <w:proofErr w:type="spellEnd"/>
      <w:r w:rsidRPr="00627C43">
        <w:rPr>
          <w:rFonts w:cs="Times New Roman"/>
          <w:lang w:val="en-GB"/>
        </w:rPr>
        <w:t xml:space="preserve"> </w:t>
      </w:r>
      <w:proofErr w:type="spellStart"/>
      <w:r w:rsidRPr="00627C43">
        <w:rPr>
          <w:rFonts w:cs="Times New Roman"/>
          <w:lang w:val="en-GB"/>
        </w:rPr>
        <w:t>bezbjednosti</w:t>
      </w:r>
      <w:proofErr w:type="spellEnd"/>
      <w:r w:rsidRPr="00627C43">
        <w:rPr>
          <w:rFonts w:cs="Times New Roman"/>
          <w:lang w:val="en-GB"/>
        </w:rPr>
        <w:t xml:space="preserve"> </w:t>
      </w:r>
      <w:proofErr w:type="spellStart"/>
      <w:r w:rsidRPr="00627C43">
        <w:rPr>
          <w:rFonts w:cs="Times New Roman"/>
          <w:lang w:val="en-GB"/>
        </w:rPr>
        <w:t>programa</w:t>
      </w:r>
      <w:proofErr w:type="spellEnd"/>
      <w:r w:rsidRPr="00627C43">
        <w:rPr>
          <w:rFonts w:cs="Times New Roman"/>
          <w:lang w:val="en-GB"/>
        </w:rPr>
        <w:t xml:space="preserve"> </w:t>
      </w:r>
      <w:proofErr w:type="spellStart"/>
      <w:r w:rsidRPr="00627C43">
        <w:rPr>
          <w:rFonts w:cs="Times New Roman"/>
          <w:lang w:val="en-GB"/>
        </w:rPr>
        <w:t>makiranja</w:t>
      </w:r>
      <w:proofErr w:type="spellEnd"/>
      <w:r w:rsidRPr="00627C43">
        <w:rPr>
          <w:rFonts w:cs="Times New Roman"/>
          <w:lang w:val="en-GB"/>
        </w:rPr>
        <w:t xml:space="preserve"> </w:t>
      </w:r>
      <w:proofErr w:type="spellStart"/>
      <w:r w:rsidRPr="00627C43">
        <w:rPr>
          <w:rFonts w:cs="Times New Roman"/>
          <w:lang w:val="en-GB"/>
        </w:rPr>
        <w:t>tečnih</w:t>
      </w:r>
      <w:proofErr w:type="spellEnd"/>
      <w:r w:rsidRPr="00627C43">
        <w:rPr>
          <w:rFonts w:cs="Times New Roman"/>
          <w:lang w:val="en-GB"/>
        </w:rPr>
        <w:t xml:space="preserve"> </w:t>
      </w:r>
      <w:proofErr w:type="spellStart"/>
      <w:r w:rsidRPr="00627C43">
        <w:rPr>
          <w:rFonts w:cs="Times New Roman"/>
          <w:lang w:val="en-GB"/>
        </w:rPr>
        <w:t>naftnih</w:t>
      </w:r>
      <w:proofErr w:type="spellEnd"/>
      <w:r w:rsidRPr="00627C43">
        <w:rPr>
          <w:rFonts w:cs="Times New Roman"/>
          <w:lang w:val="en-GB"/>
        </w:rPr>
        <w:t xml:space="preserve"> </w:t>
      </w:r>
      <w:proofErr w:type="spellStart"/>
      <w:r w:rsidRPr="00627C43">
        <w:rPr>
          <w:rFonts w:cs="Times New Roman"/>
          <w:lang w:val="en-GB"/>
        </w:rPr>
        <w:t>goriva</w:t>
      </w:r>
      <w:proofErr w:type="spellEnd"/>
      <w:r w:rsidRPr="00627C43">
        <w:rPr>
          <w:rFonts w:cs="Times New Roman"/>
          <w:lang w:val="en-GB"/>
        </w:rPr>
        <w:t xml:space="preserve">, </w:t>
      </w:r>
      <w:proofErr w:type="spellStart"/>
      <w:r w:rsidRPr="00627C43">
        <w:rPr>
          <w:rFonts w:cs="Times New Roman"/>
          <w:lang w:val="en-GB"/>
        </w:rPr>
        <w:t>rezultati</w:t>
      </w:r>
      <w:proofErr w:type="spellEnd"/>
      <w:r w:rsidRPr="00627C43">
        <w:rPr>
          <w:rFonts w:cs="Times New Roman"/>
          <w:lang w:val="en-GB"/>
        </w:rPr>
        <w:t xml:space="preserve"> </w:t>
      </w:r>
      <w:proofErr w:type="spellStart"/>
      <w:r w:rsidRPr="00627C43">
        <w:rPr>
          <w:rFonts w:cs="Times New Roman"/>
          <w:lang w:val="en-GB"/>
        </w:rPr>
        <w:t>mjerenja</w:t>
      </w:r>
      <w:proofErr w:type="spellEnd"/>
      <w:r w:rsidRPr="00627C43">
        <w:rPr>
          <w:rFonts w:cs="Times New Roman"/>
          <w:lang w:val="en-GB"/>
        </w:rPr>
        <w:t xml:space="preserve"> </w:t>
      </w:r>
      <w:proofErr w:type="spellStart"/>
      <w:r w:rsidRPr="00627C43">
        <w:rPr>
          <w:rFonts w:cs="Times New Roman"/>
          <w:lang w:val="en-GB"/>
        </w:rPr>
        <w:t>koncentracije</w:t>
      </w:r>
      <w:proofErr w:type="spellEnd"/>
      <w:r w:rsidRPr="00627C43">
        <w:rPr>
          <w:rFonts w:cs="Times New Roman"/>
          <w:lang w:val="en-GB"/>
        </w:rPr>
        <w:t xml:space="preserve"> </w:t>
      </w:r>
      <w:proofErr w:type="spellStart"/>
      <w:r w:rsidRPr="00627C43">
        <w:rPr>
          <w:rFonts w:cs="Times New Roman"/>
          <w:lang w:val="en-GB"/>
        </w:rPr>
        <w:t>markera</w:t>
      </w:r>
      <w:proofErr w:type="spellEnd"/>
      <w:r w:rsidRPr="00627C43">
        <w:rPr>
          <w:rFonts w:cs="Times New Roman"/>
          <w:lang w:val="en-GB"/>
        </w:rPr>
        <w:t xml:space="preserve"> </w:t>
      </w:r>
      <w:proofErr w:type="spellStart"/>
      <w:r w:rsidRPr="00627C43">
        <w:rPr>
          <w:rFonts w:cs="Times New Roman"/>
          <w:lang w:val="en-GB"/>
        </w:rPr>
        <w:t>na</w:t>
      </w:r>
      <w:proofErr w:type="spellEnd"/>
      <w:r w:rsidRPr="00627C43">
        <w:rPr>
          <w:rFonts w:cs="Times New Roman"/>
          <w:lang w:val="en-GB"/>
        </w:rPr>
        <w:t xml:space="preserve"> </w:t>
      </w:r>
      <w:proofErr w:type="spellStart"/>
      <w:r w:rsidRPr="00627C43">
        <w:rPr>
          <w:rFonts w:cs="Times New Roman"/>
          <w:lang w:val="en-GB"/>
        </w:rPr>
        <w:t>laboratorijskom</w:t>
      </w:r>
      <w:proofErr w:type="spellEnd"/>
      <w:r w:rsidRPr="00627C43">
        <w:rPr>
          <w:rFonts w:cs="Times New Roman"/>
          <w:lang w:val="en-GB"/>
        </w:rPr>
        <w:t xml:space="preserve"> (</w:t>
      </w:r>
      <w:proofErr w:type="spellStart"/>
      <w:r w:rsidRPr="00627C43">
        <w:rPr>
          <w:rFonts w:cs="Times New Roman"/>
          <w:lang w:val="en-GB"/>
        </w:rPr>
        <w:t>forenzičkom</w:t>
      </w:r>
      <w:proofErr w:type="spellEnd"/>
      <w:r w:rsidRPr="00627C43">
        <w:rPr>
          <w:rFonts w:cs="Times New Roman"/>
          <w:lang w:val="en-GB"/>
        </w:rPr>
        <w:t xml:space="preserve">) </w:t>
      </w:r>
      <w:proofErr w:type="spellStart"/>
      <w:r w:rsidRPr="00627C43">
        <w:rPr>
          <w:rFonts w:cs="Times New Roman"/>
          <w:lang w:val="en-GB"/>
        </w:rPr>
        <w:t>uređaju</w:t>
      </w:r>
      <w:proofErr w:type="spellEnd"/>
      <w:r w:rsidRPr="00627C43">
        <w:rPr>
          <w:rFonts w:cs="Times New Roman"/>
          <w:lang w:val="en-GB"/>
        </w:rPr>
        <w:t xml:space="preserve"> koji </w:t>
      </w:r>
      <w:proofErr w:type="spellStart"/>
      <w:r w:rsidRPr="00627C43">
        <w:rPr>
          <w:rFonts w:cs="Times New Roman"/>
          <w:lang w:val="en-GB"/>
        </w:rPr>
        <w:t>su</w:t>
      </w:r>
      <w:proofErr w:type="spellEnd"/>
      <w:r w:rsidRPr="00627C43">
        <w:rPr>
          <w:rFonts w:cs="Times New Roman"/>
          <w:lang w:val="en-GB"/>
        </w:rPr>
        <w:t xml:space="preserve"> </w:t>
      </w:r>
      <w:proofErr w:type="spellStart"/>
      <w:r w:rsidRPr="00627C43">
        <w:rPr>
          <w:rFonts w:cs="Times New Roman"/>
          <w:lang w:val="en-GB"/>
        </w:rPr>
        <w:t>zadovoljavajući</w:t>
      </w:r>
      <w:proofErr w:type="spellEnd"/>
      <w:r w:rsidRPr="00627C43">
        <w:rPr>
          <w:rFonts w:cs="Times New Roman"/>
          <w:lang w:val="en-GB"/>
        </w:rPr>
        <w:t xml:space="preserve">, ne </w:t>
      </w:r>
      <w:proofErr w:type="spellStart"/>
      <w:r w:rsidRPr="00627C43">
        <w:rPr>
          <w:rFonts w:cs="Times New Roman"/>
          <w:lang w:val="en-GB"/>
        </w:rPr>
        <w:t>dostavljaju</w:t>
      </w:r>
      <w:proofErr w:type="spellEnd"/>
      <w:r w:rsidRPr="00627C43">
        <w:rPr>
          <w:rFonts w:cs="Times New Roman"/>
          <w:lang w:val="en-GB"/>
        </w:rPr>
        <w:t xml:space="preserve"> se </w:t>
      </w:r>
      <w:proofErr w:type="spellStart"/>
      <w:r w:rsidRPr="00627C43">
        <w:rPr>
          <w:rFonts w:cs="Times New Roman"/>
          <w:lang w:val="en-GB"/>
        </w:rPr>
        <w:t>iskazani</w:t>
      </w:r>
      <w:proofErr w:type="spellEnd"/>
      <w:r w:rsidRPr="00627C43">
        <w:rPr>
          <w:rFonts w:cs="Times New Roman"/>
          <w:lang w:val="en-GB"/>
        </w:rPr>
        <w:t xml:space="preserve"> </w:t>
      </w:r>
      <w:proofErr w:type="spellStart"/>
      <w:r w:rsidRPr="00627C43">
        <w:rPr>
          <w:rFonts w:cs="Times New Roman"/>
          <w:lang w:val="en-GB"/>
        </w:rPr>
        <w:t>brojčanim</w:t>
      </w:r>
      <w:proofErr w:type="spellEnd"/>
      <w:r w:rsidRPr="00627C43">
        <w:rPr>
          <w:rFonts w:cs="Times New Roman"/>
          <w:lang w:val="en-GB"/>
        </w:rPr>
        <w:t xml:space="preserve"> </w:t>
      </w:r>
      <w:proofErr w:type="spellStart"/>
      <w:r w:rsidRPr="00627C43">
        <w:rPr>
          <w:rFonts w:cs="Times New Roman"/>
          <w:lang w:val="en-GB"/>
        </w:rPr>
        <w:t>vrednostima</w:t>
      </w:r>
      <w:proofErr w:type="spellEnd"/>
      <w:r w:rsidRPr="00627C43">
        <w:rPr>
          <w:rFonts w:cs="Times New Roman"/>
          <w:lang w:val="en-GB"/>
        </w:rPr>
        <w:t xml:space="preserve"> </w:t>
      </w:r>
      <w:proofErr w:type="spellStart"/>
      <w:r w:rsidRPr="00627C43">
        <w:rPr>
          <w:rFonts w:cs="Times New Roman"/>
          <w:lang w:val="en-GB"/>
        </w:rPr>
        <w:t>osim</w:t>
      </w:r>
      <w:proofErr w:type="spellEnd"/>
      <w:r w:rsidRPr="00627C43">
        <w:rPr>
          <w:rFonts w:cs="Times New Roman"/>
          <w:lang w:val="en-GB"/>
        </w:rPr>
        <w:t xml:space="preserve"> </w:t>
      </w:r>
      <w:proofErr w:type="spellStart"/>
      <w:r w:rsidRPr="00627C43">
        <w:rPr>
          <w:rFonts w:cs="Times New Roman"/>
          <w:lang w:val="en-GB"/>
        </w:rPr>
        <w:t>na</w:t>
      </w:r>
      <w:proofErr w:type="spellEnd"/>
      <w:r w:rsidRPr="00627C43">
        <w:rPr>
          <w:rFonts w:cs="Times New Roman"/>
          <w:lang w:val="en-GB"/>
        </w:rPr>
        <w:t xml:space="preserve"> </w:t>
      </w:r>
      <w:proofErr w:type="spellStart"/>
      <w:r w:rsidRPr="00627C43">
        <w:rPr>
          <w:rFonts w:cs="Times New Roman"/>
          <w:lang w:val="en-GB"/>
        </w:rPr>
        <w:t>zahtjev</w:t>
      </w:r>
      <w:proofErr w:type="spellEnd"/>
      <w:r w:rsidRPr="00627C43">
        <w:rPr>
          <w:rFonts w:cs="Times New Roman"/>
          <w:lang w:val="en-GB"/>
        </w:rPr>
        <w:t xml:space="preserve"> </w:t>
      </w:r>
      <w:proofErr w:type="spellStart"/>
      <w:r w:rsidRPr="00627C43">
        <w:rPr>
          <w:rFonts w:cs="Times New Roman"/>
          <w:lang w:val="en-GB"/>
        </w:rPr>
        <w:t>nadležnih</w:t>
      </w:r>
      <w:proofErr w:type="spellEnd"/>
      <w:r w:rsidRPr="00627C43">
        <w:rPr>
          <w:rFonts w:cs="Times New Roman"/>
          <w:lang w:val="en-GB"/>
        </w:rPr>
        <w:t xml:space="preserve"> </w:t>
      </w:r>
      <w:proofErr w:type="spellStart"/>
      <w:r w:rsidRPr="00627C43">
        <w:rPr>
          <w:rFonts w:cs="Times New Roman"/>
          <w:lang w:val="en-GB"/>
        </w:rPr>
        <w:t>državnih</w:t>
      </w:r>
      <w:proofErr w:type="spellEnd"/>
      <w:r w:rsidRPr="00627C43">
        <w:rPr>
          <w:rFonts w:cs="Times New Roman"/>
          <w:lang w:val="en-GB"/>
        </w:rPr>
        <w:t xml:space="preserve"> </w:t>
      </w:r>
      <w:proofErr w:type="spellStart"/>
      <w:r w:rsidRPr="00627C43">
        <w:rPr>
          <w:rFonts w:cs="Times New Roman"/>
          <w:lang w:val="en-GB"/>
        </w:rPr>
        <w:t>i</w:t>
      </w:r>
      <w:proofErr w:type="spellEnd"/>
      <w:r w:rsidRPr="00627C43">
        <w:rPr>
          <w:rFonts w:cs="Times New Roman"/>
          <w:lang w:val="en-GB"/>
        </w:rPr>
        <w:t xml:space="preserve"> </w:t>
      </w:r>
      <w:proofErr w:type="spellStart"/>
      <w:r w:rsidRPr="00627C43">
        <w:rPr>
          <w:rFonts w:cs="Times New Roman"/>
          <w:lang w:val="en-GB"/>
        </w:rPr>
        <w:t>sudskih</w:t>
      </w:r>
      <w:proofErr w:type="spellEnd"/>
      <w:r w:rsidRPr="00627C43">
        <w:rPr>
          <w:rFonts w:cs="Times New Roman"/>
          <w:lang w:val="en-GB"/>
        </w:rPr>
        <w:t xml:space="preserve"> organa. </w:t>
      </w:r>
    </w:p>
    <w:p w14:paraId="4CE7E51E" w14:textId="77777777" w:rsidR="006A77D2" w:rsidRPr="00491C1A" w:rsidRDefault="006A77D2" w:rsidP="006A77D2">
      <w:pPr>
        <w:spacing w:line="240" w:lineRule="auto"/>
        <w:contextualSpacing/>
        <w:jc w:val="both"/>
        <w:rPr>
          <w:lang w:val="sr-Latn-CS"/>
        </w:rPr>
      </w:pPr>
    </w:p>
    <w:p w14:paraId="3DEB84C2" w14:textId="5F678291" w:rsidR="005724F2" w:rsidRPr="00491C1A" w:rsidRDefault="006E4523" w:rsidP="00E3278C">
      <w:pPr>
        <w:jc w:val="both"/>
        <w:rPr>
          <w:lang w:val="sr-Latn-CS"/>
        </w:rPr>
      </w:pPr>
      <w:r>
        <w:rPr>
          <w:lang w:val="sr-Latn-CS"/>
        </w:rPr>
        <w:t xml:space="preserve">Rezultat </w:t>
      </w:r>
      <w:proofErr w:type="spellStart"/>
      <w:r w:rsidR="005724F2" w:rsidRPr="005724F2">
        <w:rPr>
          <w:lang w:val="en-GB"/>
        </w:rPr>
        <w:t>laboratorijske</w:t>
      </w:r>
      <w:proofErr w:type="spellEnd"/>
      <w:r w:rsidR="005724F2" w:rsidRPr="00491C1A">
        <w:rPr>
          <w:lang w:val="sr-Latn-CS"/>
        </w:rPr>
        <w:t xml:space="preserve"> </w:t>
      </w:r>
      <w:proofErr w:type="spellStart"/>
      <w:r w:rsidR="005724F2" w:rsidRPr="005724F2">
        <w:rPr>
          <w:lang w:val="en-GB"/>
        </w:rPr>
        <w:t>provjere</w:t>
      </w:r>
      <w:proofErr w:type="spellEnd"/>
      <w:r>
        <w:rPr>
          <w:lang w:val="sr-Latn-CS"/>
        </w:rPr>
        <w:t xml:space="preserve"> smatra se konačnim</w:t>
      </w:r>
      <w:r w:rsidR="005724F2" w:rsidRPr="00491C1A">
        <w:rPr>
          <w:lang w:val="sr-Latn-CS"/>
        </w:rPr>
        <w:t>.</w:t>
      </w:r>
    </w:p>
    <w:p w14:paraId="14F95D53" w14:textId="0DCA17B1" w:rsidR="00FF6DCC" w:rsidRDefault="001629D7">
      <w:pPr>
        <w:pStyle w:val="Heading1"/>
        <w:rPr>
          <w:lang w:val="sr-Latn-CS"/>
        </w:rPr>
      </w:pPr>
      <w:bookmarkStart w:id="41" w:name="_Toc240964543"/>
      <w:r w:rsidRPr="004E0F1E">
        <w:rPr>
          <w:lang w:val="sr-Latn-CS"/>
        </w:rPr>
        <w:t>1</w:t>
      </w:r>
      <w:r w:rsidR="004E0F1E" w:rsidRPr="004E0F1E">
        <w:rPr>
          <w:lang w:val="sr-Latn-CS"/>
        </w:rPr>
        <w:t>3</w:t>
      </w:r>
      <w:r w:rsidRPr="004E0F1E">
        <w:rPr>
          <w:lang w:val="sr-Latn-CS"/>
        </w:rPr>
        <w:t xml:space="preserve">. </w:t>
      </w:r>
      <w:r w:rsidR="00E95C31">
        <w:rPr>
          <w:lang w:val="sr-Latn-CS"/>
        </w:rPr>
        <w:t>VANREDNO UZORKOVANJE I MJERENJE KONCENTRACIJE MARKERA NA ZAHTJEV</w:t>
      </w:r>
      <w:bookmarkEnd w:id="41"/>
      <w:r w:rsidR="00E95C31">
        <w:rPr>
          <w:lang w:val="sr-Latn-CS"/>
        </w:rPr>
        <w:t xml:space="preserve"> </w:t>
      </w:r>
    </w:p>
    <w:p w14:paraId="43D5CA5C" w14:textId="755F7C80" w:rsidR="00E95C31" w:rsidRDefault="00E95C31" w:rsidP="00E95C31">
      <w:pPr>
        <w:jc w:val="both"/>
        <w:rPr>
          <w:lang w:val="en-GB"/>
        </w:rPr>
      </w:pPr>
      <w:r w:rsidRPr="00E95C31">
        <w:rPr>
          <w:lang w:val="en-GB"/>
        </w:rPr>
        <w:t xml:space="preserve">Na </w:t>
      </w:r>
      <w:proofErr w:type="spellStart"/>
      <w:r w:rsidRPr="00E95C31">
        <w:rPr>
          <w:lang w:val="en-GB"/>
        </w:rPr>
        <w:t>zahtjev</w:t>
      </w:r>
      <w:proofErr w:type="spellEnd"/>
      <w:r w:rsidRPr="00E95C31">
        <w:rPr>
          <w:lang w:val="en-GB"/>
        </w:rPr>
        <w:t xml:space="preserve"> </w:t>
      </w:r>
      <w:proofErr w:type="spellStart"/>
      <w:r w:rsidRPr="00E95C31">
        <w:rPr>
          <w:lang w:val="en-GB"/>
        </w:rPr>
        <w:t>podnosioca</w:t>
      </w:r>
      <w:proofErr w:type="spellEnd"/>
      <w:r w:rsidRPr="00E95C31">
        <w:rPr>
          <w:lang w:val="en-GB"/>
        </w:rPr>
        <w:t xml:space="preserve"> </w:t>
      </w:r>
      <w:proofErr w:type="spellStart"/>
      <w:r w:rsidRPr="00E95C31">
        <w:rPr>
          <w:lang w:val="en-GB"/>
        </w:rPr>
        <w:t>može</w:t>
      </w:r>
      <w:proofErr w:type="spellEnd"/>
      <w:r w:rsidRPr="00E95C31">
        <w:rPr>
          <w:lang w:val="en-GB"/>
        </w:rPr>
        <w:t xml:space="preserve"> se </w:t>
      </w:r>
      <w:proofErr w:type="spellStart"/>
      <w:r w:rsidRPr="00E95C31">
        <w:rPr>
          <w:lang w:val="en-GB"/>
        </w:rPr>
        <w:t>izvršiti</w:t>
      </w:r>
      <w:proofErr w:type="spellEnd"/>
      <w:r w:rsidRPr="00E95C31">
        <w:rPr>
          <w:lang w:val="en-GB"/>
        </w:rPr>
        <w:t xml:space="preserve"> </w:t>
      </w:r>
      <w:proofErr w:type="spellStart"/>
      <w:r w:rsidRPr="00E95C31">
        <w:rPr>
          <w:lang w:val="en-GB"/>
        </w:rPr>
        <w:t>vanredno</w:t>
      </w:r>
      <w:proofErr w:type="spellEnd"/>
      <w:r w:rsidRPr="00E95C31">
        <w:rPr>
          <w:lang w:val="en-GB"/>
        </w:rPr>
        <w:t xml:space="preserve"> </w:t>
      </w:r>
      <w:proofErr w:type="spellStart"/>
      <w:r w:rsidRPr="00E95C31">
        <w:rPr>
          <w:lang w:val="en-GB"/>
        </w:rPr>
        <w:t>uzorkovanje</w:t>
      </w:r>
      <w:proofErr w:type="spellEnd"/>
      <w:r w:rsidRPr="00E95C31">
        <w:rPr>
          <w:lang w:val="en-GB"/>
        </w:rPr>
        <w:t xml:space="preserve"> </w:t>
      </w:r>
      <w:proofErr w:type="spellStart"/>
      <w:r w:rsidRPr="00E95C31">
        <w:rPr>
          <w:lang w:val="en-GB"/>
        </w:rPr>
        <w:t>i</w:t>
      </w:r>
      <w:proofErr w:type="spellEnd"/>
      <w:r w:rsidRPr="00E95C31">
        <w:rPr>
          <w:lang w:val="en-GB"/>
        </w:rPr>
        <w:t xml:space="preserve"> </w:t>
      </w:r>
      <w:proofErr w:type="spellStart"/>
      <w:r w:rsidRPr="00E95C31">
        <w:rPr>
          <w:lang w:val="en-GB"/>
        </w:rPr>
        <w:t>provjera</w:t>
      </w:r>
      <w:proofErr w:type="spellEnd"/>
      <w:r w:rsidRPr="00E95C31">
        <w:rPr>
          <w:lang w:val="en-GB"/>
        </w:rPr>
        <w:t xml:space="preserve"> </w:t>
      </w:r>
      <w:proofErr w:type="spellStart"/>
      <w:r w:rsidRPr="00E95C31">
        <w:rPr>
          <w:lang w:val="en-GB"/>
        </w:rPr>
        <w:t>koncentracije</w:t>
      </w:r>
      <w:proofErr w:type="spellEnd"/>
      <w:r w:rsidRPr="00E95C31">
        <w:rPr>
          <w:lang w:val="en-GB"/>
        </w:rPr>
        <w:t xml:space="preserve"> </w:t>
      </w:r>
      <w:proofErr w:type="spellStart"/>
      <w:r w:rsidRPr="00E95C31">
        <w:rPr>
          <w:lang w:val="en-GB"/>
        </w:rPr>
        <w:t>markera</w:t>
      </w:r>
      <w:proofErr w:type="spellEnd"/>
      <w:r w:rsidRPr="00E95C31">
        <w:rPr>
          <w:lang w:val="en-GB"/>
        </w:rPr>
        <w:t xml:space="preserve"> </w:t>
      </w:r>
      <w:proofErr w:type="spellStart"/>
      <w:r w:rsidRPr="00E95C31">
        <w:rPr>
          <w:lang w:val="en-GB"/>
        </w:rPr>
        <w:t>na</w:t>
      </w:r>
      <w:proofErr w:type="spellEnd"/>
      <w:r w:rsidRPr="00E95C31">
        <w:rPr>
          <w:lang w:val="en-GB"/>
        </w:rPr>
        <w:t xml:space="preserve"> </w:t>
      </w:r>
      <w:proofErr w:type="spellStart"/>
      <w:r w:rsidRPr="00E95C31">
        <w:rPr>
          <w:lang w:val="en-GB"/>
        </w:rPr>
        <w:t>terenu</w:t>
      </w:r>
      <w:proofErr w:type="spellEnd"/>
      <w:r w:rsidRPr="00E95C31">
        <w:rPr>
          <w:lang w:val="en-GB"/>
        </w:rPr>
        <w:t xml:space="preserve">, </w:t>
      </w:r>
      <w:proofErr w:type="spellStart"/>
      <w:r w:rsidRPr="00E95C31">
        <w:rPr>
          <w:lang w:val="en-GB"/>
        </w:rPr>
        <w:t>kao</w:t>
      </w:r>
      <w:proofErr w:type="spellEnd"/>
      <w:r w:rsidRPr="00E95C31">
        <w:rPr>
          <w:lang w:val="en-GB"/>
        </w:rPr>
        <w:t xml:space="preserve"> </w:t>
      </w:r>
      <w:proofErr w:type="spellStart"/>
      <w:r w:rsidRPr="00E95C31">
        <w:rPr>
          <w:lang w:val="en-GB"/>
        </w:rPr>
        <w:t>i</w:t>
      </w:r>
      <w:proofErr w:type="spellEnd"/>
      <w:r w:rsidRPr="00E95C31">
        <w:rPr>
          <w:lang w:val="en-GB"/>
        </w:rPr>
        <w:t xml:space="preserve"> </w:t>
      </w:r>
      <w:r w:rsidR="009B3753">
        <w:rPr>
          <w:lang w:val="en-GB"/>
        </w:rPr>
        <w:t>u</w:t>
      </w:r>
      <w:r>
        <w:rPr>
          <w:lang w:val="en-GB"/>
        </w:rPr>
        <w:t xml:space="preserve"> </w:t>
      </w:r>
      <w:proofErr w:type="spellStart"/>
      <w:r>
        <w:rPr>
          <w:lang w:val="en-GB"/>
        </w:rPr>
        <w:t>laboratoriji</w:t>
      </w:r>
      <w:proofErr w:type="spellEnd"/>
      <w:r w:rsidRPr="00E95C31">
        <w:rPr>
          <w:lang w:val="en-GB"/>
        </w:rPr>
        <w:t xml:space="preserve">. </w:t>
      </w:r>
      <w:proofErr w:type="spellStart"/>
      <w:r w:rsidRPr="00E95C31">
        <w:rPr>
          <w:lang w:val="en-GB"/>
        </w:rPr>
        <w:t>Troškove</w:t>
      </w:r>
      <w:proofErr w:type="spellEnd"/>
      <w:r w:rsidRPr="00E95C31">
        <w:rPr>
          <w:lang w:val="en-GB"/>
        </w:rPr>
        <w:t xml:space="preserve"> </w:t>
      </w:r>
      <w:proofErr w:type="spellStart"/>
      <w:r w:rsidRPr="00E95C31">
        <w:rPr>
          <w:lang w:val="en-GB"/>
        </w:rPr>
        <w:t>navedenih</w:t>
      </w:r>
      <w:proofErr w:type="spellEnd"/>
      <w:r w:rsidRPr="00E95C31">
        <w:rPr>
          <w:lang w:val="en-GB"/>
        </w:rPr>
        <w:t xml:space="preserve"> </w:t>
      </w:r>
      <w:proofErr w:type="spellStart"/>
      <w:r w:rsidRPr="00E95C31">
        <w:rPr>
          <w:lang w:val="en-GB"/>
        </w:rPr>
        <w:t>aktivnosti</w:t>
      </w:r>
      <w:proofErr w:type="spellEnd"/>
      <w:r w:rsidRPr="00E95C31">
        <w:rPr>
          <w:lang w:val="en-GB"/>
        </w:rPr>
        <w:t xml:space="preserve"> </w:t>
      </w:r>
      <w:proofErr w:type="spellStart"/>
      <w:r w:rsidRPr="00E95C31">
        <w:rPr>
          <w:lang w:val="en-GB"/>
        </w:rPr>
        <w:t>snosi</w:t>
      </w:r>
      <w:proofErr w:type="spellEnd"/>
      <w:r w:rsidRPr="00E95C31">
        <w:rPr>
          <w:lang w:val="en-GB"/>
        </w:rPr>
        <w:t xml:space="preserve"> </w:t>
      </w:r>
      <w:proofErr w:type="spellStart"/>
      <w:r w:rsidRPr="00E95C31">
        <w:rPr>
          <w:lang w:val="en-GB"/>
        </w:rPr>
        <w:t>podnosilac</w:t>
      </w:r>
      <w:proofErr w:type="spellEnd"/>
      <w:r w:rsidRPr="00E95C31">
        <w:rPr>
          <w:lang w:val="en-GB"/>
        </w:rPr>
        <w:t xml:space="preserve"> </w:t>
      </w:r>
      <w:proofErr w:type="spellStart"/>
      <w:r w:rsidRPr="00E95C31">
        <w:rPr>
          <w:lang w:val="en-GB"/>
        </w:rPr>
        <w:t>zahtjeva</w:t>
      </w:r>
      <w:proofErr w:type="spellEnd"/>
      <w:r w:rsidRPr="00E95C31">
        <w:rPr>
          <w:lang w:val="en-GB"/>
        </w:rPr>
        <w:t xml:space="preserve"> u </w:t>
      </w:r>
      <w:proofErr w:type="spellStart"/>
      <w:r w:rsidRPr="00E95C31">
        <w:rPr>
          <w:lang w:val="en-GB"/>
        </w:rPr>
        <w:t>skladu</w:t>
      </w:r>
      <w:proofErr w:type="spellEnd"/>
      <w:r w:rsidRPr="00E95C31">
        <w:rPr>
          <w:lang w:val="en-GB"/>
        </w:rPr>
        <w:t xml:space="preserve"> </w:t>
      </w:r>
      <w:proofErr w:type="spellStart"/>
      <w:r w:rsidRPr="00E95C31">
        <w:rPr>
          <w:lang w:val="en-GB"/>
        </w:rPr>
        <w:t>sa</w:t>
      </w:r>
      <w:proofErr w:type="spellEnd"/>
      <w:r w:rsidRPr="00E95C31">
        <w:rPr>
          <w:lang w:val="en-GB"/>
        </w:rPr>
        <w:t xml:space="preserve"> </w:t>
      </w:r>
      <w:proofErr w:type="spellStart"/>
      <w:r w:rsidRPr="00E95C31">
        <w:rPr>
          <w:lang w:val="en-GB"/>
        </w:rPr>
        <w:t>važećim</w:t>
      </w:r>
      <w:proofErr w:type="spellEnd"/>
      <w:r w:rsidRPr="00E95C31">
        <w:rPr>
          <w:lang w:val="en-GB"/>
        </w:rPr>
        <w:t xml:space="preserve"> </w:t>
      </w:r>
      <w:proofErr w:type="spellStart"/>
      <w:r w:rsidRPr="00E95C31">
        <w:rPr>
          <w:lang w:val="en-GB"/>
        </w:rPr>
        <w:t>cjenovnikom</w:t>
      </w:r>
      <w:proofErr w:type="spellEnd"/>
      <w:r w:rsidRPr="00E95C31">
        <w:rPr>
          <w:lang w:val="en-GB"/>
        </w:rPr>
        <w:t xml:space="preserve"> </w:t>
      </w:r>
      <w:proofErr w:type="spellStart"/>
      <w:r w:rsidRPr="00E95C31">
        <w:rPr>
          <w:lang w:val="en-GB"/>
        </w:rPr>
        <w:t>Pružaoca</w:t>
      </w:r>
      <w:proofErr w:type="spellEnd"/>
      <w:r w:rsidRPr="00E95C31">
        <w:rPr>
          <w:lang w:val="en-GB"/>
        </w:rPr>
        <w:t xml:space="preserve"> </w:t>
      </w:r>
      <w:proofErr w:type="spellStart"/>
      <w:r w:rsidRPr="00E95C31">
        <w:rPr>
          <w:lang w:val="en-GB"/>
        </w:rPr>
        <w:t>usluge</w:t>
      </w:r>
      <w:proofErr w:type="spellEnd"/>
      <w:r w:rsidRPr="00E95C31">
        <w:rPr>
          <w:lang w:val="en-GB"/>
        </w:rPr>
        <w:t xml:space="preserve"> </w:t>
      </w:r>
      <w:proofErr w:type="spellStart"/>
      <w:r w:rsidRPr="00E95C31">
        <w:rPr>
          <w:lang w:val="en-GB"/>
        </w:rPr>
        <w:t>markiranja</w:t>
      </w:r>
      <w:proofErr w:type="spellEnd"/>
      <w:r w:rsidRPr="00E95C31">
        <w:rPr>
          <w:lang w:val="en-GB"/>
        </w:rPr>
        <w:t>.</w:t>
      </w:r>
    </w:p>
    <w:p w14:paraId="39517F44" w14:textId="77777777" w:rsidR="009B3753" w:rsidRDefault="00E95C31" w:rsidP="00CB20DC">
      <w:pPr>
        <w:jc w:val="both"/>
        <w:rPr>
          <w:lang w:val="en-GB"/>
        </w:rPr>
      </w:pPr>
      <w:proofErr w:type="spellStart"/>
      <w:r w:rsidRPr="00703D77">
        <w:rPr>
          <w:lang w:val="en-GB"/>
        </w:rPr>
        <w:t>Zahtjev</w:t>
      </w:r>
      <w:proofErr w:type="spellEnd"/>
      <w:r w:rsidRPr="00703D77">
        <w:rPr>
          <w:lang w:val="en-GB"/>
        </w:rPr>
        <w:t xml:space="preserve"> za </w:t>
      </w:r>
      <w:proofErr w:type="spellStart"/>
      <w:r w:rsidR="00CB20DC">
        <w:rPr>
          <w:lang w:val="en-GB"/>
        </w:rPr>
        <w:t>vanredno</w:t>
      </w:r>
      <w:proofErr w:type="spellEnd"/>
      <w:r w:rsidR="00CB20DC">
        <w:rPr>
          <w:lang w:val="en-GB"/>
        </w:rPr>
        <w:t xml:space="preserve"> </w:t>
      </w:r>
      <w:proofErr w:type="spellStart"/>
      <w:r w:rsidR="00CB20DC">
        <w:rPr>
          <w:lang w:val="en-GB"/>
        </w:rPr>
        <w:t>mjerenje</w:t>
      </w:r>
      <w:proofErr w:type="spellEnd"/>
      <w:r w:rsidR="00CB20DC">
        <w:rPr>
          <w:lang w:val="en-GB"/>
        </w:rPr>
        <w:t xml:space="preserve"> </w:t>
      </w:r>
      <w:proofErr w:type="spellStart"/>
      <w:r w:rsidR="00CB20DC">
        <w:rPr>
          <w:lang w:val="en-GB"/>
        </w:rPr>
        <w:t>koncentracije</w:t>
      </w:r>
      <w:proofErr w:type="spellEnd"/>
      <w:r w:rsidR="00CB20DC">
        <w:rPr>
          <w:lang w:val="en-GB"/>
        </w:rPr>
        <w:t xml:space="preserve"> </w:t>
      </w:r>
      <w:proofErr w:type="spellStart"/>
      <w:r w:rsidR="00CB20DC">
        <w:rPr>
          <w:lang w:val="en-GB"/>
        </w:rPr>
        <w:t>markera</w:t>
      </w:r>
      <w:proofErr w:type="spellEnd"/>
      <w:r w:rsidR="00CB20DC">
        <w:rPr>
          <w:lang w:val="en-GB"/>
        </w:rPr>
        <w:t xml:space="preserve"> </w:t>
      </w:r>
      <w:proofErr w:type="spellStart"/>
      <w:r w:rsidRPr="00703D77">
        <w:rPr>
          <w:lang w:val="en-GB"/>
        </w:rPr>
        <w:t>podnosi</w:t>
      </w:r>
      <w:proofErr w:type="spellEnd"/>
      <w:r w:rsidRPr="00703D77">
        <w:rPr>
          <w:lang w:val="en-GB"/>
        </w:rPr>
        <w:t xml:space="preserve"> se </w:t>
      </w:r>
      <w:proofErr w:type="spellStart"/>
      <w:r w:rsidRPr="00703D77">
        <w:rPr>
          <w:lang w:val="en-GB"/>
        </w:rPr>
        <w:t>putem</w:t>
      </w:r>
      <w:proofErr w:type="spellEnd"/>
      <w:r w:rsidRPr="00703D77">
        <w:rPr>
          <w:lang w:val="en-GB"/>
        </w:rPr>
        <w:t xml:space="preserve"> </w:t>
      </w:r>
      <w:proofErr w:type="spellStart"/>
      <w:r w:rsidRPr="00703D77">
        <w:rPr>
          <w:lang w:val="en-GB"/>
        </w:rPr>
        <w:t>informacionog</w:t>
      </w:r>
      <w:proofErr w:type="spellEnd"/>
      <w:r w:rsidRPr="00703D77">
        <w:rPr>
          <w:lang w:val="en-GB"/>
        </w:rPr>
        <w:t xml:space="preserve"> </w:t>
      </w:r>
      <w:proofErr w:type="spellStart"/>
      <w:r w:rsidRPr="00703D77">
        <w:rPr>
          <w:lang w:val="en-GB"/>
        </w:rPr>
        <w:t>sistema</w:t>
      </w:r>
      <w:proofErr w:type="spellEnd"/>
      <w:r w:rsidRPr="00703D77">
        <w:rPr>
          <w:lang w:val="en-GB"/>
        </w:rPr>
        <w:t xml:space="preserve"> </w:t>
      </w:r>
      <w:proofErr w:type="spellStart"/>
      <w:r w:rsidRPr="00703D77">
        <w:rPr>
          <w:lang w:val="en-GB"/>
        </w:rPr>
        <w:t>Pružaoca</w:t>
      </w:r>
      <w:proofErr w:type="spellEnd"/>
      <w:r w:rsidRPr="00703D77">
        <w:rPr>
          <w:lang w:val="en-GB"/>
        </w:rPr>
        <w:t xml:space="preserve"> </w:t>
      </w:r>
      <w:proofErr w:type="spellStart"/>
      <w:r w:rsidRPr="00703D77">
        <w:rPr>
          <w:lang w:val="en-GB"/>
        </w:rPr>
        <w:t>usluge</w:t>
      </w:r>
      <w:proofErr w:type="spellEnd"/>
      <w:r w:rsidRPr="00703D77">
        <w:rPr>
          <w:lang w:val="en-GB"/>
        </w:rPr>
        <w:t xml:space="preserve"> </w:t>
      </w:r>
      <w:proofErr w:type="spellStart"/>
      <w:r>
        <w:rPr>
          <w:lang w:val="en-GB"/>
        </w:rPr>
        <w:t>markiranja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pri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čemu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sistem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automatski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evidentira</w:t>
      </w:r>
      <w:proofErr w:type="spellEnd"/>
      <w:r>
        <w:rPr>
          <w:lang w:val="en-GB"/>
        </w:rPr>
        <w:t xml:space="preserve"> datum </w:t>
      </w:r>
      <w:proofErr w:type="spellStart"/>
      <w:r>
        <w:rPr>
          <w:lang w:val="en-GB"/>
        </w:rPr>
        <w:t>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vrijeme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njegovog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prijema</w:t>
      </w:r>
      <w:proofErr w:type="spellEnd"/>
      <w:r>
        <w:rPr>
          <w:lang w:val="en-GB"/>
        </w:rPr>
        <w:t>.</w:t>
      </w:r>
      <w:r w:rsidR="00CB20DC">
        <w:rPr>
          <w:lang w:val="en-GB"/>
        </w:rPr>
        <w:t xml:space="preserve"> </w:t>
      </w:r>
      <w:proofErr w:type="spellStart"/>
      <w:r w:rsidR="00CB20DC" w:rsidRPr="00CB20DC">
        <w:rPr>
          <w:lang w:val="en-GB"/>
        </w:rPr>
        <w:t>Zahtjev</w:t>
      </w:r>
      <w:proofErr w:type="spellEnd"/>
      <w:r w:rsidR="00CB20DC" w:rsidRPr="00CB20DC">
        <w:rPr>
          <w:lang w:val="en-GB"/>
        </w:rPr>
        <w:t xml:space="preserve"> za </w:t>
      </w:r>
      <w:proofErr w:type="spellStart"/>
      <w:r w:rsidR="00CB20DC" w:rsidRPr="00CB20DC">
        <w:rPr>
          <w:lang w:val="en-GB"/>
        </w:rPr>
        <w:t>vanredno</w:t>
      </w:r>
      <w:proofErr w:type="spellEnd"/>
      <w:r w:rsidR="00CB20DC" w:rsidRPr="00CB20DC">
        <w:rPr>
          <w:lang w:val="en-GB"/>
        </w:rPr>
        <w:t xml:space="preserve"> </w:t>
      </w:r>
      <w:proofErr w:type="spellStart"/>
      <w:r w:rsidR="00CB20DC" w:rsidRPr="00CB20DC">
        <w:rPr>
          <w:lang w:val="en-GB"/>
        </w:rPr>
        <w:t>uzorkovanje</w:t>
      </w:r>
      <w:proofErr w:type="spellEnd"/>
      <w:r w:rsidR="00CB20DC" w:rsidRPr="00CB20DC">
        <w:rPr>
          <w:lang w:val="en-GB"/>
        </w:rPr>
        <w:t xml:space="preserve"> </w:t>
      </w:r>
      <w:proofErr w:type="spellStart"/>
      <w:r w:rsidR="00CB20DC" w:rsidRPr="00CB20DC">
        <w:rPr>
          <w:lang w:val="en-GB"/>
        </w:rPr>
        <w:t>goriva</w:t>
      </w:r>
      <w:proofErr w:type="spellEnd"/>
      <w:r w:rsidR="00CB20DC" w:rsidRPr="00CB20DC">
        <w:rPr>
          <w:lang w:val="en-GB"/>
        </w:rPr>
        <w:t xml:space="preserve"> </w:t>
      </w:r>
      <w:proofErr w:type="spellStart"/>
      <w:r w:rsidR="00CB20DC" w:rsidRPr="00CB20DC">
        <w:rPr>
          <w:lang w:val="en-GB"/>
        </w:rPr>
        <w:t>i</w:t>
      </w:r>
      <w:proofErr w:type="spellEnd"/>
      <w:r w:rsidR="00CB20DC" w:rsidRPr="00CB20DC">
        <w:rPr>
          <w:lang w:val="en-GB"/>
        </w:rPr>
        <w:t xml:space="preserve"> </w:t>
      </w:r>
      <w:proofErr w:type="spellStart"/>
      <w:r w:rsidR="00CB20DC" w:rsidRPr="00CB20DC">
        <w:rPr>
          <w:lang w:val="en-GB"/>
        </w:rPr>
        <w:t>provjeru</w:t>
      </w:r>
      <w:proofErr w:type="spellEnd"/>
      <w:r w:rsidR="00CB20DC" w:rsidRPr="00CB20DC">
        <w:rPr>
          <w:lang w:val="en-GB"/>
        </w:rPr>
        <w:t xml:space="preserve"> </w:t>
      </w:r>
      <w:proofErr w:type="spellStart"/>
      <w:r w:rsidR="00CB20DC" w:rsidRPr="00CB20DC">
        <w:rPr>
          <w:lang w:val="en-GB"/>
        </w:rPr>
        <w:t>koncentracije</w:t>
      </w:r>
      <w:proofErr w:type="spellEnd"/>
      <w:r w:rsidR="00CB20DC" w:rsidRPr="00CB20DC">
        <w:rPr>
          <w:lang w:val="en-GB"/>
        </w:rPr>
        <w:t xml:space="preserve"> </w:t>
      </w:r>
      <w:proofErr w:type="spellStart"/>
      <w:r w:rsidR="00CB20DC" w:rsidRPr="00CB20DC">
        <w:rPr>
          <w:lang w:val="en-GB"/>
        </w:rPr>
        <w:t>markera</w:t>
      </w:r>
      <w:proofErr w:type="spellEnd"/>
      <w:r w:rsidR="00CB20DC" w:rsidRPr="00CB20DC">
        <w:rPr>
          <w:lang w:val="en-GB"/>
        </w:rPr>
        <w:t xml:space="preserve"> </w:t>
      </w:r>
      <w:proofErr w:type="spellStart"/>
      <w:r w:rsidR="00CB20DC" w:rsidRPr="00CB20DC">
        <w:rPr>
          <w:lang w:val="en-GB"/>
        </w:rPr>
        <w:t>najmanje</w:t>
      </w:r>
      <w:proofErr w:type="spellEnd"/>
      <w:r w:rsidR="00CB20DC" w:rsidRPr="00CB20DC">
        <w:rPr>
          <w:lang w:val="en-GB"/>
        </w:rPr>
        <w:t xml:space="preserve"> </w:t>
      </w:r>
      <w:proofErr w:type="spellStart"/>
      <w:r w:rsidR="00CB20DC" w:rsidRPr="00CB20DC">
        <w:rPr>
          <w:lang w:val="en-GB"/>
        </w:rPr>
        <w:t>sadrži</w:t>
      </w:r>
      <w:proofErr w:type="spellEnd"/>
      <w:r w:rsidR="00CB20DC" w:rsidRPr="00CB20DC">
        <w:rPr>
          <w:lang w:val="en-GB"/>
        </w:rPr>
        <w:t xml:space="preserve"> </w:t>
      </w:r>
      <w:proofErr w:type="spellStart"/>
      <w:r w:rsidR="00CB20DC" w:rsidRPr="00CB20DC">
        <w:rPr>
          <w:lang w:val="en-GB"/>
        </w:rPr>
        <w:t>podatke</w:t>
      </w:r>
      <w:proofErr w:type="spellEnd"/>
      <w:r w:rsidR="00CB20DC" w:rsidRPr="00CB20DC">
        <w:rPr>
          <w:lang w:val="en-GB"/>
        </w:rPr>
        <w:t xml:space="preserve"> o </w:t>
      </w:r>
      <w:proofErr w:type="spellStart"/>
      <w:r w:rsidR="00CB20DC" w:rsidRPr="00CB20DC">
        <w:rPr>
          <w:lang w:val="en-GB"/>
        </w:rPr>
        <w:t>podnosiocu</w:t>
      </w:r>
      <w:proofErr w:type="spellEnd"/>
      <w:r w:rsidR="00CB20DC" w:rsidRPr="00CB20DC">
        <w:rPr>
          <w:lang w:val="en-GB"/>
        </w:rPr>
        <w:t xml:space="preserve"> </w:t>
      </w:r>
      <w:proofErr w:type="spellStart"/>
      <w:r w:rsidR="00CB20DC" w:rsidRPr="00CB20DC">
        <w:rPr>
          <w:lang w:val="en-GB"/>
        </w:rPr>
        <w:t>zahtjeva</w:t>
      </w:r>
      <w:proofErr w:type="spellEnd"/>
      <w:r w:rsidR="00CB20DC" w:rsidRPr="00CB20DC">
        <w:rPr>
          <w:lang w:val="en-GB"/>
        </w:rPr>
        <w:t xml:space="preserve">, </w:t>
      </w:r>
      <w:proofErr w:type="spellStart"/>
      <w:r w:rsidR="00CB20DC" w:rsidRPr="00CB20DC">
        <w:rPr>
          <w:lang w:val="en-GB"/>
        </w:rPr>
        <w:t>kontakt</w:t>
      </w:r>
      <w:proofErr w:type="spellEnd"/>
      <w:r w:rsidR="00CB20DC" w:rsidRPr="00CB20DC">
        <w:rPr>
          <w:lang w:val="en-GB"/>
        </w:rPr>
        <w:t xml:space="preserve"> </w:t>
      </w:r>
      <w:proofErr w:type="spellStart"/>
      <w:r w:rsidR="00CB20DC" w:rsidRPr="00CB20DC">
        <w:rPr>
          <w:lang w:val="en-GB"/>
        </w:rPr>
        <w:t>podatke</w:t>
      </w:r>
      <w:proofErr w:type="spellEnd"/>
      <w:r w:rsidR="00CB20DC" w:rsidRPr="00CB20DC">
        <w:rPr>
          <w:lang w:val="en-GB"/>
        </w:rPr>
        <w:t xml:space="preserve">, </w:t>
      </w:r>
      <w:proofErr w:type="spellStart"/>
      <w:r w:rsidR="00CB20DC" w:rsidRPr="00CB20DC">
        <w:rPr>
          <w:lang w:val="en-GB"/>
        </w:rPr>
        <w:t>lokaciju</w:t>
      </w:r>
      <w:proofErr w:type="spellEnd"/>
      <w:r w:rsidR="00CB20DC" w:rsidRPr="00CB20DC">
        <w:rPr>
          <w:lang w:val="en-GB"/>
        </w:rPr>
        <w:t xml:space="preserve"> </w:t>
      </w:r>
      <w:proofErr w:type="spellStart"/>
      <w:r w:rsidR="00CB20DC" w:rsidRPr="00CB20DC">
        <w:rPr>
          <w:lang w:val="en-GB"/>
        </w:rPr>
        <w:t>i</w:t>
      </w:r>
      <w:proofErr w:type="spellEnd"/>
      <w:r w:rsidR="00CB20DC" w:rsidRPr="00CB20DC">
        <w:rPr>
          <w:lang w:val="en-GB"/>
        </w:rPr>
        <w:t xml:space="preserve"> </w:t>
      </w:r>
      <w:proofErr w:type="spellStart"/>
      <w:r w:rsidR="00CB20DC" w:rsidRPr="00CB20DC">
        <w:rPr>
          <w:lang w:val="en-GB"/>
        </w:rPr>
        <w:t>identifikaciju</w:t>
      </w:r>
      <w:proofErr w:type="spellEnd"/>
      <w:r w:rsidR="00CB20DC" w:rsidRPr="00CB20DC">
        <w:rPr>
          <w:lang w:val="en-GB"/>
        </w:rPr>
        <w:t xml:space="preserve"> </w:t>
      </w:r>
      <w:proofErr w:type="spellStart"/>
      <w:r w:rsidR="00CB20DC" w:rsidRPr="00CB20DC">
        <w:rPr>
          <w:lang w:val="en-GB"/>
        </w:rPr>
        <w:t>goriva</w:t>
      </w:r>
      <w:proofErr w:type="spellEnd"/>
      <w:r w:rsidR="00CB20DC" w:rsidRPr="00CB20DC">
        <w:rPr>
          <w:lang w:val="en-GB"/>
        </w:rPr>
        <w:t xml:space="preserve"> </w:t>
      </w:r>
      <w:proofErr w:type="spellStart"/>
      <w:r w:rsidR="00CB20DC" w:rsidRPr="00CB20DC">
        <w:rPr>
          <w:lang w:val="en-GB"/>
        </w:rPr>
        <w:t>koje</w:t>
      </w:r>
      <w:proofErr w:type="spellEnd"/>
      <w:r w:rsidR="00CB20DC" w:rsidRPr="00CB20DC">
        <w:rPr>
          <w:lang w:val="en-GB"/>
        </w:rPr>
        <w:t xml:space="preserve"> je </w:t>
      </w:r>
      <w:proofErr w:type="spellStart"/>
      <w:r w:rsidR="00CB20DC" w:rsidRPr="00CB20DC">
        <w:rPr>
          <w:lang w:val="en-GB"/>
        </w:rPr>
        <w:t>predmet</w:t>
      </w:r>
      <w:proofErr w:type="spellEnd"/>
      <w:r w:rsidR="00CB20DC" w:rsidRPr="00CB20DC">
        <w:rPr>
          <w:lang w:val="en-GB"/>
        </w:rPr>
        <w:t xml:space="preserve"> </w:t>
      </w:r>
      <w:proofErr w:type="spellStart"/>
      <w:r w:rsidR="00CB20DC" w:rsidRPr="00CB20DC">
        <w:rPr>
          <w:lang w:val="en-GB"/>
        </w:rPr>
        <w:t>uzorkovanja</w:t>
      </w:r>
      <w:proofErr w:type="spellEnd"/>
      <w:r w:rsidR="00CB20DC" w:rsidRPr="00CB20DC">
        <w:rPr>
          <w:lang w:val="en-GB"/>
        </w:rPr>
        <w:t xml:space="preserve"> </w:t>
      </w:r>
      <w:proofErr w:type="spellStart"/>
      <w:r w:rsidR="00CB20DC" w:rsidRPr="00CB20DC">
        <w:rPr>
          <w:lang w:val="en-GB"/>
        </w:rPr>
        <w:t>i</w:t>
      </w:r>
      <w:proofErr w:type="spellEnd"/>
      <w:r w:rsidR="00CB20DC" w:rsidRPr="00CB20DC">
        <w:rPr>
          <w:lang w:val="en-GB"/>
        </w:rPr>
        <w:t xml:space="preserve"> </w:t>
      </w:r>
      <w:proofErr w:type="spellStart"/>
      <w:r w:rsidR="00CB20DC" w:rsidRPr="00CB20DC">
        <w:rPr>
          <w:lang w:val="en-GB"/>
        </w:rPr>
        <w:t>ispitivanja</w:t>
      </w:r>
      <w:proofErr w:type="spellEnd"/>
      <w:r w:rsidR="00CB20DC" w:rsidRPr="00CB20DC">
        <w:rPr>
          <w:lang w:val="en-GB"/>
        </w:rPr>
        <w:t xml:space="preserve">, </w:t>
      </w:r>
      <w:proofErr w:type="spellStart"/>
      <w:r w:rsidR="00CB20DC" w:rsidRPr="00CB20DC">
        <w:rPr>
          <w:lang w:val="en-GB"/>
        </w:rPr>
        <w:t>vrstu</w:t>
      </w:r>
      <w:proofErr w:type="spellEnd"/>
      <w:r w:rsidR="00CB20DC" w:rsidRPr="00CB20DC">
        <w:rPr>
          <w:lang w:val="en-GB"/>
        </w:rPr>
        <w:t xml:space="preserve"> </w:t>
      </w:r>
      <w:proofErr w:type="spellStart"/>
      <w:r w:rsidR="00CB20DC" w:rsidRPr="00CB20DC">
        <w:rPr>
          <w:lang w:val="en-GB"/>
        </w:rPr>
        <w:t>tražene</w:t>
      </w:r>
      <w:proofErr w:type="spellEnd"/>
      <w:r w:rsidR="00CB20DC" w:rsidRPr="00CB20DC">
        <w:rPr>
          <w:lang w:val="en-GB"/>
        </w:rPr>
        <w:t xml:space="preserve"> </w:t>
      </w:r>
      <w:proofErr w:type="spellStart"/>
      <w:r w:rsidR="00CB20DC" w:rsidRPr="00CB20DC">
        <w:rPr>
          <w:lang w:val="en-GB"/>
        </w:rPr>
        <w:t>usluge</w:t>
      </w:r>
      <w:proofErr w:type="spellEnd"/>
      <w:r w:rsidR="00CB20DC">
        <w:rPr>
          <w:lang w:val="en-GB"/>
        </w:rPr>
        <w:t xml:space="preserve"> </w:t>
      </w:r>
      <w:proofErr w:type="spellStart"/>
      <w:r w:rsidR="00CB20DC">
        <w:rPr>
          <w:lang w:val="en-GB"/>
        </w:rPr>
        <w:t>odnosno</w:t>
      </w:r>
      <w:proofErr w:type="spellEnd"/>
      <w:r w:rsidR="00CB20DC">
        <w:rPr>
          <w:lang w:val="en-GB"/>
        </w:rPr>
        <w:t xml:space="preserve"> da li se </w:t>
      </w:r>
      <w:proofErr w:type="spellStart"/>
      <w:r w:rsidR="00CB20DC">
        <w:rPr>
          <w:lang w:val="en-GB"/>
        </w:rPr>
        <w:t>zahtjeva</w:t>
      </w:r>
      <w:proofErr w:type="spellEnd"/>
      <w:r w:rsidR="00CB20DC">
        <w:rPr>
          <w:lang w:val="en-GB"/>
        </w:rPr>
        <w:t xml:space="preserve"> </w:t>
      </w:r>
      <w:proofErr w:type="spellStart"/>
      <w:r w:rsidR="009B3753">
        <w:rPr>
          <w:lang w:val="en-GB"/>
        </w:rPr>
        <w:t>terenska</w:t>
      </w:r>
      <w:proofErr w:type="spellEnd"/>
      <w:r w:rsidR="009B3753">
        <w:rPr>
          <w:lang w:val="en-GB"/>
        </w:rPr>
        <w:t xml:space="preserve"> </w:t>
      </w:r>
      <w:proofErr w:type="spellStart"/>
      <w:r w:rsidR="009B3753">
        <w:rPr>
          <w:lang w:val="en-GB"/>
        </w:rPr>
        <w:t>ili</w:t>
      </w:r>
      <w:proofErr w:type="spellEnd"/>
      <w:r w:rsidR="009B3753">
        <w:rPr>
          <w:lang w:val="en-GB"/>
        </w:rPr>
        <w:t xml:space="preserve"> </w:t>
      </w:r>
      <w:proofErr w:type="spellStart"/>
      <w:r w:rsidR="009B3753">
        <w:rPr>
          <w:lang w:val="en-GB"/>
        </w:rPr>
        <w:t>laboratorijska</w:t>
      </w:r>
      <w:proofErr w:type="spellEnd"/>
      <w:r w:rsidR="009B3753">
        <w:rPr>
          <w:lang w:val="en-GB"/>
        </w:rPr>
        <w:t xml:space="preserve"> </w:t>
      </w:r>
      <w:proofErr w:type="spellStart"/>
      <w:r w:rsidR="009B3753">
        <w:rPr>
          <w:lang w:val="en-GB"/>
        </w:rPr>
        <w:t>pro</w:t>
      </w:r>
      <w:r w:rsidR="00CB20DC" w:rsidRPr="00CB20DC">
        <w:rPr>
          <w:lang w:val="en-GB"/>
        </w:rPr>
        <w:t>vjera</w:t>
      </w:r>
      <w:proofErr w:type="spellEnd"/>
      <w:r w:rsidR="00CB20DC" w:rsidRPr="00CB20DC">
        <w:rPr>
          <w:lang w:val="en-GB"/>
        </w:rPr>
        <w:t xml:space="preserve"> </w:t>
      </w:r>
      <w:proofErr w:type="spellStart"/>
      <w:r w:rsidR="00CB20DC" w:rsidRPr="00CB20DC">
        <w:rPr>
          <w:lang w:val="en-GB"/>
        </w:rPr>
        <w:t>koncentracije</w:t>
      </w:r>
      <w:proofErr w:type="spellEnd"/>
      <w:r w:rsidR="00CB20DC" w:rsidRPr="00CB20DC">
        <w:rPr>
          <w:lang w:val="en-GB"/>
        </w:rPr>
        <w:t xml:space="preserve"> </w:t>
      </w:r>
      <w:proofErr w:type="spellStart"/>
      <w:r w:rsidR="00CB20DC" w:rsidRPr="00CB20DC">
        <w:rPr>
          <w:lang w:val="en-GB"/>
        </w:rPr>
        <w:t>markera</w:t>
      </w:r>
      <w:proofErr w:type="spellEnd"/>
      <w:r w:rsidR="009B3753">
        <w:rPr>
          <w:lang w:val="en-GB"/>
        </w:rPr>
        <w:t>.</w:t>
      </w:r>
    </w:p>
    <w:p w14:paraId="6E295756" w14:textId="1DB8102E" w:rsidR="00CB20DC" w:rsidRPr="00CB20DC" w:rsidRDefault="00CB20DC" w:rsidP="00CB20DC">
      <w:pPr>
        <w:jc w:val="both"/>
        <w:rPr>
          <w:lang w:val="en-GB"/>
        </w:rPr>
      </w:pPr>
      <w:proofErr w:type="spellStart"/>
      <w:r w:rsidRPr="00CB20DC">
        <w:rPr>
          <w:lang w:val="en-GB"/>
        </w:rPr>
        <w:lastRenderedPageBreak/>
        <w:t>Pružalac</w:t>
      </w:r>
      <w:proofErr w:type="spellEnd"/>
      <w:r w:rsidRPr="00CB20DC">
        <w:rPr>
          <w:lang w:val="en-GB"/>
        </w:rPr>
        <w:t xml:space="preserve"> </w:t>
      </w:r>
      <w:proofErr w:type="spellStart"/>
      <w:r w:rsidRPr="00CB20DC">
        <w:rPr>
          <w:lang w:val="en-GB"/>
        </w:rPr>
        <w:t>usluge</w:t>
      </w:r>
      <w:proofErr w:type="spellEnd"/>
      <w:r w:rsidRPr="00CB20DC">
        <w:rPr>
          <w:lang w:val="en-GB"/>
        </w:rPr>
        <w:t xml:space="preserve"> </w:t>
      </w:r>
      <w:proofErr w:type="spellStart"/>
      <w:r w:rsidRPr="00CB20DC">
        <w:rPr>
          <w:lang w:val="en-GB"/>
        </w:rPr>
        <w:t>markiranja</w:t>
      </w:r>
      <w:proofErr w:type="spellEnd"/>
      <w:r w:rsidRPr="00CB20DC">
        <w:rPr>
          <w:lang w:val="en-GB"/>
        </w:rPr>
        <w:t xml:space="preserve"> </w:t>
      </w:r>
      <w:proofErr w:type="spellStart"/>
      <w:r w:rsidRPr="00CB20DC">
        <w:rPr>
          <w:lang w:val="en-GB"/>
        </w:rPr>
        <w:t>dužan</w:t>
      </w:r>
      <w:proofErr w:type="spellEnd"/>
      <w:r w:rsidRPr="00CB20DC">
        <w:rPr>
          <w:lang w:val="en-GB"/>
        </w:rPr>
        <w:t xml:space="preserve"> je da </w:t>
      </w:r>
      <w:proofErr w:type="spellStart"/>
      <w:r w:rsidRPr="00CB20DC">
        <w:rPr>
          <w:lang w:val="en-GB"/>
        </w:rPr>
        <w:t>podnosiocu</w:t>
      </w:r>
      <w:proofErr w:type="spellEnd"/>
      <w:r w:rsidRPr="00CB20DC">
        <w:rPr>
          <w:lang w:val="en-GB"/>
        </w:rPr>
        <w:t xml:space="preserve"> </w:t>
      </w:r>
      <w:proofErr w:type="spellStart"/>
      <w:r w:rsidRPr="00CB20DC">
        <w:rPr>
          <w:lang w:val="en-GB"/>
        </w:rPr>
        <w:t>zahtjeva</w:t>
      </w:r>
      <w:proofErr w:type="spellEnd"/>
      <w:r w:rsidRPr="00CB20DC">
        <w:rPr>
          <w:lang w:val="en-GB"/>
        </w:rPr>
        <w:t xml:space="preserve"> </w:t>
      </w:r>
      <w:proofErr w:type="spellStart"/>
      <w:r w:rsidRPr="00CB20DC">
        <w:rPr>
          <w:lang w:val="en-GB"/>
        </w:rPr>
        <w:t>dostavi</w:t>
      </w:r>
      <w:proofErr w:type="spellEnd"/>
      <w:r w:rsidRPr="00CB20DC">
        <w:rPr>
          <w:lang w:val="en-GB"/>
        </w:rPr>
        <w:t xml:space="preserve"> </w:t>
      </w:r>
      <w:proofErr w:type="spellStart"/>
      <w:r w:rsidRPr="00CB20DC">
        <w:rPr>
          <w:lang w:val="en-GB"/>
        </w:rPr>
        <w:t>Izvještaj</w:t>
      </w:r>
      <w:proofErr w:type="spellEnd"/>
      <w:r w:rsidRPr="00CB20DC">
        <w:rPr>
          <w:lang w:val="en-GB"/>
        </w:rPr>
        <w:t xml:space="preserve"> o </w:t>
      </w:r>
      <w:proofErr w:type="spellStart"/>
      <w:r w:rsidRPr="00CB20DC">
        <w:rPr>
          <w:lang w:val="en-GB"/>
        </w:rPr>
        <w:t>provjeri</w:t>
      </w:r>
      <w:proofErr w:type="spellEnd"/>
      <w:r w:rsidRPr="00CB20DC">
        <w:rPr>
          <w:lang w:val="en-GB"/>
        </w:rPr>
        <w:t xml:space="preserve"> </w:t>
      </w:r>
      <w:proofErr w:type="spellStart"/>
      <w:r w:rsidRPr="00CB20DC">
        <w:rPr>
          <w:lang w:val="en-GB"/>
        </w:rPr>
        <w:t>koncentracije</w:t>
      </w:r>
      <w:proofErr w:type="spellEnd"/>
      <w:r w:rsidRPr="00CB20DC">
        <w:rPr>
          <w:lang w:val="en-GB"/>
        </w:rPr>
        <w:t xml:space="preserve"> </w:t>
      </w:r>
      <w:proofErr w:type="spellStart"/>
      <w:r w:rsidRPr="00CB20DC">
        <w:rPr>
          <w:lang w:val="en-GB"/>
        </w:rPr>
        <w:t>markera</w:t>
      </w:r>
      <w:proofErr w:type="spellEnd"/>
      <w:r w:rsidRPr="00CB20DC">
        <w:rPr>
          <w:lang w:val="en-GB"/>
        </w:rPr>
        <w:t xml:space="preserve"> </w:t>
      </w:r>
      <w:proofErr w:type="spellStart"/>
      <w:r w:rsidRPr="00CB20DC">
        <w:rPr>
          <w:lang w:val="en-GB"/>
        </w:rPr>
        <w:t>na</w:t>
      </w:r>
      <w:proofErr w:type="spellEnd"/>
      <w:r w:rsidRPr="00CB20DC">
        <w:rPr>
          <w:lang w:val="en-GB"/>
        </w:rPr>
        <w:t xml:space="preserve"> </w:t>
      </w:r>
      <w:proofErr w:type="spellStart"/>
      <w:r w:rsidRPr="00CB20DC">
        <w:rPr>
          <w:lang w:val="en-GB"/>
        </w:rPr>
        <w:t>terenu</w:t>
      </w:r>
      <w:proofErr w:type="spellEnd"/>
      <w:r w:rsidRPr="00CB20DC">
        <w:rPr>
          <w:lang w:val="en-GB"/>
        </w:rPr>
        <w:t xml:space="preserve">, </w:t>
      </w:r>
      <w:proofErr w:type="spellStart"/>
      <w:r w:rsidRPr="00CB20DC">
        <w:rPr>
          <w:lang w:val="en-GB"/>
        </w:rPr>
        <w:t>nakon</w:t>
      </w:r>
      <w:proofErr w:type="spellEnd"/>
      <w:r w:rsidRPr="00CB20DC">
        <w:rPr>
          <w:lang w:val="en-GB"/>
        </w:rPr>
        <w:t xml:space="preserve"> </w:t>
      </w:r>
      <w:proofErr w:type="spellStart"/>
      <w:r w:rsidRPr="00CB20DC">
        <w:rPr>
          <w:lang w:val="en-GB"/>
        </w:rPr>
        <w:t>izvršenog</w:t>
      </w:r>
      <w:proofErr w:type="spellEnd"/>
      <w:r w:rsidRPr="00CB20DC">
        <w:rPr>
          <w:lang w:val="en-GB"/>
        </w:rPr>
        <w:t xml:space="preserve"> </w:t>
      </w:r>
      <w:proofErr w:type="spellStart"/>
      <w:r w:rsidRPr="00CB20DC">
        <w:rPr>
          <w:lang w:val="en-GB"/>
        </w:rPr>
        <w:t>uzorkovanja</w:t>
      </w:r>
      <w:proofErr w:type="spellEnd"/>
      <w:r w:rsidRPr="00CB20DC">
        <w:rPr>
          <w:lang w:val="en-GB"/>
        </w:rPr>
        <w:t xml:space="preserve"> </w:t>
      </w:r>
      <w:proofErr w:type="spellStart"/>
      <w:r w:rsidRPr="00CB20DC">
        <w:rPr>
          <w:lang w:val="en-GB"/>
        </w:rPr>
        <w:t>i</w:t>
      </w:r>
      <w:proofErr w:type="spellEnd"/>
      <w:r w:rsidRPr="00CB20DC">
        <w:rPr>
          <w:lang w:val="en-GB"/>
        </w:rPr>
        <w:t xml:space="preserve"> </w:t>
      </w:r>
      <w:proofErr w:type="spellStart"/>
      <w:r w:rsidRPr="00CB20DC">
        <w:rPr>
          <w:lang w:val="en-GB"/>
        </w:rPr>
        <w:t>terenske</w:t>
      </w:r>
      <w:proofErr w:type="spellEnd"/>
      <w:r w:rsidRPr="00CB20DC">
        <w:rPr>
          <w:lang w:val="en-GB"/>
        </w:rPr>
        <w:t xml:space="preserve"> </w:t>
      </w:r>
      <w:proofErr w:type="spellStart"/>
      <w:r w:rsidRPr="00CB20DC">
        <w:rPr>
          <w:lang w:val="en-GB"/>
        </w:rPr>
        <w:t>provjere</w:t>
      </w:r>
      <w:proofErr w:type="spellEnd"/>
      <w:r w:rsidRPr="00CB20DC">
        <w:rPr>
          <w:lang w:val="en-GB"/>
        </w:rPr>
        <w:t xml:space="preserve"> </w:t>
      </w:r>
      <w:proofErr w:type="spellStart"/>
      <w:r w:rsidRPr="00CB20DC">
        <w:rPr>
          <w:lang w:val="en-GB"/>
        </w:rPr>
        <w:t>koncentracije</w:t>
      </w:r>
      <w:proofErr w:type="spellEnd"/>
      <w:r w:rsidRPr="00CB20DC">
        <w:rPr>
          <w:lang w:val="en-GB"/>
        </w:rPr>
        <w:t xml:space="preserve"> </w:t>
      </w:r>
      <w:proofErr w:type="spellStart"/>
      <w:r w:rsidRPr="00CB20DC">
        <w:rPr>
          <w:lang w:val="en-GB"/>
        </w:rPr>
        <w:t>markera</w:t>
      </w:r>
      <w:proofErr w:type="spellEnd"/>
      <w:r w:rsidRPr="00CB20DC">
        <w:rPr>
          <w:lang w:val="en-GB"/>
        </w:rPr>
        <w:t xml:space="preserve">, </w:t>
      </w:r>
      <w:proofErr w:type="spellStart"/>
      <w:r w:rsidRPr="00CB20DC">
        <w:rPr>
          <w:lang w:val="en-GB"/>
        </w:rPr>
        <w:t>odnosno</w:t>
      </w:r>
      <w:proofErr w:type="spellEnd"/>
      <w:r w:rsidRPr="00CB20DC">
        <w:rPr>
          <w:lang w:val="en-GB"/>
        </w:rPr>
        <w:t xml:space="preserve"> </w:t>
      </w:r>
      <w:proofErr w:type="spellStart"/>
      <w:r w:rsidRPr="00CB20DC">
        <w:rPr>
          <w:lang w:val="en-GB"/>
        </w:rPr>
        <w:t>Izvještaj</w:t>
      </w:r>
      <w:proofErr w:type="spellEnd"/>
      <w:r w:rsidRPr="00CB20DC">
        <w:rPr>
          <w:lang w:val="en-GB"/>
        </w:rPr>
        <w:t xml:space="preserve"> o </w:t>
      </w:r>
      <w:proofErr w:type="spellStart"/>
      <w:r w:rsidRPr="00CB20DC">
        <w:rPr>
          <w:lang w:val="en-GB"/>
        </w:rPr>
        <w:t>provjeri</w:t>
      </w:r>
      <w:proofErr w:type="spellEnd"/>
      <w:r w:rsidRPr="00CB20DC">
        <w:rPr>
          <w:lang w:val="en-GB"/>
        </w:rPr>
        <w:t xml:space="preserve"> </w:t>
      </w:r>
      <w:proofErr w:type="spellStart"/>
      <w:r w:rsidRPr="00CB20DC">
        <w:rPr>
          <w:lang w:val="en-GB"/>
        </w:rPr>
        <w:t>koncentracije</w:t>
      </w:r>
      <w:proofErr w:type="spellEnd"/>
      <w:r w:rsidRPr="00CB20DC">
        <w:rPr>
          <w:lang w:val="en-GB"/>
        </w:rPr>
        <w:t xml:space="preserve"> </w:t>
      </w:r>
      <w:proofErr w:type="spellStart"/>
      <w:r w:rsidRPr="00CB20DC">
        <w:rPr>
          <w:lang w:val="en-GB"/>
        </w:rPr>
        <w:t>markera</w:t>
      </w:r>
      <w:proofErr w:type="spellEnd"/>
      <w:r w:rsidRPr="00CB20DC">
        <w:rPr>
          <w:lang w:val="en-GB"/>
        </w:rPr>
        <w:t xml:space="preserve"> u </w:t>
      </w:r>
      <w:proofErr w:type="spellStart"/>
      <w:r w:rsidRPr="00CB20DC">
        <w:rPr>
          <w:lang w:val="en-GB"/>
        </w:rPr>
        <w:t>laboratoriji</w:t>
      </w:r>
      <w:proofErr w:type="spellEnd"/>
      <w:r w:rsidRPr="00CB20DC">
        <w:rPr>
          <w:lang w:val="en-GB"/>
        </w:rPr>
        <w:t xml:space="preserve">, </w:t>
      </w:r>
      <w:proofErr w:type="spellStart"/>
      <w:r w:rsidRPr="00CB20DC">
        <w:rPr>
          <w:lang w:val="en-GB"/>
        </w:rPr>
        <w:t>nakon</w:t>
      </w:r>
      <w:proofErr w:type="spellEnd"/>
      <w:r w:rsidRPr="00CB20DC">
        <w:rPr>
          <w:lang w:val="en-GB"/>
        </w:rPr>
        <w:t xml:space="preserve"> </w:t>
      </w:r>
      <w:proofErr w:type="spellStart"/>
      <w:r w:rsidRPr="00CB20DC">
        <w:rPr>
          <w:lang w:val="en-GB"/>
        </w:rPr>
        <w:t>izvršenog</w:t>
      </w:r>
      <w:proofErr w:type="spellEnd"/>
      <w:r w:rsidRPr="00CB20DC">
        <w:rPr>
          <w:lang w:val="en-GB"/>
        </w:rPr>
        <w:t xml:space="preserve"> </w:t>
      </w:r>
      <w:proofErr w:type="spellStart"/>
      <w:r w:rsidRPr="00CB20DC">
        <w:rPr>
          <w:lang w:val="en-GB"/>
        </w:rPr>
        <w:t>laboratorijskog</w:t>
      </w:r>
      <w:proofErr w:type="spellEnd"/>
      <w:r w:rsidRPr="00CB20DC">
        <w:rPr>
          <w:lang w:val="en-GB"/>
        </w:rPr>
        <w:t xml:space="preserve"> </w:t>
      </w:r>
      <w:proofErr w:type="spellStart"/>
      <w:r w:rsidRPr="00CB20DC">
        <w:rPr>
          <w:lang w:val="en-GB"/>
        </w:rPr>
        <w:t>ispitivanja</w:t>
      </w:r>
      <w:proofErr w:type="spellEnd"/>
      <w:r w:rsidRPr="00CB20DC">
        <w:rPr>
          <w:lang w:val="en-GB"/>
        </w:rPr>
        <w:t xml:space="preserve"> </w:t>
      </w:r>
      <w:proofErr w:type="spellStart"/>
      <w:r w:rsidRPr="00CB20DC">
        <w:rPr>
          <w:lang w:val="en-GB"/>
        </w:rPr>
        <w:t>uzorka</w:t>
      </w:r>
      <w:proofErr w:type="spellEnd"/>
      <w:r w:rsidRPr="00CB20DC">
        <w:rPr>
          <w:lang w:val="en-GB"/>
        </w:rPr>
        <w:t xml:space="preserve"> </w:t>
      </w:r>
      <w:proofErr w:type="spellStart"/>
      <w:r w:rsidRPr="00CB20DC">
        <w:rPr>
          <w:lang w:val="en-GB"/>
        </w:rPr>
        <w:t>goriva</w:t>
      </w:r>
      <w:proofErr w:type="spellEnd"/>
      <w:r w:rsidRPr="00CB20DC">
        <w:rPr>
          <w:lang w:val="en-GB"/>
        </w:rPr>
        <w:t xml:space="preserve">, </w:t>
      </w:r>
      <w:proofErr w:type="spellStart"/>
      <w:r w:rsidRPr="00CB20DC">
        <w:rPr>
          <w:lang w:val="en-GB"/>
        </w:rPr>
        <w:t>najkasnije</w:t>
      </w:r>
      <w:proofErr w:type="spellEnd"/>
      <w:r w:rsidRPr="00CB20DC">
        <w:rPr>
          <w:lang w:val="en-GB"/>
        </w:rPr>
        <w:t xml:space="preserve"> u </w:t>
      </w:r>
      <w:proofErr w:type="spellStart"/>
      <w:r w:rsidRPr="00CB20DC">
        <w:rPr>
          <w:lang w:val="en-GB"/>
        </w:rPr>
        <w:t>roku</w:t>
      </w:r>
      <w:proofErr w:type="spellEnd"/>
      <w:r w:rsidRPr="00CB20DC">
        <w:rPr>
          <w:lang w:val="en-GB"/>
        </w:rPr>
        <w:t xml:space="preserve"> od 24 </w:t>
      </w:r>
      <w:proofErr w:type="spellStart"/>
      <w:r w:rsidRPr="00CB20DC">
        <w:rPr>
          <w:lang w:val="en-GB"/>
        </w:rPr>
        <w:t>sata</w:t>
      </w:r>
      <w:proofErr w:type="spellEnd"/>
      <w:r w:rsidRPr="00CB20DC">
        <w:rPr>
          <w:lang w:val="en-GB"/>
        </w:rPr>
        <w:t xml:space="preserve"> od </w:t>
      </w:r>
      <w:proofErr w:type="spellStart"/>
      <w:r w:rsidRPr="00CB20DC">
        <w:rPr>
          <w:lang w:val="en-GB"/>
        </w:rPr>
        <w:t>prijema</w:t>
      </w:r>
      <w:proofErr w:type="spellEnd"/>
      <w:r w:rsidRPr="00CB20DC">
        <w:rPr>
          <w:lang w:val="en-GB"/>
        </w:rPr>
        <w:t xml:space="preserve"> </w:t>
      </w:r>
      <w:proofErr w:type="spellStart"/>
      <w:r w:rsidRPr="00CB20DC">
        <w:rPr>
          <w:lang w:val="en-GB"/>
        </w:rPr>
        <w:t>zahtjeva</w:t>
      </w:r>
      <w:proofErr w:type="spellEnd"/>
      <w:r w:rsidRPr="00CB20DC">
        <w:rPr>
          <w:lang w:val="en-GB"/>
        </w:rPr>
        <w:t xml:space="preserve">, pod </w:t>
      </w:r>
      <w:proofErr w:type="spellStart"/>
      <w:r w:rsidRPr="00CB20DC">
        <w:rPr>
          <w:lang w:val="en-GB"/>
        </w:rPr>
        <w:t>uslovom</w:t>
      </w:r>
      <w:proofErr w:type="spellEnd"/>
      <w:r w:rsidRPr="00CB20DC">
        <w:rPr>
          <w:lang w:val="en-GB"/>
        </w:rPr>
        <w:t xml:space="preserve"> da je </w:t>
      </w:r>
      <w:proofErr w:type="spellStart"/>
      <w:r w:rsidRPr="00CB20DC">
        <w:rPr>
          <w:lang w:val="en-GB"/>
        </w:rPr>
        <w:t>evidentirana</w:t>
      </w:r>
      <w:proofErr w:type="spellEnd"/>
      <w:r w:rsidRPr="00CB20DC">
        <w:rPr>
          <w:lang w:val="en-GB"/>
        </w:rPr>
        <w:t xml:space="preserve"> </w:t>
      </w:r>
      <w:proofErr w:type="spellStart"/>
      <w:r w:rsidRPr="00CB20DC">
        <w:rPr>
          <w:lang w:val="en-GB"/>
        </w:rPr>
        <w:t>uplata</w:t>
      </w:r>
      <w:proofErr w:type="spellEnd"/>
      <w:r w:rsidRPr="00CB20DC">
        <w:rPr>
          <w:lang w:val="en-GB"/>
        </w:rPr>
        <w:t xml:space="preserve"> </w:t>
      </w:r>
      <w:proofErr w:type="spellStart"/>
      <w:r w:rsidRPr="00CB20DC">
        <w:rPr>
          <w:lang w:val="en-GB"/>
        </w:rPr>
        <w:t>naknade</w:t>
      </w:r>
      <w:proofErr w:type="spellEnd"/>
      <w:r w:rsidRPr="00CB20DC">
        <w:rPr>
          <w:lang w:val="en-GB"/>
        </w:rPr>
        <w:t xml:space="preserve"> u </w:t>
      </w:r>
      <w:proofErr w:type="spellStart"/>
      <w:r w:rsidRPr="00CB20DC">
        <w:rPr>
          <w:lang w:val="en-GB"/>
        </w:rPr>
        <w:t>skladu</w:t>
      </w:r>
      <w:proofErr w:type="spellEnd"/>
      <w:r w:rsidRPr="00CB20DC">
        <w:rPr>
          <w:lang w:val="en-GB"/>
        </w:rPr>
        <w:t xml:space="preserve"> </w:t>
      </w:r>
      <w:proofErr w:type="spellStart"/>
      <w:r w:rsidRPr="00CB20DC">
        <w:rPr>
          <w:lang w:val="en-GB"/>
        </w:rPr>
        <w:t>sa</w:t>
      </w:r>
      <w:proofErr w:type="spellEnd"/>
      <w:r w:rsidRPr="00CB20DC">
        <w:rPr>
          <w:lang w:val="en-GB"/>
        </w:rPr>
        <w:t xml:space="preserve"> </w:t>
      </w:r>
      <w:proofErr w:type="spellStart"/>
      <w:r w:rsidRPr="00CB20DC">
        <w:rPr>
          <w:lang w:val="en-GB"/>
        </w:rPr>
        <w:t>važećim</w:t>
      </w:r>
      <w:proofErr w:type="spellEnd"/>
      <w:r w:rsidRPr="00CB20DC">
        <w:rPr>
          <w:lang w:val="en-GB"/>
        </w:rPr>
        <w:t xml:space="preserve"> </w:t>
      </w:r>
      <w:proofErr w:type="spellStart"/>
      <w:r w:rsidRPr="00CB20DC">
        <w:rPr>
          <w:lang w:val="en-GB"/>
        </w:rPr>
        <w:t>cjenovnikom</w:t>
      </w:r>
      <w:proofErr w:type="spellEnd"/>
      <w:r w:rsidRPr="00CB20DC">
        <w:rPr>
          <w:lang w:val="en-GB"/>
        </w:rPr>
        <w:t>.</w:t>
      </w:r>
    </w:p>
    <w:p w14:paraId="3DA915AA" w14:textId="79D8B9CD" w:rsidR="00E95C31" w:rsidRPr="004E0F1E" w:rsidRDefault="00E95C31" w:rsidP="00E95C31">
      <w:pPr>
        <w:pStyle w:val="Heading1"/>
        <w:rPr>
          <w:lang w:val="sr-Latn-CS"/>
        </w:rPr>
      </w:pPr>
      <w:bookmarkStart w:id="42" w:name="_Toc240964544"/>
      <w:r w:rsidRPr="004E0F1E">
        <w:rPr>
          <w:lang w:val="sr-Latn-CS"/>
        </w:rPr>
        <w:t>1</w:t>
      </w:r>
      <w:r>
        <w:rPr>
          <w:lang w:val="sr-Latn-CS"/>
        </w:rPr>
        <w:t>4</w:t>
      </w:r>
      <w:r w:rsidRPr="004E0F1E">
        <w:rPr>
          <w:lang w:val="sr-Latn-CS"/>
        </w:rPr>
        <w:t>. IZVJE</w:t>
      </w:r>
      <w:r>
        <w:rPr>
          <w:lang w:val="sr-Latn-CS"/>
        </w:rPr>
        <w:t>Š</w:t>
      </w:r>
      <w:r w:rsidRPr="004E0F1E">
        <w:rPr>
          <w:lang w:val="sr-Latn-CS"/>
        </w:rPr>
        <w:t>TAVANJE</w:t>
      </w:r>
      <w:bookmarkEnd w:id="42"/>
    </w:p>
    <w:p w14:paraId="4DD47926" w14:textId="77777777" w:rsidR="00DA696A" w:rsidRPr="00627C43" w:rsidRDefault="00DA696A" w:rsidP="00627C43">
      <w:pPr>
        <w:jc w:val="both"/>
      </w:pPr>
      <w:proofErr w:type="spellStart"/>
      <w:r w:rsidRPr="00627C43">
        <w:t>Pružalac</w:t>
      </w:r>
      <w:proofErr w:type="spellEnd"/>
      <w:r w:rsidRPr="00627C43">
        <w:t xml:space="preserve"> </w:t>
      </w:r>
      <w:proofErr w:type="spellStart"/>
      <w:r w:rsidRPr="00627C43">
        <w:t>usluge</w:t>
      </w:r>
      <w:proofErr w:type="spellEnd"/>
      <w:r w:rsidRPr="00627C43">
        <w:t xml:space="preserve"> </w:t>
      </w:r>
      <w:proofErr w:type="spellStart"/>
      <w:r w:rsidRPr="00627C43">
        <w:t>markiranja</w:t>
      </w:r>
      <w:proofErr w:type="spellEnd"/>
      <w:r w:rsidRPr="00627C43">
        <w:t xml:space="preserve"> </w:t>
      </w:r>
      <w:proofErr w:type="spellStart"/>
      <w:r w:rsidRPr="00627C43">
        <w:t>dužan</w:t>
      </w:r>
      <w:proofErr w:type="spellEnd"/>
      <w:r w:rsidRPr="00627C43">
        <w:t xml:space="preserve"> je da </w:t>
      </w:r>
      <w:proofErr w:type="spellStart"/>
      <w:r w:rsidRPr="00627C43">
        <w:t>vodi</w:t>
      </w:r>
      <w:proofErr w:type="spellEnd"/>
      <w:r w:rsidRPr="00627C43">
        <w:t xml:space="preserve"> </w:t>
      </w:r>
      <w:proofErr w:type="spellStart"/>
      <w:r w:rsidRPr="00627C43">
        <w:t>informacioni</w:t>
      </w:r>
      <w:proofErr w:type="spellEnd"/>
      <w:r w:rsidRPr="00627C43">
        <w:t xml:space="preserve"> </w:t>
      </w:r>
      <w:proofErr w:type="spellStart"/>
      <w:r w:rsidRPr="00627C43">
        <w:t>sistem</w:t>
      </w:r>
      <w:proofErr w:type="spellEnd"/>
      <w:r w:rsidRPr="00627C43">
        <w:t xml:space="preserve"> za </w:t>
      </w:r>
      <w:proofErr w:type="spellStart"/>
      <w:r w:rsidRPr="00627C43">
        <w:t>praćenje</w:t>
      </w:r>
      <w:proofErr w:type="spellEnd"/>
      <w:r w:rsidRPr="00627C43">
        <w:t xml:space="preserve"> </w:t>
      </w:r>
      <w:proofErr w:type="spellStart"/>
      <w:r w:rsidRPr="00627C43">
        <w:t>procesa</w:t>
      </w:r>
      <w:proofErr w:type="spellEnd"/>
      <w:r w:rsidRPr="00627C43">
        <w:t xml:space="preserve"> </w:t>
      </w:r>
      <w:proofErr w:type="spellStart"/>
      <w:r w:rsidRPr="00627C43">
        <w:t>markiranja</w:t>
      </w:r>
      <w:proofErr w:type="spellEnd"/>
      <w:r w:rsidRPr="00627C43">
        <w:t xml:space="preserve"> koji </w:t>
      </w:r>
      <w:proofErr w:type="spellStart"/>
      <w:r w:rsidRPr="00627C43">
        <w:t>omogućava</w:t>
      </w:r>
      <w:proofErr w:type="spellEnd"/>
      <w:r w:rsidRPr="00627C43">
        <w:t xml:space="preserve"> </w:t>
      </w:r>
      <w:proofErr w:type="spellStart"/>
      <w:r w:rsidRPr="00627C43">
        <w:t>evidenciju</w:t>
      </w:r>
      <w:proofErr w:type="spellEnd"/>
      <w:r w:rsidRPr="00627C43">
        <w:t xml:space="preserve"> </w:t>
      </w:r>
      <w:proofErr w:type="spellStart"/>
      <w:r w:rsidRPr="00627C43">
        <w:t>izvršenih</w:t>
      </w:r>
      <w:proofErr w:type="spellEnd"/>
      <w:r w:rsidRPr="00627C43">
        <w:t xml:space="preserve"> </w:t>
      </w:r>
      <w:proofErr w:type="spellStart"/>
      <w:r w:rsidRPr="00627C43">
        <w:t>markiranja</w:t>
      </w:r>
      <w:proofErr w:type="spellEnd"/>
      <w:r w:rsidRPr="00627C43">
        <w:t xml:space="preserve">, </w:t>
      </w:r>
      <w:proofErr w:type="spellStart"/>
      <w:r w:rsidRPr="00627C43">
        <w:t>izvršenih</w:t>
      </w:r>
      <w:proofErr w:type="spellEnd"/>
      <w:r w:rsidRPr="00627C43">
        <w:t xml:space="preserve"> </w:t>
      </w:r>
      <w:proofErr w:type="spellStart"/>
      <w:r w:rsidRPr="00627C43">
        <w:t>kontrola</w:t>
      </w:r>
      <w:proofErr w:type="spellEnd"/>
      <w:r w:rsidRPr="00627C43">
        <w:t xml:space="preserve"> </w:t>
      </w:r>
      <w:proofErr w:type="spellStart"/>
      <w:r w:rsidRPr="00627C43">
        <w:t>prisustva</w:t>
      </w:r>
      <w:proofErr w:type="spellEnd"/>
      <w:r w:rsidRPr="00627C43">
        <w:t xml:space="preserve"> </w:t>
      </w:r>
      <w:proofErr w:type="spellStart"/>
      <w:r w:rsidRPr="00627C43">
        <w:t>i</w:t>
      </w:r>
      <w:proofErr w:type="spellEnd"/>
      <w:r w:rsidRPr="00627C43">
        <w:t xml:space="preserve"> </w:t>
      </w:r>
      <w:proofErr w:type="spellStart"/>
      <w:r w:rsidRPr="00627C43">
        <w:t>koncentracije</w:t>
      </w:r>
      <w:proofErr w:type="spellEnd"/>
      <w:r w:rsidRPr="00627C43">
        <w:t xml:space="preserve"> </w:t>
      </w:r>
      <w:proofErr w:type="spellStart"/>
      <w:r w:rsidRPr="00627C43">
        <w:t>markera</w:t>
      </w:r>
      <w:proofErr w:type="spellEnd"/>
      <w:r w:rsidRPr="00627C43">
        <w:t xml:space="preserve">, </w:t>
      </w:r>
      <w:proofErr w:type="spellStart"/>
      <w:r w:rsidRPr="00627C43">
        <w:t>utroška</w:t>
      </w:r>
      <w:proofErr w:type="spellEnd"/>
      <w:r w:rsidRPr="00627C43">
        <w:t xml:space="preserve"> </w:t>
      </w:r>
      <w:proofErr w:type="spellStart"/>
      <w:r w:rsidRPr="00627C43">
        <w:t>markera</w:t>
      </w:r>
      <w:proofErr w:type="spellEnd"/>
      <w:r w:rsidRPr="00627C43">
        <w:t xml:space="preserve"> </w:t>
      </w:r>
      <w:proofErr w:type="spellStart"/>
      <w:r w:rsidRPr="00627C43">
        <w:t>i</w:t>
      </w:r>
      <w:proofErr w:type="spellEnd"/>
      <w:r w:rsidRPr="00627C43">
        <w:t xml:space="preserve"> </w:t>
      </w:r>
      <w:proofErr w:type="spellStart"/>
      <w:r w:rsidRPr="00627C43">
        <w:t>količina</w:t>
      </w:r>
      <w:proofErr w:type="spellEnd"/>
      <w:r w:rsidRPr="00627C43">
        <w:t xml:space="preserve"> </w:t>
      </w:r>
      <w:proofErr w:type="spellStart"/>
      <w:r w:rsidRPr="00627C43">
        <w:t>markiranog</w:t>
      </w:r>
      <w:proofErr w:type="spellEnd"/>
      <w:r w:rsidRPr="00627C43">
        <w:t xml:space="preserve"> </w:t>
      </w:r>
      <w:proofErr w:type="spellStart"/>
      <w:r w:rsidRPr="00627C43">
        <w:t>goriva</w:t>
      </w:r>
      <w:proofErr w:type="spellEnd"/>
      <w:r w:rsidRPr="00627C43">
        <w:t>.</w:t>
      </w:r>
    </w:p>
    <w:p w14:paraId="6B387C4C" w14:textId="77777777" w:rsidR="00DA696A" w:rsidRPr="00627C43" w:rsidRDefault="00DA696A" w:rsidP="00627C43">
      <w:pPr>
        <w:jc w:val="both"/>
      </w:pPr>
      <w:proofErr w:type="spellStart"/>
      <w:r w:rsidRPr="00627C43">
        <w:t>Informacioni</w:t>
      </w:r>
      <w:proofErr w:type="spellEnd"/>
      <w:r w:rsidRPr="00627C43">
        <w:t xml:space="preserve"> </w:t>
      </w:r>
      <w:proofErr w:type="spellStart"/>
      <w:r w:rsidRPr="00627C43">
        <w:t>sistem</w:t>
      </w:r>
      <w:proofErr w:type="spellEnd"/>
      <w:r w:rsidRPr="00627C43">
        <w:t xml:space="preserve"> mora </w:t>
      </w:r>
      <w:proofErr w:type="spellStart"/>
      <w:r w:rsidRPr="00627C43">
        <w:t>omogućiti</w:t>
      </w:r>
      <w:proofErr w:type="spellEnd"/>
      <w:r w:rsidRPr="00627C43">
        <w:t xml:space="preserve"> </w:t>
      </w:r>
      <w:proofErr w:type="spellStart"/>
      <w:r w:rsidRPr="00627C43">
        <w:t>generisanje</w:t>
      </w:r>
      <w:proofErr w:type="spellEnd"/>
      <w:r w:rsidRPr="00627C43">
        <w:t xml:space="preserve"> </w:t>
      </w:r>
      <w:proofErr w:type="spellStart"/>
      <w:r w:rsidRPr="00627C43">
        <w:t>izvještaja</w:t>
      </w:r>
      <w:proofErr w:type="spellEnd"/>
      <w:r w:rsidRPr="00627C43">
        <w:t xml:space="preserve"> o </w:t>
      </w:r>
      <w:proofErr w:type="spellStart"/>
      <w:r w:rsidRPr="00627C43">
        <w:t>izvršenim</w:t>
      </w:r>
      <w:proofErr w:type="spellEnd"/>
      <w:r w:rsidRPr="00627C43">
        <w:t xml:space="preserve"> </w:t>
      </w:r>
      <w:proofErr w:type="spellStart"/>
      <w:r w:rsidRPr="00627C43">
        <w:t>markiranjima</w:t>
      </w:r>
      <w:proofErr w:type="spellEnd"/>
      <w:r w:rsidRPr="00627C43">
        <w:t xml:space="preserve">, </w:t>
      </w:r>
      <w:proofErr w:type="spellStart"/>
      <w:r w:rsidRPr="00627C43">
        <w:t>izvršenim</w:t>
      </w:r>
      <w:proofErr w:type="spellEnd"/>
      <w:r w:rsidRPr="00627C43">
        <w:t xml:space="preserve"> </w:t>
      </w:r>
      <w:proofErr w:type="spellStart"/>
      <w:r w:rsidRPr="00627C43">
        <w:t>kontrolama</w:t>
      </w:r>
      <w:proofErr w:type="spellEnd"/>
      <w:r w:rsidRPr="00627C43">
        <w:t xml:space="preserve">, </w:t>
      </w:r>
      <w:proofErr w:type="spellStart"/>
      <w:r w:rsidRPr="00627C43">
        <w:t>utrošku</w:t>
      </w:r>
      <w:proofErr w:type="spellEnd"/>
      <w:r w:rsidRPr="00627C43">
        <w:t xml:space="preserve"> </w:t>
      </w:r>
      <w:proofErr w:type="spellStart"/>
      <w:r w:rsidRPr="00627C43">
        <w:t>markera</w:t>
      </w:r>
      <w:proofErr w:type="spellEnd"/>
      <w:r w:rsidRPr="00627C43">
        <w:t xml:space="preserve"> </w:t>
      </w:r>
      <w:proofErr w:type="spellStart"/>
      <w:r w:rsidRPr="00627C43">
        <w:t>i</w:t>
      </w:r>
      <w:proofErr w:type="spellEnd"/>
      <w:r w:rsidRPr="00627C43">
        <w:t xml:space="preserve"> </w:t>
      </w:r>
      <w:proofErr w:type="spellStart"/>
      <w:r w:rsidRPr="00627C43">
        <w:t>količinama</w:t>
      </w:r>
      <w:proofErr w:type="spellEnd"/>
      <w:r w:rsidRPr="00627C43">
        <w:t xml:space="preserve"> </w:t>
      </w:r>
      <w:proofErr w:type="spellStart"/>
      <w:r w:rsidRPr="00627C43">
        <w:t>markiranog</w:t>
      </w:r>
      <w:proofErr w:type="spellEnd"/>
      <w:r w:rsidRPr="00627C43">
        <w:t xml:space="preserve"> </w:t>
      </w:r>
      <w:proofErr w:type="spellStart"/>
      <w:r w:rsidRPr="00627C43">
        <w:t>goriva</w:t>
      </w:r>
      <w:proofErr w:type="spellEnd"/>
      <w:r w:rsidRPr="00627C43">
        <w:t xml:space="preserve">, </w:t>
      </w:r>
      <w:proofErr w:type="spellStart"/>
      <w:r w:rsidRPr="00627C43">
        <w:t>kao</w:t>
      </w:r>
      <w:proofErr w:type="spellEnd"/>
      <w:r w:rsidRPr="00627C43">
        <w:t xml:space="preserve"> </w:t>
      </w:r>
      <w:proofErr w:type="spellStart"/>
      <w:r w:rsidRPr="00627C43">
        <w:t>i</w:t>
      </w:r>
      <w:proofErr w:type="spellEnd"/>
      <w:r w:rsidRPr="00627C43">
        <w:t xml:space="preserve"> </w:t>
      </w:r>
      <w:proofErr w:type="spellStart"/>
      <w:r w:rsidRPr="00627C43">
        <w:t>drugih</w:t>
      </w:r>
      <w:proofErr w:type="spellEnd"/>
      <w:r w:rsidRPr="00627C43">
        <w:t xml:space="preserve"> </w:t>
      </w:r>
      <w:proofErr w:type="spellStart"/>
      <w:r w:rsidRPr="00627C43">
        <w:t>izvještaja</w:t>
      </w:r>
      <w:proofErr w:type="spellEnd"/>
      <w:r w:rsidRPr="00627C43">
        <w:t xml:space="preserve"> </w:t>
      </w:r>
      <w:proofErr w:type="spellStart"/>
      <w:r w:rsidRPr="00627C43">
        <w:t>na</w:t>
      </w:r>
      <w:proofErr w:type="spellEnd"/>
      <w:r w:rsidRPr="00627C43">
        <w:t xml:space="preserve"> </w:t>
      </w:r>
      <w:proofErr w:type="spellStart"/>
      <w:r w:rsidRPr="00627C43">
        <w:t>zahtjev</w:t>
      </w:r>
      <w:proofErr w:type="spellEnd"/>
      <w:r w:rsidRPr="00627C43">
        <w:t xml:space="preserve"> </w:t>
      </w:r>
      <w:proofErr w:type="spellStart"/>
      <w:r w:rsidRPr="00627C43">
        <w:t>Ministarstva</w:t>
      </w:r>
      <w:proofErr w:type="spellEnd"/>
      <w:r w:rsidRPr="00627C43">
        <w:t xml:space="preserve"> </w:t>
      </w:r>
      <w:proofErr w:type="spellStart"/>
      <w:r w:rsidRPr="00627C43">
        <w:t>i</w:t>
      </w:r>
      <w:proofErr w:type="spellEnd"/>
      <w:r w:rsidRPr="00627C43">
        <w:t xml:space="preserve"> </w:t>
      </w:r>
      <w:proofErr w:type="spellStart"/>
      <w:r w:rsidRPr="00627C43">
        <w:t>drugih</w:t>
      </w:r>
      <w:proofErr w:type="spellEnd"/>
      <w:r w:rsidRPr="00627C43">
        <w:t xml:space="preserve"> </w:t>
      </w:r>
      <w:proofErr w:type="spellStart"/>
      <w:r w:rsidRPr="00627C43">
        <w:t>nadležnih</w:t>
      </w:r>
      <w:proofErr w:type="spellEnd"/>
      <w:r w:rsidRPr="00627C43">
        <w:t xml:space="preserve"> organa.</w:t>
      </w:r>
    </w:p>
    <w:p w14:paraId="5D60B60A" w14:textId="7E647FDF" w:rsidR="001402A7" w:rsidRPr="00627C43" w:rsidRDefault="001402A7" w:rsidP="001402A7">
      <w:pPr>
        <w:jc w:val="both"/>
      </w:pPr>
      <w:proofErr w:type="spellStart"/>
      <w:r w:rsidRPr="00627C43">
        <w:t>Pružalac</w:t>
      </w:r>
      <w:proofErr w:type="spellEnd"/>
      <w:r w:rsidRPr="00627C43">
        <w:t xml:space="preserve"> </w:t>
      </w:r>
      <w:proofErr w:type="spellStart"/>
      <w:r w:rsidRPr="00627C43">
        <w:t>usluge</w:t>
      </w:r>
      <w:proofErr w:type="spellEnd"/>
      <w:r w:rsidRPr="00627C43">
        <w:t xml:space="preserve"> </w:t>
      </w:r>
      <w:proofErr w:type="spellStart"/>
      <w:r w:rsidRPr="00627C43">
        <w:t>markiranja</w:t>
      </w:r>
      <w:proofErr w:type="spellEnd"/>
      <w:r w:rsidRPr="00627C43">
        <w:t xml:space="preserve"> je </w:t>
      </w:r>
      <w:proofErr w:type="spellStart"/>
      <w:r w:rsidRPr="00627C43">
        <w:t>dužan</w:t>
      </w:r>
      <w:proofErr w:type="spellEnd"/>
      <w:r w:rsidRPr="00627C43">
        <w:t xml:space="preserve"> da </w:t>
      </w:r>
      <w:proofErr w:type="spellStart"/>
      <w:r w:rsidRPr="00627C43">
        <w:t>Ministarstvu</w:t>
      </w:r>
      <w:proofErr w:type="spellEnd"/>
      <w:r>
        <w:t xml:space="preserve"> </w:t>
      </w:r>
      <w:proofErr w:type="spellStart"/>
      <w:r>
        <w:t>energetike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rudarstva</w:t>
      </w:r>
      <w:proofErr w:type="spellEnd"/>
      <w:r w:rsidRPr="00627C43">
        <w:t xml:space="preserve">, </w:t>
      </w:r>
      <w:proofErr w:type="spellStart"/>
      <w:r w:rsidRPr="00627C43">
        <w:t>ministarstvu</w:t>
      </w:r>
      <w:proofErr w:type="spellEnd"/>
      <w:r w:rsidRPr="00627C43">
        <w:t xml:space="preserve"> </w:t>
      </w:r>
      <w:proofErr w:type="spellStart"/>
      <w:r w:rsidRPr="00627C43">
        <w:t>nadležnom</w:t>
      </w:r>
      <w:proofErr w:type="spellEnd"/>
      <w:r w:rsidRPr="00627C43">
        <w:t xml:space="preserve"> za </w:t>
      </w:r>
      <w:proofErr w:type="spellStart"/>
      <w:r w:rsidRPr="00627C43">
        <w:t>trgovinu</w:t>
      </w:r>
      <w:proofErr w:type="spellEnd"/>
      <w:r w:rsidRPr="00627C43">
        <w:t xml:space="preserve"> </w:t>
      </w:r>
      <w:proofErr w:type="spellStart"/>
      <w:r w:rsidRPr="00627C43">
        <w:t>i</w:t>
      </w:r>
      <w:proofErr w:type="spellEnd"/>
      <w:r w:rsidRPr="00627C43">
        <w:t xml:space="preserve"> </w:t>
      </w:r>
      <w:proofErr w:type="spellStart"/>
      <w:r w:rsidRPr="00627C43">
        <w:t>ministarstvu</w:t>
      </w:r>
      <w:proofErr w:type="spellEnd"/>
      <w:r w:rsidRPr="00627C43">
        <w:t xml:space="preserve"> </w:t>
      </w:r>
      <w:proofErr w:type="spellStart"/>
      <w:r w:rsidRPr="00627C43">
        <w:t>nadležnom</w:t>
      </w:r>
      <w:proofErr w:type="spellEnd"/>
      <w:r w:rsidRPr="00627C43">
        <w:t xml:space="preserve"> za </w:t>
      </w:r>
      <w:proofErr w:type="spellStart"/>
      <w:r w:rsidRPr="00627C43">
        <w:t>finansije</w:t>
      </w:r>
      <w:proofErr w:type="spellEnd"/>
      <w:r w:rsidRPr="00627C43">
        <w:t xml:space="preserve"> </w:t>
      </w:r>
      <w:proofErr w:type="spellStart"/>
      <w:r w:rsidRPr="00627C43">
        <w:t>dostavlja</w:t>
      </w:r>
      <w:proofErr w:type="spellEnd"/>
      <w:r w:rsidRPr="00627C43">
        <w:t xml:space="preserve"> </w:t>
      </w:r>
      <w:proofErr w:type="spellStart"/>
      <w:r w:rsidRPr="00627C43">
        <w:t>mjesečni</w:t>
      </w:r>
      <w:proofErr w:type="spellEnd"/>
      <w:r w:rsidRPr="00627C43">
        <w:t xml:space="preserve"> </w:t>
      </w:r>
      <w:proofErr w:type="spellStart"/>
      <w:r w:rsidRPr="00627C43">
        <w:t>izvještaj</w:t>
      </w:r>
      <w:proofErr w:type="spellEnd"/>
      <w:r w:rsidRPr="00627C43">
        <w:t xml:space="preserve"> o </w:t>
      </w:r>
      <w:proofErr w:type="spellStart"/>
      <w:r w:rsidRPr="00627C43">
        <w:t>markiranju</w:t>
      </w:r>
      <w:proofErr w:type="spellEnd"/>
      <w:r w:rsidRPr="00627C43">
        <w:t xml:space="preserve"> </w:t>
      </w:r>
      <w:proofErr w:type="spellStart"/>
      <w:r w:rsidRPr="00627C43">
        <w:t>derivata</w:t>
      </w:r>
      <w:proofErr w:type="spellEnd"/>
      <w:r w:rsidRPr="00627C43">
        <w:t xml:space="preserve"> </w:t>
      </w:r>
      <w:proofErr w:type="spellStart"/>
      <w:r w:rsidRPr="00627C43">
        <w:t>nafte</w:t>
      </w:r>
      <w:proofErr w:type="spellEnd"/>
      <w:r w:rsidRPr="00627C43">
        <w:t xml:space="preserve"> </w:t>
      </w:r>
      <w:proofErr w:type="spellStart"/>
      <w:r>
        <w:t>najkasnije</w:t>
      </w:r>
      <w:proofErr w:type="spellEnd"/>
      <w:r>
        <w:t xml:space="preserve"> </w:t>
      </w:r>
      <w:r w:rsidRPr="00627C43">
        <w:t xml:space="preserve">do 5. u </w:t>
      </w:r>
      <w:proofErr w:type="spellStart"/>
      <w:r w:rsidRPr="00627C43">
        <w:t>mjesecu</w:t>
      </w:r>
      <w:proofErr w:type="spellEnd"/>
      <w:r w:rsidRPr="00627C43">
        <w:t xml:space="preserve"> za </w:t>
      </w:r>
      <w:proofErr w:type="spellStart"/>
      <w:r w:rsidRPr="00627C43">
        <w:t>prethodni</w:t>
      </w:r>
      <w:proofErr w:type="spellEnd"/>
      <w:r w:rsidRPr="00627C43">
        <w:t xml:space="preserve"> </w:t>
      </w:r>
      <w:proofErr w:type="spellStart"/>
      <w:r w:rsidRPr="00627C43">
        <w:t>mjesec</w:t>
      </w:r>
      <w:proofErr w:type="spellEnd"/>
      <w:r>
        <w:t>.</w:t>
      </w:r>
    </w:p>
    <w:p w14:paraId="27181516" w14:textId="77777777" w:rsidR="003617AB" w:rsidRPr="00491C1A" w:rsidRDefault="003617AB">
      <w:pPr>
        <w:rPr>
          <w:color w:val="FF0000"/>
          <w:lang w:val="sr-Latn-CS"/>
        </w:rPr>
      </w:pPr>
      <w:r w:rsidRPr="00491C1A">
        <w:rPr>
          <w:color w:val="FF0000"/>
          <w:lang w:val="sr-Latn-CS"/>
        </w:rPr>
        <w:br w:type="page"/>
      </w:r>
    </w:p>
    <w:p w14:paraId="15CA7928" w14:textId="184057C6" w:rsidR="00EB62D1" w:rsidRPr="00491C1A" w:rsidRDefault="00EB62D1" w:rsidP="00EB62D1">
      <w:pPr>
        <w:pStyle w:val="Heading1"/>
        <w:rPr>
          <w:lang w:val="sr-Latn-CS"/>
        </w:rPr>
      </w:pPr>
      <w:bookmarkStart w:id="43" w:name="_Toc239638008"/>
      <w:bookmarkStart w:id="44" w:name="_Toc240964545"/>
      <w:proofErr w:type="spellStart"/>
      <w:r>
        <w:lastRenderedPageBreak/>
        <w:t>Prilog</w:t>
      </w:r>
      <w:proofErr w:type="spellEnd"/>
      <w:r w:rsidRPr="00491C1A">
        <w:rPr>
          <w:lang w:val="sr-Latn-CS"/>
        </w:rPr>
        <w:t xml:space="preserve"> 1</w:t>
      </w:r>
      <w:r w:rsidR="0012440C" w:rsidRPr="00491C1A">
        <w:rPr>
          <w:lang w:val="sr-Latn-CS"/>
        </w:rPr>
        <w:t xml:space="preserve"> – </w:t>
      </w:r>
      <w:r w:rsidR="0012440C">
        <w:t>PODACI</w:t>
      </w:r>
      <w:r w:rsidR="0012440C" w:rsidRPr="00491C1A">
        <w:rPr>
          <w:lang w:val="sr-Latn-CS"/>
        </w:rPr>
        <w:t xml:space="preserve"> </w:t>
      </w:r>
      <w:r w:rsidR="0012440C">
        <w:t>SADR</w:t>
      </w:r>
      <w:r w:rsidR="0012440C" w:rsidRPr="00491C1A">
        <w:rPr>
          <w:lang w:val="sr-Latn-CS"/>
        </w:rPr>
        <w:t>Ž</w:t>
      </w:r>
      <w:r w:rsidR="0012440C">
        <w:t>ANI</w:t>
      </w:r>
      <w:r w:rsidR="0012440C" w:rsidRPr="00491C1A">
        <w:rPr>
          <w:lang w:val="sr-Latn-CS"/>
        </w:rPr>
        <w:t xml:space="preserve"> </w:t>
      </w:r>
      <w:r w:rsidR="0012440C">
        <w:t>U</w:t>
      </w:r>
      <w:r w:rsidR="0012440C" w:rsidRPr="00491C1A">
        <w:rPr>
          <w:lang w:val="sr-Latn-CS"/>
        </w:rPr>
        <w:t xml:space="preserve"> </w:t>
      </w:r>
      <w:r w:rsidR="0012440C">
        <w:t>ZAHTJEVU</w:t>
      </w:r>
      <w:r w:rsidR="0012440C" w:rsidRPr="00491C1A">
        <w:rPr>
          <w:lang w:val="sr-Latn-CS"/>
        </w:rPr>
        <w:t xml:space="preserve"> </w:t>
      </w:r>
      <w:r w:rsidR="0012440C">
        <w:t>ZA</w:t>
      </w:r>
      <w:r w:rsidR="0012440C" w:rsidRPr="00491C1A">
        <w:rPr>
          <w:lang w:val="sr-Latn-CS"/>
        </w:rPr>
        <w:t xml:space="preserve"> </w:t>
      </w:r>
      <w:r w:rsidR="0012440C">
        <w:t>MARKIRANJE</w:t>
      </w:r>
      <w:r w:rsidR="0012440C" w:rsidRPr="00491C1A">
        <w:rPr>
          <w:lang w:val="sr-Latn-CS"/>
        </w:rPr>
        <w:t xml:space="preserve"> </w:t>
      </w:r>
      <w:r w:rsidR="0012440C">
        <w:t>DERIVATA</w:t>
      </w:r>
      <w:r w:rsidR="0012440C" w:rsidRPr="00491C1A">
        <w:rPr>
          <w:lang w:val="sr-Latn-CS"/>
        </w:rPr>
        <w:t xml:space="preserve"> </w:t>
      </w:r>
      <w:r w:rsidR="0012440C">
        <w:t>NAFTE</w:t>
      </w:r>
      <w:bookmarkEnd w:id="43"/>
      <w:bookmarkEnd w:id="44"/>
    </w:p>
    <w:p w14:paraId="1EED9F63" w14:textId="0C59C4C3" w:rsidR="00A97B6E" w:rsidRPr="00A97B6E" w:rsidRDefault="00A97B6E" w:rsidP="00A97B6E">
      <w:pPr>
        <w:spacing w:line="240" w:lineRule="auto"/>
        <w:rPr>
          <w:rFonts w:cs="Arial"/>
          <w:szCs w:val="24"/>
          <w:lang w:val="sr-Latn-ME"/>
        </w:rPr>
      </w:pPr>
      <w:r>
        <w:rPr>
          <w:rFonts w:cs="Arial"/>
          <w:szCs w:val="24"/>
          <w:lang w:val="sr-Latn-CS"/>
        </w:rPr>
        <w:t>Zahtjev za markiranje derivata nafte</w:t>
      </w:r>
      <w:r>
        <w:rPr>
          <w:rFonts w:cs="Arial"/>
          <w:szCs w:val="24"/>
          <w:lang w:val="sr-Latn-ME"/>
        </w:rPr>
        <w:t xml:space="preserve"> najmanje mora da sadrži:</w:t>
      </w:r>
    </w:p>
    <w:p w14:paraId="18DF91FD" w14:textId="20D8A6F5" w:rsidR="00A46226" w:rsidRPr="00627C43" w:rsidRDefault="00486F02" w:rsidP="00A46226">
      <w:pPr>
        <w:pStyle w:val="ListParagraph"/>
        <w:numPr>
          <w:ilvl w:val="0"/>
          <w:numId w:val="16"/>
        </w:numPr>
        <w:spacing w:line="240" w:lineRule="auto"/>
        <w:rPr>
          <w:rFonts w:cs="Arial"/>
          <w:szCs w:val="24"/>
          <w:lang w:val="sr-Latn-ME"/>
        </w:rPr>
      </w:pPr>
      <w:r>
        <w:rPr>
          <w:rFonts w:cs="Arial"/>
          <w:szCs w:val="24"/>
          <w:lang w:val="sr-Latn-ME"/>
        </w:rPr>
        <w:t>Podatke o</w:t>
      </w:r>
      <w:r w:rsidR="00290ADE" w:rsidRPr="00627C43">
        <w:rPr>
          <w:rFonts w:cs="Arial"/>
          <w:szCs w:val="24"/>
          <w:lang w:val="sr-Latn-ME"/>
        </w:rPr>
        <w:t xml:space="preserve"> </w:t>
      </w:r>
      <w:r w:rsidR="00A1128C">
        <w:rPr>
          <w:rFonts w:cs="Arial"/>
          <w:szCs w:val="24"/>
          <w:lang w:val="sr-Latn-ME"/>
        </w:rPr>
        <w:t>o</w:t>
      </w:r>
      <w:r w:rsidR="00A46226" w:rsidRPr="00627C43">
        <w:rPr>
          <w:rFonts w:cs="Arial"/>
          <w:szCs w:val="24"/>
          <w:lang w:val="sr-Latn-ME"/>
        </w:rPr>
        <w:t>bveznik</w:t>
      </w:r>
      <w:r>
        <w:rPr>
          <w:rFonts w:cs="Arial"/>
          <w:szCs w:val="24"/>
          <w:lang w:val="sr-Latn-ME"/>
        </w:rPr>
        <w:t>u</w:t>
      </w:r>
      <w:r w:rsidR="00A46226" w:rsidRPr="00627C43">
        <w:rPr>
          <w:rFonts w:cs="Arial"/>
          <w:szCs w:val="24"/>
          <w:lang w:val="sr-Latn-ME"/>
        </w:rPr>
        <w:t xml:space="preserve"> markiranja</w:t>
      </w:r>
    </w:p>
    <w:p w14:paraId="58A1B4C5" w14:textId="3289D601" w:rsidR="00290ADE" w:rsidRPr="00627C43" w:rsidRDefault="00A1128C" w:rsidP="00A46226">
      <w:pPr>
        <w:pStyle w:val="ListParagraph"/>
        <w:numPr>
          <w:ilvl w:val="0"/>
          <w:numId w:val="16"/>
        </w:numPr>
        <w:spacing w:line="240" w:lineRule="auto"/>
        <w:rPr>
          <w:rFonts w:cs="Arial"/>
          <w:szCs w:val="24"/>
          <w:lang w:val="sr-Latn-ME"/>
        </w:rPr>
      </w:pPr>
      <w:r w:rsidRPr="00627C43">
        <w:rPr>
          <w:rFonts w:cs="Arial"/>
          <w:szCs w:val="24"/>
          <w:lang w:val="sr-Latn-ME"/>
        </w:rPr>
        <w:t>Ime</w:t>
      </w:r>
      <w:r w:rsidR="00290ADE" w:rsidRPr="00627C43">
        <w:rPr>
          <w:rFonts w:cs="Arial"/>
          <w:szCs w:val="24"/>
          <w:lang w:val="sr-Latn-ME"/>
        </w:rPr>
        <w:t xml:space="preserve"> prevoznika</w:t>
      </w:r>
    </w:p>
    <w:p w14:paraId="4EA0D217" w14:textId="3722658C" w:rsidR="00290ADE" w:rsidRPr="00627C43" w:rsidRDefault="00290ADE" w:rsidP="00D20C6C">
      <w:pPr>
        <w:pStyle w:val="ListParagraph"/>
        <w:numPr>
          <w:ilvl w:val="0"/>
          <w:numId w:val="16"/>
        </w:numPr>
        <w:spacing w:line="240" w:lineRule="auto"/>
        <w:rPr>
          <w:rFonts w:cs="Arial"/>
          <w:szCs w:val="24"/>
          <w:lang w:val="sr-Latn-ME"/>
        </w:rPr>
      </w:pPr>
      <w:r w:rsidRPr="00627C43">
        <w:rPr>
          <w:rFonts w:cs="Arial"/>
          <w:szCs w:val="24"/>
          <w:lang w:val="sr-Latn-ME"/>
        </w:rPr>
        <w:t>Ime i prezime vozača</w:t>
      </w:r>
      <w:r w:rsidR="00A46226" w:rsidRPr="00627C43">
        <w:rPr>
          <w:rFonts w:cs="Arial"/>
          <w:szCs w:val="24"/>
          <w:lang w:val="sr-Latn-ME"/>
        </w:rPr>
        <w:t xml:space="preserve"> (samo za auto cisterne)</w:t>
      </w:r>
    </w:p>
    <w:p w14:paraId="4C6E17AD" w14:textId="05F49A68" w:rsidR="00A46226" w:rsidRPr="00627C43" w:rsidRDefault="00A46226" w:rsidP="00A46226">
      <w:pPr>
        <w:pStyle w:val="ListParagraph"/>
        <w:numPr>
          <w:ilvl w:val="0"/>
          <w:numId w:val="16"/>
        </w:numPr>
        <w:spacing w:line="240" w:lineRule="auto"/>
        <w:rPr>
          <w:rFonts w:cs="Arial"/>
          <w:szCs w:val="24"/>
          <w:lang w:val="sr-Latn-ME"/>
        </w:rPr>
      </w:pPr>
      <w:r w:rsidRPr="00627C43">
        <w:rPr>
          <w:rFonts w:cs="Arial"/>
          <w:szCs w:val="24"/>
          <w:lang w:val="sr-Latn-ME"/>
        </w:rPr>
        <w:t>Registarska oznaka teretnog/vučnog vozila (samo za auto cisterne)</w:t>
      </w:r>
    </w:p>
    <w:p w14:paraId="368F2C71" w14:textId="2C1A825C" w:rsidR="00A46226" w:rsidRPr="00627C43" w:rsidRDefault="00A46226" w:rsidP="00A46226">
      <w:pPr>
        <w:pStyle w:val="ListParagraph"/>
        <w:numPr>
          <w:ilvl w:val="0"/>
          <w:numId w:val="16"/>
        </w:numPr>
        <w:spacing w:line="240" w:lineRule="auto"/>
        <w:rPr>
          <w:rFonts w:cs="Arial"/>
          <w:szCs w:val="24"/>
          <w:lang w:val="sr-Latn-ME"/>
        </w:rPr>
      </w:pPr>
      <w:r w:rsidRPr="00627C43">
        <w:rPr>
          <w:rFonts w:cs="Arial"/>
          <w:szCs w:val="24"/>
          <w:lang w:val="sr-Latn-ME"/>
        </w:rPr>
        <w:t>Registarska oznaka priključnog vozila (samo za auto cisterne)</w:t>
      </w:r>
    </w:p>
    <w:p w14:paraId="3CBE3AA4" w14:textId="24047BC2" w:rsidR="00A46226" w:rsidRPr="00627C43" w:rsidRDefault="00A46226" w:rsidP="00A46226">
      <w:pPr>
        <w:pStyle w:val="ListParagraph"/>
        <w:numPr>
          <w:ilvl w:val="0"/>
          <w:numId w:val="16"/>
        </w:numPr>
        <w:spacing w:line="240" w:lineRule="auto"/>
        <w:rPr>
          <w:rFonts w:cs="Arial"/>
          <w:szCs w:val="24"/>
          <w:lang w:val="sr-Latn-ME"/>
        </w:rPr>
      </w:pPr>
      <w:r w:rsidRPr="00627C43">
        <w:rPr>
          <w:rFonts w:cs="Arial"/>
          <w:szCs w:val="24"/>
          <w:lang w:val="sr-Latn-ME"/>
        </w:rPr>
        <w:t>Registarska oznaka plovnog objekta (samo za plovne objekte)</w:t>
      </w:r>
    </w:p>
    <w:p w14:paraId="6D1FB45F" w14:textId="77777777" w:rsidR="00290ADE" w:rsidRPr="00627C43" w:rsidRDefault="00290ADE" w:rsidP="00D20C6C">
      <w:pPr>
        <w:pStyle w:val="ListParagraph"/>
        <w:numPr>
          <w:ilvl w:val="0"/>
          <w:numId w:val="16"/>
        </w:numPr>
        <w:spacing w:line="240" w:lineRule="auto"/>
        <w:rPr>
          <w:rFonts w:cs="Arial"/>
          <w:szCs w:val="24"/>
          <w:lang w:val="sr-Latn-ME"/>
        </w:rPr>
      </w:pPr>
      <w:r w:rsidRPr="00627C43">
        <w:rPr>
          <w:rFonts w:cs="Arial"/>
          <w:szCs w:val="24"/>
          <w:lang w:val="sr-Latn-ME"/>
        </w:rPr>
        <w:t>Granični prijelaz</w:t>
      </w:r>
    </w:p>
    <w:p w14:paraId="745792ED" w14:textId="77777777" w:rsidR="00290ADE" w:rsidRPr="00627C43" w:rsidRDefault="00290ADE" w:rsidP="00D20C6C">
      <w:pPr>
        <w:pStyle w:val="ListParagraph"/>
        <w:numPr>
          <w:ilvl w:val="0"/>
          <w:numId w:val="16"/>
        </w:numPr>
        <w:spacing w:line="240" w:lineRule="auto"/>
        <w:rPr>
          <w:rFonts w:cs="Arial"/>
          <w:szCs w:val="24"/>
          <w:lang w:val="sr-Latn-ME"/>
        </w:rPr>
      </w:pPr>
      <w:r w:rsidRPr="00627C43">
        <w:rPr>
          <w:rFonts w:cs="Arial"/>
          <w:szCs w:val="24"/>
          <w:lang w:val="sr-Latn-ME"/>
        </w:rPr>
        <w:t>Procijenjeni datum i vrijeme stizanja na granični prijelaz</w:t>
      </w:r>
    </w:p>
    <w:p w14:paraId="4B56EE7C" w14:textId="449C55C6" w:rsidR="00A46226" w:rsidRPr="00627C43" w:rsidRDefault="00290ADE" w:rsidP="00627C43">
      <w:pPr>
        <w:pStyle w:val="ListParagraph"/>
        <w:numPr>
          <w:ilvl w:val="0"/>
          <w:numId w:val="16"/>
        </w:numPr>
        <w:spacing w:line="240" w:lineRule="auto"/>
        <w:rPr>
          <w:rFonts w:ascii="Calibri" w:hAnsi="Calibri" w:cs="Calibri"/>
          <w:szCs w:val="24"/>
          <w:lang w:val="sr-Latn-CS"/>
        </w:rPr>
      </w:pPr>
      <w:r w:rsidRPr="00627C43">
        <w:rPr>
          <w:rFonts w:cs="Arial"/>
          <w:szCs w:val="24"/>
          <w:lang w:val="sr-Latn-ME"/>
        </w:rPr>
        <w:t xml:space="preserve">Carinski terminal za carinjenje </w:t>
      </w:r>
      <w:r w:rsidR="008B70BD" w:rsidRPr="00627C43">
        <w:rPr>
          <w:rFonts w:cs="Arial"/>
          <w:szCs w:val="24"/>
          <w:lang w:val="sr-Latn-ME"/>
        </w:rPr>
        <w:t>robe</w:t>
      </w:r>
    </w:p>
    <w:tbl>
      <w:tblPr>
        <w:tblStyle w:val="TableGrid"/>
        <w:tblW w:w="8642" w:type="dxa"/>
        <w:tblLayout w:type="fixed"/>
        <w:tblLook w:val="04A0" w:firstRow="1" w:lastRow="0" w:firstColumn="1" w:lastColumn="0" w:noHBand="0" w:noVBand="1"/>
      </w:tblPr>
      <w:tblGrid>
        <w:gridCol w:w="947"/>
        <w:gridCol w:w="1594"/>
        <w:gridCol w:w="1565"/>
        <w:gridCol w:w="1985"/>
        <w:gridCol w:w="2551"/>
      </w:tblGrid>
      <w:tr w:rsidR="004A144E" w14:paraId="7783A7C7" w14:textId="77777777" w:rsidTr="00627C43">
        <w:trPr>
          <w:trHeight w:val="601"/>
        </w:trPr>
        <w:tc>
          <w:tcPr>
            <w:tcW w:w="947" w:type="dxa"/>
          </w:tcPr>
          <w:p w14:paraId="1CA8340D" w14:textId="77777777" w:rsidR="004A144E" w:rsidRDefault="004A144E" w:rsidP="001629D7">
            <w:proofErr w:type="spellStart"/>
            <w:r>
              <w:t>Broj</w:t>
            </w:r>
            <w:proofErr w:type="spellEnd"/>
            <w:r>
              <w:t xml:space="preserve"> </w:t>
            </w:r>
            <w:proofErr w:type="spellStart"/>
            <w:r>
              <w:t>komore</w:t>
            </w:r>
            <w:proofErr w:type="spellEnd"/>
          </w:p>
        </w:tc>
        <w:tc>
          <w:tcPr>
            <w:tcW w:w="1594" w:type="dxa"/>
          </w:tcPr>
          <w:p w14:paraId="7BE18E2B" w14:textId="7FB78FC4" w:rsidR="004A144E" w:rsidRDefault="004A144E" w:rsidP="001629D7">
            <w:proofErr w:type="spellStart"/>
            <w:r>
              <w:t>Vrsta</w:t>
            </w:r>
            <w:proofErr w:type="spellEnd"/>
            <w:r>
              <w:t xml:space="preserve"> </w:t>
            </w:r>
            <w:proofErr w:type="spellStart"/>
            <w:r>
              <w:t>goriva</w:t>
            </w:r>
            <w:proofErr w:type="spellEnd"/>
          </w:p>
        </w:tc>
        <w:tc>
          <w:tcPr>
            <w:tcW w:w="1565" w:type="dxa"/>
          </w:tcPr>
          <w:p w14:paraId="1717F159" w14:textId="77777777" w:rsidR="004A144E" w:rsidRDefault="004A144E" w:rsidP="001629D7">
            <w:proofErr w:type="spellStart"/>
            <w:r>
              <w:t>Količina</w:t>
            </w:r>
            <w:proofErr w:type="spellEnd"/>
            <w:r>
              <w:t xml:space="preserve"> (L)</w:t>
            </w:r>
          </w:p>
        </w:tc>
        <w:tc>
          <w:tcPr>
            <w:tcW w:w="1985" w:type="dxa"/>
          </w:tcPr>
          <w:p w14:paraId="28E38CAB" w14:textId="58D358DE" w:rsidR="004A144E" w:rsidRDefault="004A144E" w:rsidP="001629D7">
            <w:proofErr w:type="spellStart"/>
            <w:r>
              <w:t>Akcizno</w:t>
            </w:r>
            <w:proofErr w:type="spellEnd"/>
            <w:r>
              <w:t xml:space="preserve"> </w:t>
            </w:r>
            <w:proofErr w:type="spellStart"/>
            <w:r>
              <w:t>gorivo</w:t>
            </w:r>
            <w:proofErr w:type="spellEnd"/>
            <w:r>
              <w:t xml:space="preserve"> </w:t>
            </w:r>
            <w:proofErr w:type="spellStart"/>
            <w:r>
              <w:t>ili</w:t>
            </w:r>
            <w:proofErr w:type="spellEnd"/>
            <w:r>
              <w:t xml:space="preserve"> </w:t>
            </w:r>
            <w:proofErr w:type="spellStart"/>
            <w:r>
              <w:t>gorivo</w:t>
            </w:r>
            <w:proofErr w:type="spellEnd"/>
            <w:r>
              <w:t xml:space="preserve"> </w:t>
            </w:r>
            <w:proofErr w:type="spellStart"/>
            <w:r>
              <w:t>oslobođeno</w:t>
            </w:r>
            <w:proofErr w:type="spellEnd"/>
            <w:r>
              <w:t xml:space="preserve"> </w:t>
            </w:r>
            <w:proofErr w:type="spellStart"/>
            <w:r>
              <w:t>akcize</w:t>
            </w:r>
            <w:proofErr w:type="spellEnd"/>
          </w:p>
        </w:tc>
        <w:tc>
          <w:tcPr>
            <w:tcW w:w="2551" w:type="dxa"/>
          </w:tcPr>
          <w:p w14:paraId="70654136" w14:textId="40135866" w:rsidR="004A144E" w:rsidRDefault="004A144E" w:rsidP="001629D7">
            <w:proofErr w:type="spellStart"/>
            <w:r>
              <w:t>Broj</w:t>
            </w:r>
            <w:proofErr w:type="spellEnd"/>
            <w:r>
              <w:t xml:space="preserve"> </w:t>
            </w:r>
            <w:proofErr w:type="spellStart"/>
            <w:r>
              <w:t>fakture</w:t>
            </w:r>
            <w:proofErr w:type="spellEnd"/>
            <w:r>
              <w:t xml:space="preserve"> </w:t>
            </w:r>
            <w:proofErr w:type="spellStart"/>
            <w:r>
              <w:t>obveznika</w:t>
            </w:r>
            <w:proofErr w:type="spellEnd"/>
            <w:r>
              <w:t xml:space="preserve"> </w:t>
            </w:r>
            <w:proofErr w:type="spellStart"/>
            <w:r>
              <w:t>markiranja</w:t>
            </w:r>
            <w:proofErr w:type="spellEnd"/>
          </w:p>
        </w:tc>
      </w:tr>
      <w:tr w:rsidR="004A144E" w14:paraId="4AA0D027" w14:textId="77777777" w:rsidTr="00627C43">
        <w:trPr>
          <w:trHeight w:val="295"/>
        </w:trPr>
        <w:tc>
          <w:tcPr>
            <w:tcW w:w="947" w:type="dxa"/>
          </w:tcPr>
          <w:p w14:paraId="10C8848B" w14:textId="77777777" w:rsidR="004A144E" w:rsidRDefault="004A144E" w:rsidP="001629D7">
            <w:r>
              <w:t>1</w:t>
            </w:r>
          </w:p>
        </w:tc>
        <w:tc>
          <w:tcPr>
            <w:tcW w:w="1594" w:type="dxa"/>
          </w:tcPr>
          <w:p w14:paraId="779176B9" w14:textId="77777777" w:rsidR="004A144E" w:rsidRDefault="004A144E" w:rsidP="001629D7"/>
        </w:tc>
        <w:tc>
          <w:tcPr>
            <w:tcW w:w="1565" w:type="dxa"/>
          </w:tcPr>
          <w:p w14:paraId="22849A2F" w14:textId="77777777" w:rsidR="004A144E" w:rsidRDefault="004A144E" w:rsidP="001629D7"/>
        </w:tc>
        <w:tc>
          <w:tcPr>
            <w:tcW w:w="1985" w:type="dxa"/>
          </w:tcPr>
          <w:p w14:paraId="3AEA32C1" w14:textId="77777777" w:rsidR="004A144E" w:rsidRDefault="004A144E" w:rsidP="001629D7"/>
        </w:tc>
        <w:tc>
          <w:tcPr>
            <w:tcW w:w="2551" w:type="dxa"/>
          </w:tcPr>
          <w:p w14:paraId="483C4145" w14:textId="3C985463" w:rsidR="004A144E" w:rsidRDefault="004A144E" w:rsidP="001629D7"/>
        </w:tc>
      </w:tr>
      <w:tr w:rsidR="004A144E" w14:paraId="62CA2889" w14:textId="77777777" w:rsidTr="00627C43">
        <w:trPr>
          <w:trHeight w:val="295"/>
        </w:trPr>
        <w:tc>
          <w:tcPr>
            <w:tcW w:w="947" w:type="dxa"/>
          </w:tcPr>
          <w:p w14:paraId="165E4B14" w14:textId="77777777" w:rsidR="004A144E" w:rsidRDefault="004A144E" w:rsidP="001629D7">
            <w:r>
              <w:t>2</w:t>
            </w:r>
          </w:p>
        </w:tc>
        <w:tc>
          <w:tcPr>
            <w:tcW w:w="1594" w:type="dxa"/>
          </w:tcPr>
          <w:p w14:paraId="3A72E8C0" w14:textId="77777777" w:rsidR="004A144E" w:rsidRDefault="004A144E" w:rsidP="001629D7"/>
        </w:tc>
        <w:tc>
          <w:tcPr>
            <w:tcW w:w="1565" w:type="dxa"/>
          </w:tcPr>
          <w:p w14:paraId="6557E736" w14:textId="77777777" w:rsidR="004A144E" w:rsidRDefault="004A144E" w:rsidP="001629D7"/>
        </w:tc>
        <w:tc>
          <w:tcPr>
            <w:tcW w:w="1985" w:type="dxa"/>
          </w:tcPr>
          <w:p w14:paraId="24CE8526" w14:textId="77777777" w:rsidR="004A144E" w:rsidRDefault="004A144E" w:rsidP="001629D7"/>
        </w:tc>
        <w:tc>
          <w:tcPr>
            <w:tcW w:w="2551" w:type="dxa"/>
          </w:tcPr>
          <w:p w14:paraId="631CCBFA" w14:textId="45A9F951" w:rsidR="004A144E" w:rsidRDefault="004A144E" w:rsidP="001629D7"/>
        </w:tc>
      </w:tr>
      <w:tr w:rsidR="004A144E" w14:paraId="0B38012F" w14:textId="77777777" w:rsidTr="00627C43">
        <w:trPr>
          <w:trHeight w:val="295"/>
        </w:trPr>
        <w:tc>
          <w:tcPr>
            <w:tcW w:w="947" w:type="dxa"/>
          </w:tcPr>
          <w:p w14:paraId="0081ED22" w14:textId="77777777" w:rsidR="004A144E" w:rsidRDefault="004A144E" w:rsidP="001629D7">
            <w:r>
              <w:t>3</w:t>
            </w:r>
          </w:p>
        </w:tc>
        <w:tc>
          <w:tcPr>
            <w:tcW w:w="1594" w:type="dxa"/>
          </w:tcPr>
          <w:p w14:paraId="1372F145" w14:textId="77777777" w:rsidR="004A144E" w:rsidRDefault="004A144E" w:rsidP="001629D7"/>
        </w:tc>
        <w:tc>
          <w:tcPr>
            <w:tcW w:w="1565" w:type="dxa"/>
          </w:tcPr>
          <w:p w14:paraId="3B9E9539" w14:textId="77777777" w:rsidR="004A144E" w:rsidRDefault="004A144E" w:rsidP="001629D7"/>
        </w:tc>
        <w:tc>
          <w:tcPr>
            <w:tcW w:w="1985" w:type="dxa"/>
          </w:tcPr>
          <w:p w14:paraId="4854B4B6" w14:textId="77777777" w:rsidR="004A144E" w:rsidRDefault="004A144E" w:rsidP="001629D7"/>
        </w:tc>
        <w:tc>
          <w:tcPr>
            <w:tcW w:w="2551" w:type="dxa"/>
          </w:tcPr>
          <w:p w14:paraId="2A229196" w14:textId="21D6CBC9" w:rsidR="004A144E" w:rsidRDefault="004A144E" w:rsidP="001629D7"/>
        </w:tc>
      </w:tr>
      <w:tr w:rsidR="004A144E" w14:paraId="3FAC0971" w14:textId="77777777" w:rsidTr="00627C43">
        <w:trPr>
          <w:trHeight w:val="305"/>
        </w:trPr>
        <w:tc>
          <w:tcPr>
            <w:tcW w:w="947" w:type="dxa"/>
          </w:tcPr>
          <w:p w14:paraId="7E922BCE" w14:textId="77777777" w:rsidR="004A144E" w:rsidRDefault="004A144E" w:rsidP="001629D7">
            <w:r>
              <w:t>4</w:t>
            </w:r>
          </w:p>
        </w:tc>
        <w:tc>
          <w:tcPr>
            <w:tcW w:w="1594" w:type="dxa"/>
          </w:tcPr>
          <w:p w14:paraId="48A785D5" w14:textId="77777777" w:rsidR="004A144E" w:rsidRDefault="004A144E" w:rsidP="001629D7"/>
        </w:tc>
        <w:tc>
          <w:tcPr>
            <w:tcW w:w="1565" w:type="dxa"/>
          </w:tcPr>
          <w:p w14:paraId="5DC609EE" w14:textId="77777777" w:rsidR="004A144E" w:rsidRDefault="004A144E" w:rsidP="001629D7"/>
        </w:tc>
        <w:tc>
          <w:tcPr>
            <w:tcW w:w="1985" w:type="dxa"/>
          </w:tcPr>
          <w:p w14:paraId="0DACF534" w14:textId="77777777" w:rsidR="004A144E" w:rsidRDefault="004A144E" w:rsidP="001629D7"/>
        </w:tc>
        <w:tc>
          <w:tcPr>
            <w:tcW w:w="2551" w:type="dxa"/>
          </w:tcPr>
          <w:p w14:paraId="3B6F80C6" w14:textId="74A58A06" w:rsidR="004A144E" w:rsidRDefault="004A144E" w:rsidP="001629D7"/>
        </w:tc>
      </w:tr>
      <w:tr w:rsidR="004A144E" w14:paraId="32A1700E" w14:textId="77777777" w:rsidTr="00627C43">
        <w:trPr>
          <w:trHeight w:val="295"/>
        </w:trPr>
        <w:tc>
          <w:tcPr>
            <w:tcW w:w="947" w:type="dxa"/>
          </w:tcPr>
          <w:p w14:paraId="45F301E7" w14:textId="77777777" w:rsidR="004A144E" w:rsidRDefault="004A144E" w:rsidP="001629D7">
            <w:r>
              <w:t>5</w:t>
            </w:r>
          </w:p>
        </w:tc>
        <w:tc>
          <w:tcPr>
            <w:tcW w:w="1594" w:type="dxa"/>
          </w:tcPr>
          <w:p w14:paraId="169CCA32" w14:textId="77777777" w:rsidR="004A144E" w:rsidRDefault="004A144E" w:rsidP="001629D7"/>
        </w:tc>
        <w:tc>
          <w:tcPr>
            <w:tcW w:w="1565" w:type="dxa"/>
          </w:tcPr>
          <w:p w14:paraId="18059A63" w14:textId="77777777" w:rsidR="004A144E" w:rsidRDefault="004A144E" w:rsidP="001629D7"/>
        </w:tc>
        <w:tc>
          <w:tcPr>
            <w:tcW w:w="1985" w:type="dxa"/>
          </w:tcPr>
          <w:p w14:paraId="369777AE" w14:textId="77777777" w:rsidR="004A144E" w:rsidRDefault="004A144E" w:rsidP="001629D7"/>
        </w:tc>
        <w:tc>
          <w:tcPr>
            <w:tcW w:w="2551" w:type="dxa"/>
          </w:tcPr>
          <w:p w14:paraId="7052C6CC" w14:textId="3F478A75" w:rsidR="004A144E" w:rsidRDefault="004A144E" w:rsidP="001629D7"/>
        </w:tc>
      </w:tr>
      <w:tr w:rsidR="004A144E" w14:paraId="0237D4C3" w14:textId="77777777" w:rsidTr="00627C43">
        <w:trPr>
          <w:trHeight w:val="295"/>
        </w:trPr>
        <w:tc>
          <w:tcPr>
            <w:tcW w:w="947" w:type="dxa"/>
          </w:tcPr>
          <w:p w14:paraId="76548AF2" w14:textId="77777777" w:rsidR="004A144E" w:rsidRDefault="004A144E" w:rsidP="001629D7">
            <w:r>
              <w:t>6</w:t>
            </w:r>
          </w:p>
        </w:tc>
        <w:tc>
          <w:tcPr>
            <w:tcW w:w="1594" w:type="dxa"/>
          </w:tcPr>
          <w:p w14:paraId="24635928" w14:textId="77777777" w:rsidR="004A144E" w:rsidRDefault="004A144E" w:rsidP="001629D7"/>
        </w:tc>
        <w:tc>
          <w:tcPr>
            <w:tcW w:w="1565" w:type="dxa"/>
          </w:tcPr>
          <w:p w14:paraId="12601519" w14:textId="77777777" w:rsidR="004A144E" w:rsidRDefault="004A144E" w:rsidP="001629D7"/>
        </w:tc>
        <w:tc>
          <w:tcPr>
            <w:tcW w:w="1985" w:type="dxa"/>
          </w:tcPr>
          <w:p w14:paraId="38AC8672" w14:textId="77777777" w:rsidR="004A144E" w:rsidRDefault="004A144E" w:rsidP="001629D7"/>
        </w:tc>
        <w:tc>
          <w:tcPr>
            <w:tcW w:w="2551" w:type="dxa"/>
          </w:tcPr>
          <w:p w14:paraId="689A4AE3" w14:textId="6BD72B7F" w:rsidR="004A144E" w:rsidRDefault="004A144E" w:rsidP="001629D7"/>
        </w:tc>
      </w:tr>
      <w:tr w:rsidR="004A144E" w14:paraId="75AF486D" w14:textId="77777777" w:rsidTr="00627C43">
        <w:trPr>
          <w:trHeight w:val="305"/>
        </w:trPr>
        <w:tc>
          <w:tcPr>
            <w:tcW w:w="947" w:type="dxa"/>
          </w:tcPr>
          <w:p w14:paraId="32E9FEB4" w14:textId="77777777" w:rsidR="004A144E" w:rsidRDefault="004A144E" w:rsidP="001629D7">
            <w:r>
              <w:t>7</w:t>
            </w:r>
          </w:p>
        </w:tc>
        <w:tc>
          <w:tcPr>
            <w:tcW w:w="1594" w:type="dxa"/>
          </w:tcPr>
          <w:p w14:paraId="55DD0C45" w14:textId="77777777" w:rsidR="004A144E" w:rsidRDefault="004A144E" w:rsidP="001629D7"/>
        </w:tc>
        <w:tc>
          <w:tcPr>
            <w:tcW w:w="1565" w:type="dxa"/>
          </w:tcPr>
          <w:p w14:paraId="1C2C8B7C" w14:textId="77777777" w:rsidR="004A144E" w:rsidRDefault="004A144E" w:rsidP="001629D7"/>
        </w:tc>
        <w:tc>
          <w:tcPr>
            <w:tcW w:w="1985" w:type="dxa"/>
          </w:tcPr>
          <w:p w14:paraId="3F18952F" w14:textId="77777777" w:rsidR="004A144E" w:rsidRDefault="004A144E" w:rsidP="001629D7"/>
        </w:tc>
        <w:tc>
          <w:tcPr>
            <w:tcW w:w="2551" w:type="dxa"/>
          </w:tcPr>
          <w:p w14:paraId="52B49B1B" w14:textId="4DAE9F0D" w:rsidR="004A144E" w:rsidRDefault="004A144E" w:rsidP="001629D7"/>
        </w:tc>
      </w:tr>
      <w:tr w:rsidR="004A144E" w14:paraId="219BE3F9" w14:textId="77777777" w:rsidTr="00627C43">
        <w:trPr>
          <w:trHeight w:val="295"/>
        </w:trPr>
        <w:tc>
          <w:tcPr>
            <w:tcW w:w="947" w:type="dxa"/>
          </w:tcPr>
          <w:p w14:paraId="607A73D5" w14:textId="77777777" w:rsidR="004A144E" w:rsidRDefault="004A144E" w:rsidP="001629D7">
            <w:r>
              <w:t>8</w:t>
            </w:r>
          </w:p>
        </w:tc>
        <w:tc>
          <w:tcPr>
            <w:tcW w:w="1594" w:type="dxa"/>
          </w:tcPr>
          <w:p w14:paraId="54BAA47E" w14:textId="77777777" w:rsidR="004A144E" w:rsidRDefault="004A144E" w:rsidP="001629D7"/>
        </w:tc>
        <w:tc>
          <w:tcPr>
            <w:tcW w:w="1565" w:type="dxa"/>
          </w:tcPr>
          <w:p w14:paraId="1745681E" w14:textId="77777777" w:rsidR="004A144E" w:rsidRDefault="004A144E" w:rsidP="001629D7"/>
        </w:tc>
        <w:tc>
          <w:tcPr>
            <w:tcW w:w="1985" w:type="dxa"/>
          </w:tcPr>
          <w:p w14:paraId="3D2B9ABD" w14:textId="77777777" w:rsidR="004A144E" w:rsidRDefault="004A144E" w:rsidP="001629D7"/>
        </w:tc>
        <w:tc>
          <w:tcPr>
            <w:tcW w:w="2551" w:type="dxa"/>
          </w:tcPr>
          <w:p w14:paraId="1A1B3A65" w14:textId="2D1FEF49" w:rsidR="004A144E" w:rsidRDefault="004A144E" w:rsidP="001629D7"/>
        </w:tc>
      </w:tr>
    </w:tbl>
    <w:p w14:paraId="350DDD9F" w14:textId="77777777" w:rsidR="00384F14" w:rsidRPr="00EB0C4A" w:rsidRDefault="00384F14" w:rsidP="00290ADE"/>
    <w:p w14:paraId="4572F3BB" w14:textId="42FB2DD4" w:rsidR="00B93B9B" w:rsidRPr="00592FEA" w:rsidRDefault="00290ADE" w:rsidP="00491C1A">
      <w:pPr>
        <w:spacing w:line="240" w:lineRule="auto"/>
        <w:rPr>
          <w:rFonts w:cs="Arial"/>
          <w:szCs w:val="24"/>
          <w:lang w:val="en-GB"/>
        </w:rPr>
      </w:pPr>
      <w:r w:rsidRPr="00592FEA">
        <w:rPr>
          <w:rFonts w:cs="Arial"/>
          <w:szCs w:val="24"/>
          <w:lang w:val="sr-Latn-CS"/>
        </w:rPr>
        <w:t>Napomen</w:t>
      </w:r>
      <w:r w:rsidR="009C1F93" w:rsidRPr="00592FEA">
        <w:rPr>
          <w:rFonts w:cs="Arial"/>
          <w:szCs w:val="24"/>
          <w:lang w:val="sr-Latn-CS"/>
        </w:rPr>
        <w:t>e</w:t>
      </w:r>
      <w:r w:rsidR="00B93B9B">
        <w:rPr>
          <w:rFonts w:cs="Arial"/>
          <w:szCs w:val="24"/>
          <w:lang w:val="en-GB"/>
        </w:rPr>
        <w:t>:</w:t>
      </w:r>
    </w:p>
    <w:p w14:paraId="3B854251" w14:textId="6272FFA7" w:rsidR="001F1830" w:rsidRDefault="00290ADE" w:rsidP="00D20C6C">
      <w:pPr>
        <w:pStyle w:val="ListParagraph"/>
        <w:numPr>
          <w:ilvl w:val="0"/>
          <w:numId w:val="44"/>
        </w:numPr>
        <w:jc w:val="both"/>
      </w:pPr>
      <w:proofErr w:type="spellStart"/>
      <w:r w:rsidRPr="00EB0C4A">
        <w:t>Mjesto</w:t>
      </w:r>
      <w:proofErr w:type="spellEnd"/>
      <w:r w:rsidRPr="00EB0C4A">
        <w:t xml:space="preserve"> za </w:t>
      </w:r>
      <w:proofErr w:type="spellStart"/>
      <w:r w:rsidRPr="00EB0C4A">
        <w:t>uzorkovanje</w:t>
      </w:r>
      <w:proofErr w:type="spellEnd"/>
      <w:r w:rsidRPr="00EB0C4A">
        <w:t xml:space="preserve"> mora </w:t>
      </w:r>
      <w:proofErr w:type="spellStart"/>
      <w:r w:rsidRPr="00EB0C4A">
        <w:t>biti</w:t>
      </w:r>
      <w:proofErr w:type="spellEnd"/>
      <w:r w:rsidRPr="00EB0C4A">
        <w:t xml:space="preserve"> </w:t>
      </w:r>
      <w:proofErr w:type="spellStart"/>
      <w:r w:rsidRPr="00EB0C4A">
        <w:t>dostupno</w:t>
      </w:r>
      <w:proofErr w:type="spellEnd"/>
      <w:r w:rsidR="00374904">
        <w:t xml:space="preserve"> u </w:t>
      </w:r>
      <w:proofErr w:type="spellStart"/>
      <w:r w:rsidR="00374904">
        <w:t>skladu</w:t>
      </w:r>
      <w:proofErr w:type="spellEnd"/>
      <w:r w:rsidR="00374904">
        <w:t xml:space="preserve"> </w:t>
      </w:r>
      <w:proofErr w:type="spellStart"/>
      <w:r w:rsidR="00374904">
        <w:t>sa</w:t>
      </w:r>
      <w:proofErr w:type="spellEnd"/>
      <w:r w:rsidR="00374904">
        <w:t xml:space="preserve"> </w:t>
      </w:r>
      <w:proofErr w:type="spellStart"/>
      <w:r w:rsidR="00374904">
        <w:t>standardom</w:t>
      </w:r>
      <w:proofErr w:type="spellEnd"/>
      <w:r w:rsidR="00374904">
        <w:t xml:space="preserve"> MEST EN ISO 3170</w:t>
      </w:r>
      <w:r w:rsidRPr="00EB0C4A">
        <w:t xml:space="preserve">. </w:t>
      </w:r>
    </w:p>
    <w:p w14:paraId="7A4884A1" w14:textId="2DFE9453" w:rsidR="00A117E6" w:rsidRDefault="001F1830" w:rsidP="00627C43">
      <w:pPr>
        <w:pStyle w:val="ListParagraph"/>
        <w:numPr>
          <w:ilvl w:val="0"/>
          <w:numId w:val="44"/>
        </w:numPr>
        <w:jc w:val="both"/>
      </w:pPr>
      <w:r w:rsidRPr="005B6DBB">
        <w:rPr>
          <w:rFonts w:cs="Arial"/>
          <w:szCs w:val="24"/>
          <w:lang w:val="sr-Latn-CS"/>
        </w:rPr>
        <w:t>Podaci o obvezniku markiranja se dostavljaju u skladu sa Pravilnikom o bližem načinu markiranja tečnih goriva naftnog porijekla i biogoriva, bližem načinu mjerenja koncentracije markera u tečnim gorivima naftnog porijekla i biogorivima i obrascu potvrde o izvršenom markiranju tečnih goriva naftnog porijekla i biogoriva</w:t>
      </w:r>
      <w:r w:rsidR="00A117E6">
        <w:br w:type="page"/>
      </w:r>
    </w:p>
    <w:p w14:paraId="4236EB0B" w14:textId="5168043A" w:rsidR="00A117E6" w:rsidRPr="00EB62D1" w:rsidRDefault="00A117E6" w:rsidP="00A117E6">
      <w:pPr>
        <w:pStyle w:val="Heading1"/>
      </w:pPr>
      <w:bookmarkStart w:id="45" w:name="_Toc239638009"/>
      <w:bookmarkStart w:id="46" w:name="_Toc240964546"/>
      <w:proofErr w:type="spellStart"/>
      <w:r>
        <w:lastRenderedPageBreak/>
        <w:t>Prilog</w:t>
      </w:r>
      <w:proofErr w:type="spellEnd"/>
      <w:r>
        <w:t xml:space="preserve"> 2 – PODACI SADRŽANI U POTVRDI O IZVRŠENOM MARKIRANJU</w:t>
      </w:r>
      <w:r w:rsidR="004B714B">
        <w:t xml:space="preserve"> </w:t>
      </w:r>
      <w:r w:rsidR="009E09EB">
        <w:t xml:space="preserve">GORIVA U </w:t>
      </w:r>
      <w:r w:rsidR="004B714B">
        <w:t>AUTOCISTERNI</w:t>
      </w:r>
      <w:bookmarkEnd w:id="45"/>
      <w:bookmarkEnd w:id="46"/>
    </w:p>
    <w:p w14:paraId="22CBAC13" w14:textId="6FDEE237" w:rsidR="00A97B6E" w:rsidRPr="001F1830" w:rsidRDefault="00A97B6E" w:rsidP="00A97B6E">
      <w:pPr>
        <w:spacing w:line="240" w:lineRule="auto"/>
        <w:rPr>
          <w:rFonts w:cs="Arial"/>
          <w:szCs w:val="24"/>
          <w:lang w:val="sr-Latn-ME"/>
        </w:rPr>
      </w:pPr>
      <w:r w:rsidRPr="001F1830">
        <w:rPr>
          <w:rFonts w:cs="Arial"/>
          <w:szCs w:val="24"/>
          <w:lang w:val="sr-Latn-CS"/>
        </w:rPr>
        <w:t>Potvrda o izvr</w:t>
      </w:r>
      <w:r w:rsidRPr="001F1830">
        <w:rPr>
          <w:rFonts w:cs="Arial"/>
          <w:szCs w:val="24"/>
          <w:lang w:val="sr-Latn-ME"/>
        </w:rPr>
        <w:t xml:space="preserve">šenom markiranju </w:t>
      </w:r>
      <w:r w:rsidR="00FE72CB" w:rsidRPr="001F1830">
        <w:rPr>
          <w:rFonts w:cs="Arial"/>
          <w:szCs w:val="24"/>
          <w:lang w:val="sr-Latn-ME"/>
        </w:rPr>
        <w:t xml:space="preserve">autocisterni </w:t>
      </w:r>
      <w:r w:rsidRPr="001F1830">
        <w:rPr>
          <w:rFonts w:cs="Arial"/>
          <w:szCs w:val="24"/>
          <w:lang w:val="sr-Latn-ME"/>
        </w:rPr>
        <w:t>najmanje mora da sadrži:</w:t>
      </w:r>
    </w:p>
    <w:p w14:paraId="2DF235D6" w14:textId="723F6581" w:rsidR="007D0068" w:rsidRPr="001F1830" w:rsidRDefault="00486F02" w:rsidP="007D0068">
      <w:pPr>
        <w:pStyle w:val="ListParagraph"/>
        <w:numPr>
          <w:ilvl w:val="0"/>
          <w:numId w:val="16"/>
        </w:numPr>
        <w:spacing w:line="240" w:lineRule="auto"/>
        <w:rPr>
          <w:rFonts w:cs="Arial"/>
          <w:szCs w:val="24"/>
          <w:lang w:val="sr-Latn-CS"/>
        </w:rPr>
      </w:pPr>
      <w:r w:rsidRPr="001F1830">
        <w:rPr>
          <w:rFonts w:cs="Arial"/>
          <w:szCs w:val="24"/>
          <w:lang w:val="sr-Latn-CS"/>
        </w:rPr>
        <w:t>Podatke o o</w:t>
      </w:r>
      <w:r w:rsidR="007D0068" w:rsidRPr="001F1830">
        <w:rPr>
          <w:rFonts w:cs="Arial"/>
          <w:szCs w:val="24"/>
          <w:lang w:val="sr-Latn-CS"/>
        </w:rPr>
        <w:t>bveznik</w:t>
      </w:r>
      <w:r w:rsidRPr="001F1830">
        <w:rPr>
          <w:rFonts w:cs="Arial"/>
          <w:szCs w:val="24"/>
          <w:lang w:val="sr-Latn-CS"/>
        </w:rPr>
        <w:t>u</w:t>
      </w:r>
      <w:r w:rsidR="007D0068" w:rsidRPr="001F1830">
        <w:rPr>
          <w:rFonts w:cs="Arial"/>
          <w:szCs w:val="24"/>
          <w:lang w:val="sr-Latn-CS"/>
        </w:rPr>
        <w:t xml:space="preserve"> markiranja</w:t>
      </w:r>
    </w:p>
    <w:p w14:paraId="400830ED" w14:textId="0526034C" w:rsidR="007D0068" w:rsidRPr="001F1830" w:rsidRDefault="007D0068" w:rsidP="007D0068">
      <w:pPr>
        <w:pStyle w:val="ListParagraph"/>
        <w:numPr>
          <w:ilvl w:val="0"/>
          <w:numId w:val="16"/>
        </w:numPr>
        <w:spacing w:line="240" w:lineRule="auto"/>
        <w:rPr>
          <w:rFonts w:cs="Arial"/>
          <w:szCs w:val="24"/>
          <w:lang w:val="sr-Latn-CS"/>
        </w:rPr>
      </w:pPr>
      <w:r w:rsidRPr="001F1830">
        <w:rPr>
          <w:rFonts w:cs="Arial"/>
          <w:szCs w:val="24"/>
          <w:lang w:val="sr-Latn-CS"/>
        </w:rPr>
        <w:t>Vrst</w:t>
      </w:r>
      <w:r w:rsidR="00486F02" w:rsidRPr="001F1830">
        <w:rPr>
          <w:rFonts w:cs="Arial"/>
          <w:szCs w:val="24"/>
          <w:lang w:val="sr-Latn-CS"/>
        </w:rPr>
        <w:t>a</w:t>
      </w:r>
      <w:r w:rsidRPr="001F1830">
        <w:rPr>
          <w:rFonts w:cs="Arial"/>
          <w:szCs w:val="24"/>
          <w:lang w:val="sr-Latn-CS"/>
        </w:rPr>
        <w:t xml:space="preserve"> derivata nafte </w:t>
      </w:r>
    </w:p>
    <w:p w14:paraId="4D79E5E8" w14:textId="77777777" w:rsidR="007D0E21" w:rsidRPr="00627C43" w:rsidRDefault="007D0E21" w:rsidP="007D0E21">
      <w:pPr>
        <w:pStyle w:val="ListParagraph"/>
        <w:numPr>
          <w:ilvl w:val="0"/>
          <w:numId w:val="16"/>
        </w:numPr>
        <w:spacing w:line="240" w:lineRule="auto"/>
        <w:ind w:left="720"/>
        <w:rPr>
          <w:rFonts w:cs="Times New Roman"/>
          <w:szCs w:val="24"/>
          <w:lang w:val="sr-Latn-CS"/>
        </w:rPr>
      </w:pPr>
      <w:r w:rsidRPr="00627C43">
        <w:rPr>
          <w:rFonts w:cs="Times New Roman"/>
          <w:szCs w:val="24"/>
          <w:lang w:val="sr-Latn-CS"/>
        </w:rPr>
        <w:t>Registarska oznaka teretnog/vu</w:t>
      </w:r>
      <w:r w:rsidRPr="00627C43">
        <w:rPr>
          <w:rFonts w:cs="Times New Roman"/>
          <w:szCs w:val="24"/>
          <w:lang w:val="sr-Latn-ME"/>
        </w:rPr>
        <w:t>čnog vozila</w:t>
      </w:r>
    </w:p>
    <w:p w14:paraId="5875D5DD" w14:textId="77777777" w:rsidR="007D0E21" w:rsidRPr="00627C43" w:rsidRDefault="007D0E21" w:rsidP="007D0E21">
      <w:pPr>
        <w:pStyle w:val="ListParagraph"/>
        <w:numPr>
          <w:ilvl w:val="0"/>
          <w:numId w:val="16"/>
        </w:numPr>
        <w:spacing w:line="240" w:lineRule="auto"/>
        <w:ind w:left="720"/>
        <w:rPr>
          <w:rFonts w:cs="Times New Roman"/>
          <w:szCs w:val="24"/>
          <w:lang w:val="sr-Latn-CS"/>
        </w:rPr>
      </w:pPr>
      <w:r w:rsidRPr="00627C43">
        <w:rPr>
          <w:rFonts w:cs="Times New Roman"/>
          <w:szCs w:val="24"/>
          <w:lang w:val="sr-Latn-CS"/>
        </w:rPr>
        <w:t>Registarska oznaka pri</w:t>
      </w:r>
      <w:proofErr w:type="spellStart"/>
      <w:r w:rsidRPr="00627C43">
        <w:rPr>
          <w:rFonts w:cs="Times New Roman"/>
          <w:szCs w:val="24"/>
          <w:lang w:val="en-GB"/>
        </w:rPr>
        <w:t>ključnog</w:t>
      </w:r>
      <w:proofErr w:type="spellEnd"/>
      <w:r w:rsidRPr="00627C43">
        <w:rPr>
          <w:rFonts w:cs="Times New Roman"/>
          <w:szCs w:val="24"/>
          <w:lang w:val="en-GB"/>
        </w:rPr>
        <w:t xml:space="preserve"> </w:t>
      </w:r>
      <w:proofErr w:type="spellStart"/>
      <w:r w:rsidRPr="00627C43">
        <w:rPr>
          <w:rFonts w:cs="Times New Roman"/>
          <w:szCs w:val="24"/>
          <w:lang w:val="en-GB"/>
        </w:rPr>
        <w:t>vozila</w:t>
      </w:r>
      <w:proofErr w:type="spellEnd"/>
      <w:r w:rsidRPr="00627C43">
        <w:rPr>
          <w:rFonts w:cs="Times New Roman"/>
          <w:szCs w:val="24"/>
          <w:lang w:val="en-GB"/>
        </w:rPr>
        <w:t xml:space="preserve"> </w:t>
      </w:r>
    </w:p>
    <w:p w14:paraId="3B9A5E4B" w14:textId="77777777" w:rsidR="007D0E21" w:rsidRPr="00627C43" w:rsidRDefault="007D0E21" w:rsidP="007D0E21">
      <w:pPr>
        <w:pStyle w:val="ListParagraph"/>
        <w:numPr>
          <w:ilvl w:val="0"/>
          <w:numId w:val="16"/>
        </w:numPr>
        <w:spacing w:line="240" w:lineRule="auto"/>
        <w:ind w:left="720"/>
        <w:rPr>
          <w:rFonts w:cs="Times New Roman"/>
          <w:szCs w:val="24"/>
          <w:lang w:val="sr-Latn-CS"/>
        </w:rPr>
      </w:pPr>
      <w:r w:rsidRPr="00627C43">
        <w:rPr>
          <w:rFonts w:cs="Times New Roman"/>
          <w:szCs w:val="24"/>
          <w:lang w:val="sr-Latn-CS"/>
        </w:rPr>
        <w:t>Ime dodatog markera</w:t>
      </w:r>
    </w:p>
    <w:p w14:paraId="6DABB174" w14:textId="77777777" w:rsidR="007D0E21" w:rsidRPr="00627C43" w:rsidRDefault="007D0E21" w:rsidP="007D0E21">
      <w:pPr>
        <w:pStyle w:val="ListParagraph"/>
        <w:numPr>
          <w:ilvl w:val="0"/>
          <w:numId w:val="16"/>
        </w:numPr>
        <w:spacing w:line="240" w:lineRule="auto"/>
        <w:ind w:left="720"/>
        <w:rPr>
          <w:rFonts w:cs="Times New Roman"/>
          <w:szCs w:val="24"/>
          <w:lang w:val="sr-Latn-CS"/>
        </w:rPr>
      </w:pPr>
      <w:proofErr w:type="spellStart"/>
      <w:r w:rsidRPr="00627C43">
        <w:rPr>
          <w:rFonts w:cs="Times New Roman"/>
          <w:szCs w:val="24"/>
        </w:rPr>
        <w:t>Jedinstveni</w:t>
      </w:r>
      <w:proofErr w:type="spellEnd"/>
      <w:r w:rsidRPr="00627C43">
        <w:rPr>
          <w:rFonts w:cs="Times New Roman"/>
          <w:szCs w:val="24"/>
        </w:rPr>
        <w:t xml:space="preserve"> </w:t>
      </w:r>
      <w:proofErr w:type="spellStart"/>
      <w:r w:rsidRPr="00627C43">
        <w:rPr>
          <w:rFonts w:cs="Times New Roman"/>
          <w:szCs w:val="24"/>
        </w:rPr>
        <w:t>identifikacioni</w:t>
      </w:r>
      <w:proofErr w:type="spellEnd"/>
      <w:r w:rsidRPr="00627C43">
        <w:rPr>
          <w:rFonts w:cs="Times New Roman"/>
          <w:szCs w:val="24"/>
        </w:rPr>
        <w:t xml:space="preserve"> </w:t>
      </w:r>
      <w:proofErr w:type="spellStart"/>
      <w:r w:rsidRPr="00627C43">
        <w:rPr>
          <w:rFonts w:cs="Times New Roman"/>
          <w:szCs w:val="24"/>
        </w:rPr>
        <w:t>broj</w:t>
      </w:r>
      <w:proofErr w:type="spellEnd"/>
      <w:r w:rsidRPr="00627C43">
        <w:rPr>
          <w:rFonts w:cs="Times New Roman"/>
          <w:szCs w:val="24"/>
        </w:rPr>
        <w:t xml:space="preserve"> </w:t>
      </w:r>
      <w:proofErr w:type="spellStart"/>
      <w:r w:rsidRPr="00627C43">
        <w:rPr>
          <w:rFonts w:cs="Times New Roman"/>
          <w:szCs w:val="24"/>
        </w:rPr>
        <w:t>kanistera</w:t>
      </w:r>
      <w:proofErr w:type="spellEnd"/>
      <w:r w:rsidRPr="00627C43">
        <w:rPr>
          <w:rFonts w:cs="Times New Roman"/>
          <w:szCs w:val="24"/>
          <w:lang w:val="en-GB"/>
        </w:rPr>
        <w:t xml:space="preserve"> </w:t>
      </w:r>
      <w:proofErr w:type="spellStart"/>
      <w:r w:rsidRPr="00627C43">
        <w:rPr>
          <w:rFonts w:cs="Times New Roman"/>
          <w:szCs w:val="24"/>
          <w:lang w:val="en-GB"/>
        </w:rPr>
        <w:t>sa</w:t>
      </w:r>
      <w:proofErr w:type="spellEnd"/>
      <w:r w:rsidRPr="00627C43">
        <w:rPr>
          <w:rFonts w:cs="Times New Roman"/>
          <w:szCs w:val="24"/>
          <w:lang w:val="en-GB"/>
        </w:rPr>
        <w:t xml:space="preserve"> </w:t>
      </w:r>
      <w:proofErr w:type="spellStart"/>
      <w:r w:rsidRPr="00627C43">
        <w:rPr>
          <w:rFonts w:cs="Times New Roman"/>
          <w:szCs w:val="24"/>
          <w:lang w:val="en-GB"/>
        </w:rPr>
        <w:t>markerom</w:t>
      </w:r>
      <w:proofErr w:type="spellEnd"/>
    </w:p>
    <w:p w14:paraId="6EC39737" w14:textId="77777777" w:rsidR="007D0E21" w:rsidRPr="00627C43" w:rsidRDefault="007D0E21" w:rsidP="007D0E21">
      <w:pPr>
        <w:pStyle w:val="ListParagraph"/>
        <w:numPr>
          <w:ilvl w:val="0"/>
          <w:numId w:val="16"/>
        </w:numPr>
        <w:spacing w:line="240" w:lineRule="auto"/>
        <w:ind w:left="720"/>
        <w:rPr>
          <w:rFonts w:cs="Times New Roman"/>
          <w:szCs w:val="24"/>
          <w:lang w:val="sr-Latn-CS"/>
        </w:rPr>
      </w:pPr>
      <w:proofErr w:type="spellStart"/>
      <w:r w:rsidRPr="00627C43">
        <w:rPr>
          <w:rFonts w:cs="Times New Roman"/>
          <w:szCs w:val="24"/>
          <w:lang w:val="en-GB"/>
        </w:rPr>
        <w:t>Broj</w:t>
      </w:r>
      <w:proofErr w:type="spellEnd"/>
      <w:r w:rsidRPr="00627C43">
        <w:rPr>
          <w:rFonts w:cs="Times New Roman"/>
          <w:szCs w:val="24"/>
          <w:lang w:val="en-GB"/>
        </w:rPr>
        <w:t xml:space="preserve"> </w:t>
      </w:r>
      <w:proofErr w:type="spellStart"/>
      <w:r w:rsidRPr="00627C43">
        <w:rPr>
          <w:rFonts w:cs="Times New Roman"/>
          <w:szCs w:val="24"/>
          <w:lang w:val="en-GB"/>
        </w:rPr>
        <w:t>komore</w:t>
      </w:r>
      <w:proofErr w:type="spellEnd"/>
      <w:r w:rsidRPr="00627C43">
        <w:rPr>
          <w:rFonts w:cs="Times New Roman"/>
          <w:szCs w:val="24"/>
          <w:lang w:val="en-GB"/>
        </w:rPr>
        <w:t xml:space="preserve"> </w:t>
      </w:r>
    </w:p>
    <w:p w14:paraId="608CFE5B" w14:textId="77777777" w:rsidR="007D0E21" w:rsidRPr="00627C43" w:rsidRDefault="007D0E21" w:rsidP="007D0E21">
      <w:pPr>
        <w:pStyle w:val="ListParagraph"/>
        <w:numPr>
          <w:ilvl w:val="0"/>
          <w:numId w:val="16"/>
        </w:numPr>
        <w:spacing w:line="240" w:lineRule="auto"/>
        <w:ind w:left="720"/>
        <w:rPr>
          <w:rFonts w:cs="Times New Roman"/>
          <w:szCs w:val="24"/>
          <w:lang w:val="sr-Latn-CS"/>
        </w:rPr>
      </w:pPr>
      <w:r w:rsidRPr="00627C43">
        <w:rPr>
          <w:rFonts w:cs="Times New Roman"/>
          <w:szCs w:val="24"/>
          <w:lang w:val="sr-Latn-CS"/>
        </w:rPr>
        <w:t>Količina goriva po komori (l)</w:t>
      </w:r>
    </w:p>
    <w:p w14:paraId="1C06E01F" w14:textId="77777777" w:rsidR="007D0E21" w:rsidRPr="00627C43" w:rsidRDefault="007D0E21" w:rsidP="007D0E21">
      <w:pPr>
        <w:pStyle w:val="ListParagraph"/>
        <w:numPr>
          <w:ilvl w:val="0"/>
          <w:numId w:val="16"/>
        </w:numPr>
        <w:spacing w:line="240" w:lineRule="auto"/>
        <w:ind w:left="720"/>
        <w:rPr>
          <w:rFonts w:cs="Times New Roman"/>
          <w:szCs w:val="24"/>
          <w:lang w:val="sr-Latn-CS"/>
        </w:rPr>
      </w:pPr>
      <w:r w:rsidRPr="00627C43">
        <w:rPr>
          <w:rFonts w:cs="Times New Roman"/>
          <w:szCs w:val="24"/>
          <w:lang w:val="sr-Latn-CS"/>
        </w:rPr>
        <w:t>Količina dodatog markera po komori (g)</w:t>
      </w:r>
    </w:p>
    <w:p w14:paraId="4ED0D0CA" w14:textId="77777777" w:rsidR="007D0E21" w:rsidRPr="00627C43" w:rsidRDefault="007D0E21" w:rsidP="007D0E21">
      <w:pPr>
        <w:pStyle w:val="ListParagraph"/>
        <w:numPr>
          <w:ilvl w:val="0"/>
          <w:numId w:val="16"/>
        </w:numPr>
        <w:spacing w:line="240" w:lineRule="auto"/>
        <w:ind w:left="720"/>
        <w:rPr>
          <w:rFonts w:cs="Times New Roman"/>
          <w:szCs w:val="24"/>
          <w:lang w:val="sr-Latn-CS"/>
        </w:rPr>
      </w:pPr>
      <w:r w:rsidRPr="00627C43">
        <w:rPr>
          <w:rFonts w:cs="Times New Roman"/>
          <w:szCs w:val="24"/>
          <w:lang w:val="sr-Latn-CS"/>
        </w:rPr>
        <w:t>Ukupna koli</w:t>
      </w:r>
      <w:r w:rsidRPr="00627C43">
        <w:rPr>
          <w:rFonts w:cs="Times New Roman"/>
          <w:szCs w:val="24"/>
          <w:lang w:val="sr-Latn-ME"/>
        </w:rPr>
        <w:t>čina goriva u cisterni (l)</w:t>
      </w:r>
    </w:p>
    <w:p w14:paraId="3BE6B2D2" w14:textId="77777777" w:rsidR="007D0E21" w:rsidRPr="00627C43" w:rsidRDefault="007D0E21" w:rsidP="007D0E21">
      <w:pPr>
        <w:pStyle w:val="ListParagraph"/>
        <w:numPr>
          <w:ilvl w:val="0"/>
          <w:numId w:val="16"/>
        </w:numPr>
        <w:spacing w:line="240" w:lineRule="auto"/>
        <w:ind w:left="720"/>
        <w:rPr>
          <w:rFonts w:cs="Times New Roman"/>
          <w:szCs w:val="24"/>
          <w:lang w:val="sr-Latn-CS"/>
        </w:rPr>
      </w:pPr>
      <w:r w:rsidRPr="00627C43">
        <w:rPr>
          <w:rFonts w:cs="Times New Roman"/>
          <w:szCs w:val="24"/>
          <w:lang w:val="sr-Latn-ME"/>
        </w:rPr>
        <w:t>Ukupna količina markera dodata u cisternu (g)</w:t>
      </w:r>
    </w:p>
    <w:p w14:paraId="1C66E92C" w14:textId="25F7BC97" w:rsidR="007D0E21" w:rsidRPr="00627C43" w:rsidRDefault="007D0E21" w:rsidP="007D0E21">
      <w:pPr>
        <w:pStyle w:val="ListParagraph"/>
        <w:numPr>
          <w:ilvl w:val="0"/>
          <w:numId w:val="16"/>
        </w:numPr>
        <w:spacing w:line="240" w:lineRule="auto"/>
        <w:ind w:left="720"/>
        <w:rPr>
          <w:rFonts w:cs="Times New Roman"/>
          <w:szCs w:val="24"/>
          <w:lang w:val="sr-Latn-CS"/>
        </w:rPr>
      </w:pPr>
      <w:r w:rsidRPr="00627C43">
        <w:rPr>
          <w:rFonts w:cs="Times New Roman"/>
          <w:szCs w:val="24"/>
          <w:lang w:val="sr-Latn-CS"/>
        </w:rPr>
        <w:t>Datum i vrijeme početka markiranja*</w:t>
      </w:r>
    </w:p>
    <w:p w14:paraId="330C1061" w14:textId="77777777" w:rsidR="007D0E21" w:rsidRPr="00627C43" w:rsidRDefault="007D0E21" w:rsidP="007D0E21">
      <w:pPr>
        <w:pStyle w:val="ListParagraph"/>
        <w:numPr>
          <w:ilvl w:val="0"/>
          <w:numId w:val="16"/>
        </w:numPr>
        <w:spacing w:line="240" w:lineRule="auto"/>
        <w:ind w:left="720"/>
        <w:rPr>
          <w:rFonts w:cs="Times New Roman"/>
          <w:szCs w:val="24"/>
          <w:lang w:val="sr-Latn-CS"/>
        </w:rPr>
      </w:pPr>
      <w:r w:rsidRPr="00627C43">
        <w:rPr>
          <w:rFonts w:cs="Times New Roman"/>
          <w:szCs w:val="24"/>
          <w:lang w:val="sr-Latn-CS"/>
        </w:rPr>
        <w:t>Datum i vrijeme izdavanja potvrde</w:t>
      </w:r>
    </w:p>
    <w:p w14:paraId="70DD3972" w14:textId="77777777" w:rsidR="007D0E21" w:rsidRPr="00627C43" w:rsidRDefault="007D0E21" w:rsidP="007D0E21">
      <w:pPr>
        <w:pStyle w:val="ListParagraph"/>
        <w:numPr>
          <w:ilvl w:val="0"/>
          <w:numId w:val="16"/>
        </w:numPr>
        <w:spacing w:line="240" w:lineRule="auto"/>
        <w:ind w:left="720"/>
        <w:rPr>
          <w:rFonts w:cs="Times New Roman"/>
          <w:szCs w:val="24"/>
          <w:lang w:val="sr-Latn-CS"/>
        </w:rPr>
      </w:pPr>
      <w:r w:rsidRPr="00627C43">
        <w:rPr>
          <w:rFonts w:cs="Times New Roman"/>
          <w:szCs w:val="24"/>
          <w:lang w:val="sr-Latn-CS"/>
        </w:rPr>
        <w:t>Broj dokumenta</w:t>
      </w:r>
    </w:p>
    <w:p w14:paraId="71F1ACF1" w14:textId="77777777" w:rsidR="007D0E21" w:rsidRPr="00627C43" w:rsidRDefault="007D0E21" w:rsidP="007D0E21">
      <w:pPr>
        <w:pStyle w:val="ListParagraph"/>
        <w:numPr>
          <w:ilvl w:val="0"/>
          <w:numId w:val="16"/>
        </w:numPr>
        <w:spacing w:line="240" w:lineRule="auto"/>
        <w:ind w:left="720"/>
        <w:rPr>
          <w:rFonts w:cs="Times New Roman"/>
          <w:szCs w:val="24"/>
          <w:lang w:val="sr-Latn-CS"/>
        </w:rPr>
      </w:pPr>
      <w:r w:rsidRPr="00627C43">
        <w:rPr>
          <w:rFonts w:cs="Times New Roman"/>
          <w:szCs w:val="24"/>
          <w:lang w:val="sr-Latn-CS"/>
        </w:rPr>
        <w:t>Potpis lica koje je izvršilo merenje količine markera</w:t>
      </w:r>
    </w:p>
    <w:p w14:paraId="5F84945B" w14:textId="77777777" w:rsidR="007D0E21" w:rsidRPr="00627C43" w:rsidRDefault="007D0E21" w:rsidP="007D0E21">
      <w:pPr>
        <w:pStyle w:val="ListParagraph"/>
        <w:numPr>
          <w:ilvl w:val="0"/>
          <w:numId w:val="16"/>
        </w:numPr>
        <w:spacing w:line="240" w:lineRule="auto"/>
        <w:ind w:left="720"/>
        <w:rPr>
          <w:rFonts w:cs="Times New Roman"/>
          <w:szCs w:val="24"/>
          <w:lang w:val="sr-Latn-CS"/>
        </w:rPr>
      </w:pPr>
      <w:r w:rsidRPr="00627C43">
        <w:rPr>
          <w:rFonts w:cs="Times New Roman"/>
          <w:szCs w:val="24"/>
          <w:lang w:val="sr-Latn-CS"/>
        </w:rPr>
        <w:t xml:space="preserve">Potpis lica koje je izvršilo dodavanje markera </w:t>
      </w:r>
    </w:p>
    <w:p w14:paraId="7C3C5C2B" w14:textId="77777777" w:rsidR="007D0E21" w:rsidRDefault="007D0E21" w:rsidP="007D0E21">
      <w:pPr>
        <w:pStyle w:val="ListParagraph"/>
        <w:numPr>
          <w:ilvl w:val="0"/>
          <w:numId w:val="16"/>
        </w:numPr>
        <w:spacing w:line="240" w:lineRule="auto"/>
        <w:ind w:left="720"/>
        <w:rPr>
          <w:rFonts w:cs="Times New Roman"/>
          <w:szCs w:val="24"/>
          <w:lang w:val="sr-Latn-CS"/>
        </w:rPr>
      </w:pPr>
      <w:r w:rsidRPr="00627C43">
        <w:rPr>
          <w:rFonts w:cs="Times New Roman"/>
          <w:szCs w:val="24"/>
          <w:lang w:val="sr-Latn-CS"/>
        </w:rPr>
        <w:t>Potpis lica koje verifikuje dodavanje markera (vozač)</w:t>
      </w:r>
    </w:p>
    <w:p w14:paraId="6698F5E9" w14:textId="77777777" w:rsidR="001F1830" w:rsidRDefault="001F1830" w:rsidP="00627C43">
      <w:pPr>
        <w:pStyle w:val="ListParagraph"/>
        <w:spacing w:line="240" w:lineRule="auto"/>
        <w:rPr>
          <w:rFonts w:cs="Times New Roman"/>
          <w:szCs w:val="24"/>
          <w:lang w:val="sr-Latn-CS"/>
        </w:rPr>
      </w:pPr>
    </w:p>
    <w:p w14:paraId="565B6046" w14:textId="77777777" w:rsidR="001F1830" w:rsidRPr="00627C43" w:rsidRDefault="001F1830" w:rsidP="00627C43">
      <w:pPr>
        <w:pStyle w:val="ListParagraph"/>
        <w:spacing w:line="240" w:lineRule="auto"/>
        <w:rPr>
          <w:rFonts w:cs="Times New Roman"/>
          <w:szCs w:val="24"/>
          <w:lang w:val="sr-Latn-CS"/>
        </w:rPr>
      </w:pPr>
    </w:p>
    <w:p w14:paraId="4FC7B7DF" w14:textId="5F446429" w:rsidR="00384F14" w:rsidRPr="001F1830" w:rsidRDefault="001F1830" w:rsidP="00D20C6C">
      <w:pPr>
        <w:spacing w:line="240" w:lineRule="auto"/>
        <w:rPr>
          <w:rFonts w:cs="Arial"/>
          <w:szCs w:val="24"/>
          <w:lang w:val="sr-Latn-CS"/>
        </w:rPr>
      </w:pPr>
      <w:r>
        <w:rPr>
          <w:rFonts w:cs="Arial"/>
          <w:szCs w:val="24"/>
          <w:lang w:val="sr-Latn-CS"/>
        </w:rPr>
        <w:t>*</w:t>
      </w:r>
      <w:r w:rsidR="00384F14" w:rsidRPr="001F1830">
        <w:rPr>
          <w:rFonts w:cs="Arial"/>
          <w:szCs w:val="24"/>
          <w:lang w:val="sr-Latn-CS"/>
        </w:rPr>
        <w:t>Datum i vrijeme početka markiranja se definišu na sledeći način:</w:t>
      </w:r>
    </w:p>
    <w:p w14:paraId="3BE5C3BF" w14:textId="29CE0205" w:rsidR="00384F14" w:rsidRPr="001F1830" w:rsidRDefault="00384F14" w:rsidP="00D20C6C">
      <w:pPr>
        <w:spacing w:line="240" w:lineRule="auto"/>
        <w:rPr>
          <w:rFonts w:cs="Arial"/>
          <w:szCs w:val="24"/>
          <w:lang w:val="sr-Latn-CS"/>
        </w:rPr>
      </w:pPr>
      <w:r w:rsidRPr="001F1830">
        <w:rPr>
          <w:rFonts w:cs="Arial"/>
          <w:b/>
          <w:bCs/>
          <w:szCs w:val="24"/>
          <w:lang w:val="sr-Latn-CS"/>
        </w:rPr>
        <w:t>Markiranje na graničnom prijelazu</w:t>
      </w:r>
      <w:r w:rsidR="00B44DEE" w:rsidRPr="001F1830">
        <w:rPr>
          <w:rFonts w:cs="Arial"/>
          <w:b/>
          <w:bCs/>
          <w:szCs w:val="24"/>
          <w:lang w:val="sr-Latn-CS"/>
        </w:rPr>
        <w:t>:</w:t>
      </w:r>
      <w:r w:rsidRPr="001F1830">
        <w:rPr>
          <w:rFonts w:cs="Arial"/>
          <w:szCs w:val="24"/>
          <w:lang w:val="sr-Latn-CS"/>
        </w:rPr>
        <w:t xml:space="preserve"> trenutak skidanja plombe od strane predstavnika carine zbog sipanja markera u prevozno sredstvo sa gorivom</w:t>
      </w:r>
    </w:p>
    <w:p w14:paraId="25EE8A3C" w14:textId="5F305574" w:rsidR="001A43AE" w:rsidRPr="001A43AE" w:rsidRDefault="00384F14" w:rsidP="001A43AE">
      <w:pPr>
        <w:spacing w:line="240" w:lineRule="auto"/>
        <w:rPr>
          <w:lang w:val="en-GB"/>
        </w:rPr>
      </w:pPr>
      <w:r w:rsidRPr="001F1830">
        <w:rPr>
          <w:rFonts w:cs="Arial"/>
          <w:b/>
          <w:bCs/>
          <w:szCs w:val="24"/>
          <w:lang w:val="sr-Latn-CS"/>
        </w:rPr>
        <w:t xml:space="preserve">Markiranje na mestu utovara (Luka </w:t>
      </w:r>
      <w:r w:rsidR="00170CDD" w:rsidRPr="001F1830">
        <w:rPr>
          <w:rFonts w:cs="Arial"/>
          <w:b/>
          <w:bCs/>
          <w:szCs w:val="24"/>
          <w:lang w:val="sr-Latn-CS"/>
        </w:rPr>
        <w:t>Bar</w:t>
      </w:r>
      <w:r w:rsidRPr="001F1830">
        <w:rPr>
          <w:rFonts w:cs="Arial"/>
          <w:b/>
          <w:bCs/>
          <w:szCs w:val="24"/>
          <w:lang w:val="sr-Latn-CS"/>
        </w:rPr>
        <w:t>):</w:t>
      </w:r>
      <w:r w:rsidRPr="001F1830">
        <w:rPr>
          <w:rFonts w:cs="Arial"/>
          <w:szCs w:val="24"/>
          <w:lang w:val="sr-Latn-CS"/>
        </w:rPr>
        <w:t xml:space="preserve"> </w:t>
      </w:r>
      <w:proofErr w:type="spellStart"/>
      <w:r w:rsidR="001A43AE" w:rsidRPr="001A43AE">
        <w:rPr>
          <w:lang w:val="en-GB"/>
        </w:rPr>
        <w:t>vrijeme</w:t>
      </w:r>
      <w:proofErr w:type="spellEnd"/>
      <w:r w:rsidR="001A43AE" w:rsidRPr="001A43AE">
        <w:rPr>
          <w:lang w:val="en-GB"/>
        </w:rPr>
        <w:t xml:space="preserve"> </w:t>
      </w:r>
      <w:proofErr w:type="spellStart"/>
      <w:r w:rsidR="001A43AE" w:rsidRPr="001A43AE">
        <w:rPr>
          <w:lang w:val="en-GB"/>
        </w:rPr>
        <w:t>dolaska</w:t>
      </w:r>
      <w:proofErr w:type="spellEnd"/>
      <w:r w:rsidR="001A43AE" w:rsidRPr="001A43AE">
        <w:rPr>
          <w:lang w:val="en-GB"/>
        </w:rPr>
        <w:t xml:space="preserve"> auto-</w:t>
      </w:r>
      <w:proofErr w:type="spellStart"/>
      <w:r w:rsidR="001A43AE" w:rsidRPr="001A43AE">
        <w:rPr>
          <w:lang w:val="en-GB"/>
        </w:rPr>
        <w:t>cisterne</w:t>
      </w:r>
      <w:proofErr w:type="spellEnd"/>
      <w:r w:rsidR="001A43AE" w:rsidRPr="001A43AE">
        <w:rPr>
          <w:lang w:val="en-GB"/>
        </w:rPr>
        <w:t xml:space="preserve"> </w:t>
      </w:r>
      <w:proofErr w:type="spellStart"/>
      <w:r w:rsidR="001A43AE" w:rsidRPr="001A43AE">
        <w:rPr>
          <w:lang w:val="en-GB"/>
        </w:rPr>
        <w:t>na</w:t>
      </w:r>
      <w:proofErr w:type="spellEnd"/>
      <w:r w:rsidR="001A43AE" w:rsidRPr="001A43AE">
        <w:rPr>
          <w:lang w:val="en-GB"/>
        </w:rPr>
        <w:t xml:space="preserve"> auto-</w:t>
      </w:r>
      <w:proofErr w:type="spellStart"/>
      <w:r w:rsidR="001A43AE" w:rsidRPr="001A43AE">
        <w:rPr>
          <w:lang w:val="en-GB"/>
        </w:rPr>
        <w:t>punilište</w:t>
      </w:r>
      <w:proofErr w:type="spellEnd"/>
    </w:p>
    <w:p w14:paraId="6CB04AEA" w14:textId="497B3128" w:rsidR="00FE72CB" w:rsidRPr="00627C43" w:rsidRDefault="00FE72CB" w:rsidP="00D20C6C">
      <w:pPr>
        <w:spacing w:line="240" w:lineRule="auto"/>
        <w:rPr>
          <w:lang w:val="fr-FR"/>
        </w:rPr>
      </w:pPr>
      <w:r w:rsidRPr="00627C43">
        <w:rPr>
          <w:lang w:val="fr-FR"/>
        </w:rPr>
        <w:br w:type="page"/>
      </w:r>
    </w:p>
    <w:p w14:paraId="7634A651" w14:textId="1BBDB783" w:rsidR="00FE72CB" w:rsidRPr="00627C43" w:rsidRDefault="00FE72CB" w:rsidP="00FE72CB">
      <w:pPr>
        <w:pStyle w:val="Heading1"/>
        <w:rPr>
          <w:lang w:val="fr-FR"/>
        </w:rPr>
      </w:pPr>
      <w:bookmarkStart w:id="47" w:name="_Toc239638010"/>
      <w:bookmarkStart w:id="48" w:name="_Toc240964547"/>
      <w:proofErr w:type="spellStart"/>
      <w:r w:rsidRPr="00627C43">
        <w:rPr>
          <w:lang w:val="fr-FR"/>
        </w:rPr>
        <w:lastRenderedPageBreak/>
        <w:t>Prilog</w:t>
      </w:r>
      <w:proofErr w:type="spellEnd"/>
      <w:r w:rsidRPr="00627C43">
        <w:rPr>
          <w:lang w:val="fr-FR"/>
        </w:rPr>
        <w:t xml:space="preserve"> 3 – PODACI SADRŽANI U POTVRDI O IZVRŠENOM MARKIRANJU </w:t>
      </w:r>
      <w:r w:rsidR="009E09EB">
        <w:rPr>
          <w:lang w:val="fr-FR"/>
        </w:rPr>
        <w:t xml:space="preserve">GORIVA U </w:t>
      </w:r>
      <w:r w:rsidRPr="00627C43">
        <w:rPr>
          <w:lang w:val="fr-FR"/>
        </w:rPr>
        <w:t>PLOVN</w:t>
      </w:r>
      <w:r w:rsidR="009E09EB">
        <w:rPr>
          <w:lang w:val="fr-FR"/>
        </w:rPr>
        <w:t>OM</w:t>
      </w:r>
      <w:r w:rsidRPr="00627C43">
        <w:rPr>
          <w:lang w:val="fr-FR"/>
        </w:rPr>
        <w:t xml:space="preserve"> OBJEK</w:t>
      </w:r>
      <w:r w:rsidR="009E09EB">
        <w:rPr>
          <w:lang w:val="fr-FR"/>
        </w:rPr>
        <w:t>TU</w:t>
      </w:r>
      <w:bookmarkEnd w:id="47"/>
      <w:bookmarkEnd w:id="48"/>
    </w:p>
    <w:p w14:paraId="5CDD56F4" w14:textId="24AF8003" w:rsidR="00FE72CB" w:rsidRPr="00A97B6E" w:rsidRDefault="00FE72CB" w:rsidP="00FE72CB">
      <w:pPr>
        <w:spacing w:line="240" w:lineRule="auto"/>
        <w:rPr>
          <w:rFonts w:cs="Arial"/>
          <w:szCs w:val="24"/>
          <w:lang w:val="sr-Latn-ME"/>
        </w:rPr>
      </w:pPr>
      <w:r>
        <w:rPr>
          <w:rFonts w:cs="Arial"/>
          <w:szCs w:val="24"/>
          <w:lang w:val="sr-Latn-CS"/>
        </w:rPr>
        <w:t>Potvrda o izvr</w:t>
      </w:r>
      <w:r>
        <w:rPr>
          <w:rFonts w:cs="Arial"/>
          <w:szCs w:val="24"/>
          <w:lang w:val="sr-Latn-ME"/>
        </w:rPr>
        <w:t xml:space="preserve">šenom markiranju </w:t>
      </w:r>
      <w:proofErr w:type="spellStart"/>
      <w:r w:rsidRPr="00627C43">
        <w:rPr>
          <w:rFonts w:cs="Arial"/>
          <w:szCs w:val="24"/>
          <w:lang w:val="fr-FR"/>
        </w:rPr>
        <w:t>plovnih</w:t>
      </w:r>
      <w:proofErr w:type="spellEnd"/>
      <w:r w:rsidRPr="00627C43">
        <w:rPr>
          <w:rFonts w:cs="Arial"/>
          <w:szCs w:val="24"/>
          <w:lang w:val="fr-FR"/>
        </w:rPr>
        <w:t xml:space="preserve"> </w:t>
      </w:r>
      <w:proofErr w:type="spellStart"/>
      <w:r w:rsidRPr="00627C43">
        <w:rPr>
          <w:rFonts w:cs="Arial"/>
          <w:szCs w:val="24"/>
          <w:lang w:val="fr-FR"/>
        </w:rPr>
        <w:t>objekata</w:t>
      </w:r>
      <w:proofErr w:type="spellEnd"/>
      <w:r>
        <w:rPr>
          <w:rFonts w:cs="Arial"/>
          <w:szCs w:val="24"/>
          <w:lang w:val="sr-Latn-ME"/>
        </w:rPr>
        <w:t xml:space="preserve"> najmanje mora da sadrži:</w:t>
      </w:r>
    </w:p>
    <w:p w14:paraId="186051CC" w14:textId="7BCEB985" w:rsidR="001F1830" w:rsidRPr="001F1830" w:rsidRDefault="00486F02" w:rsidP="001F1830">
      <w:pPr>
        <w:pStyle w:val="ListParagraph"/>
        <w:numPr>
          <w:ilvl w:val="0"/>
          <w:numId w:val="16"/>
        </w:numPr>
        <w:spacing w:line="240" w:lineRule="auto"/>
        <w:rPr>
          <w:rFonts w:cs="Arial"/>
          <w:szCs w:val="24"/>
          <w:lang w:val="sr-Latn-CS"/>
        </w:rPr>
      </w:pPr>
      <w:r>
        <w:rPr>
          <w:rFonts w:cs="Arial"/>
          <w:szCs w:val="24"/>
          <w:lang w:val="sr-Latn-CS"/>
        </w:rPr>
        <w:t>Podatke o o</w:t>
      </w:r>
      <w:r w:rsidR="0000650E">
        <w:rPr>
          <w:rFonts w:cs="Arial"/>
          <w:szCs w:val="24"/>
          <w:lang w:val="sr-Latn-CS"/>
        </w:rPr>
        <w:t>bveznik</w:t>
      </w:r>
      <w:r>
        <w:rPr>
          <w:rFonts w:cs="Arial"/>
          <w:szCs w:val="24"/>
          <w:lang w:val="sr-Latn-CS"/>
        </w:rPr>
        <w:t>u</w:t>
      </w:r>
      <w:r w:rsidR="0000650E">
        <w:rPr>
          <w:rFonts w:cs="Arial"/>
          <w:szCs w:val="24"/>
          <w:lang w:val="sr-Latn-CS"/>
        </w:rPr>
        <w:t xml:space="preserve"> markiranj</w:t>
      </w:r>
      <w:r w:rsidR="009E09EB">
        <w:rPr>
          <w:rFonts w:cs="Arial"/>
          <w:szCs w:val="24"/>
          <w:lang w:val="sr-Latn-CS"/>
        </w:rPr>
        <w:t>a</w:t>
      </w:r>
    </w:p>
    <w:p w14:paraId="550C4160" w14:textId="0B48E79B" w:rsidR="00C24E52" w:rsidRPr="001F1830" w:rsidRDefault="00B2224D" w:rsidP="001F1830">
      <w:pPr>
        <w:pStyle w:val="ListParagraph"/>
        <w:numPr>
          <w:ilvl w:val="0"/>
          <w:numId w:val="16"/>
        </w:numPr>
        <w:spacing w:line="240" w:lineRule="auto"/>
        <w:rPr>
          <w:rFonts w:cs="Arial"/>
          <w:szCs w:val="24"/>
          <w:lang w:val="sr-Latn-CS"/>
        </w:rPr>
      </w:pPr>
      <w:r w:rsidRPr="001F1830">
        <w:rPr>
          <w:rFonts w:cs="Arial"/>
          <w:szCs w:val="24"/>
          <w:lang w:val="sr-Latn-CS"/>
        </w:rPr>
        <w:t xml:space="preserve">Ime i </w:t>
      </w:r>
      <w:r w:rsidR="00C24E52" w:rsidRPr="001F1830">
        <w:rPr>
          <w:rFonts w:cs="Arial"/>
          <w:szCs w:val="24"/>
          <w:lang w:val="sr-Latn-CS"/>
        </w:rPr>
        <w:t>Registarski broj  plovnog objekta</w:t>
      </w:r>
      <w:r w:rsidRPr="001F1830">
        <w:rPr>
          <w:rFonts w:cs="Arial"/>
          <w:szCs w:val="24"/>
          <w:lang w:val="sr-Latn-CS"/>
        </w:rPr>
        <w:t xml:space="preserve"> </w:t>
      </w:r>
    </w:p>
    <w:p w14:paraId="5234DF8F" w14:textId="77777777" w:rsidR="00C24E52" w:rsidRDefault="00C24E52" w:rsidP="00C24E52">
      <w:pPr>
        <w:pStyle w:val="ListParagraph"/>
        <w:numPr>
          <w:ilvl w:val="0"/>
          <w:numId w:val="16"/>
        </w:numPr>
        <w:spacing w:line="240" w:lineRule="auto"/>
        <w:rPr>
          <w:rFonts w:cs="Arial"/>
          <w:szCs w:val="24"/>
          <w:lang w:val="sr-Latn-CS"/>
        </w:rPr>
      </w:pPr>
      <w:r w:rsidRPr="009B5590">
        <w:rPr>
          <w:rFonts w:cs="Arial"/>
          <w:szCs w:val="24"/>
          <w:lang w:val="sr-Latn-CS"/>
        </w:rPr>
        <w:t xml:space="preserve">Vrsta derivata nafte </w:t>
      </w:r>
    </w:p>
    <w:p w14:paraId="05582624" w14:textId="288AB839" w:rsidR="00721D41" w:rsidRPr="003D7D3B" w:rsidRDefault="00721D41" w:rsidP="00721D41">
      <w:pPr>
        <w:pStyle w:val="ListParagraph"/>
        <w:numPr>
          <w:ilvl w:val="0"/>
          <w:numId w:val="16"/>
        </w:numPr>
        <w:spacing w:line="240" w:lineRule="auto"/>
        <w:rPr>
          <w:rFonts w:cs="Arial"/>
          <w:szCs w:val="24"/>
          <w:lang w:val="sr-Latn-CS"/>
        </w:rPr>
      </w:pPr>
      <w:proofErr w:type="spellStart"/>
      <w:r w:rsidRPr="003D7D3B">
        <w:rPr>
          <w:rFonts w:cs="Arial"/>
          <w:szCs w:val="24"/>
        </w:rPr>
        <w:t>Jedinstveni</w:t>
      </w:r>
      <w:proofErr w:type="spellEnd"/>
      <w:r w:rsidRPr="003D7D3B">
        <w:rPr>
          <w:rFonts w:cs="Arial"/>
          <w:szCs w:val="24"/>
        </w:rPr>
        <w:t xml:space="preserve"> </w:t>
      </w:r>
      <w:proofErr w:type="spellStart"/>
      <w:r w:rsidRPr="003D7D3B">
        <w:rPr>
          <w:rFonts w:cs="Arial"/>
          <w:szCs w:val="24"/>
        </w:rPr>
        <w:t>identifikacioni</w:t>
      </w:r>
      <w:proofErr w:type="spellEnd"/>
      <w:r w:rsidRPr="003D7D3B">
        <w:rPr>
          <w:rFonts w:cs="Arial"/>
          <w:szCs w:val="24"/>
        </w:rPr>
        <w:t xml:space="preserve"> </w:t>
      </w:r>
      <w:proofErr w:type="spellStart"/>
      <w:r w:rsidRPr="003D7D3B">
        <w:rPr>
          <w:rFonts w:cs="Arial"/>
          <w:szCs w:val="24"/>
        </w:rPr>
        <w:t>broj</w:t>
      </w:r>
      <w:proofErr w:type="spellEnd"/>
      <w:r w:rsidRPr="003D7D3B">
        <w:rPr>
          <w:rFonts w:cs="Arial"/>
          <w:szCs w:val="24"/>
        </w:rPr>
        <w:t xml:space="preserve"> </w:t>
      </w:r>
      <w:proofErr w:type="spellStart"/>
      <w:r w:rsidRPr="003D7D3B">
        <w:rPr>
          <w:rFonts w:cs="Arial"/>
          <w:szCs w:val="24"/>
        </w:rPr>
        <w:t>kanistera</w:t>
      </w:r>
      <w:proofErr w:type="spellEnd"/>
      <w:r w:rsidRPr="003D7D3B">
        <w:rPr>
          <w:rFonts w:cs="Arial"/>
          <w:szCs w:val="24"/>
          <w:lang w:val="en-GB"/>
        </w:rPr>
        <w:t xml:space="preserve"> </w:t>
      </w:r>
      <w:proofErr w:type="spellStart"/>
      <w:r w:rsidR="009E09EB">
        <w:rPr>
          <w:rFonts w:cs="Arial"/>
          <w:szCs w:val="24"/>
          <w:lang w:val="en-GB"/>
        </w:rPr>
        <w:t>sa</w:t>
      </w:r>
      <w:proofErr w:type="spellEnd"/>
      <w:r w:rsidR="009E09EB">
        <w:rPr>
          <w:rFonts w:cs="Arial"/>
          <w:szCs w:val="24"/>
          <w:lang w:val="en-GB"/>
        </w:rPr>
        <w:t xml:space="preserve"> </w:t>
      </w:r>
      <w:proofErr w:type="spellStart"/>
      <w:r w:rsidR="009E09EB">
        <w:rPr>
          <w:rFonts w:cs="Arial"/>
          <w:szCs w:val="24"/>
          <w:lang w:val="en-GB"/>
        </w:rPr>
        <w:t>markerom</w:t>
      </w:r>
      <w:proofErr w:type="spellEnd"/>
    </w:p>
    <w:p w14:paraId="020CDC09" w14:textId="06E9E454" w:rsidR="00C24E52" w:rsidRPr="00614728" w:rsidRDefault="00C24E52" w:rsidP="00C24E52">
      <w:pPr>
        <w:pStyle w:val="ListParagraph"/>
        <w:numPr>
          <w:ilvl w:val="0"/>
          <w:numId w:val="16"/>
        </w:numPr>
        <w:spacing w:line="240" w:lineRule="auto"/>
        <w:rPr>
          <w:rFonts w:cs="Arial"/>
          <w:szCs w:val="24"/>
          <w:lang w:val="sr-Latn-CS"/>
        </w:rPr>
      </w:pPr>
      <w:r w:rsidRPr="00614728">
        <w:rPr>
          <w:rFonts w:cs="Arial"/>
          <w:szCs w:val="24"/>
          <w:lang w:val="sr-Latn-CS"/>
        </w:rPr>
        <w:t>Količina derivata nafte (l)</w:t>
      </w:r>
    </w:p>
    <w:p w14:paraId="4261E3FE" w14:textId="55E914C6" w:rsidR="00C24E52" w:rsidRPr="00614728" w:rsidRDefault="00C24E52" w:rsidP="00C24E52">
      <w:pPr>
        <w:pStyle w:val="ListParagraph"/>
        <w:numPr>
          <w:ilvl w:val="0"/>
          <w:numId w:val="16"/>
        </w:numPr>
        <w:spacing w:line="240" w:lineRule="auto"/>
        <w:rPr>
          <w:rFonts w:cs="Arial"/>
          <w:szCs w:val="24"/>
          <w:lang w:val="sr-Latn-CS"/>
        </w:rPr>
      </w:pPr>
      <w:r w:rsidRPr="00614728">
        <w:rPr>
          <w:rFonts w:cs="Arial"/>
          <w:szCs w:val="24"/>
          <w:lang w:val="sr-Latn-CS"/>
        </w:rPr>
        <w:t>Količina dodatog markera (g)</w:t>
      </w:r>
    </w:p>
    <w:p w14:paraId="40744CE2" w14:textId="69CEDADA" w:rsidR="00C24E52" w:rsidRDefault="00B2224D" w:rsidP="00C24E52">
      <w:pPr>
        <w:pStyle w:val="ListParagraph"/>
        <w:numPr>
          <w:ilvl w:val="0"/>
          <w:numId w:val="16"/>
        </w:numPr>
        <w:spacing w:line="240" w:lineRule="auto"/>
        <w:rPr>
          <w:rFonts w:cs="Arial"/>
          <w:szCs w:val="24"/>
          <w:lang w:val="sr-Latn-CS"/>
        </w:rPr>
      </w:pPr>
      <w:r>
        <w:rPr>
          <w:rFonts w:cs="Arial"/>
          <w:szCs w:val="24"/>
          <w:lang w:val="sr-Latn-CS"/>
        </w:rPr>
        <w:t>Tip</w:t>
      </w:r>
      <w:r w:rsidR="00C24E52" w:rsidRPr="009B5590">
        <w:rPr>
          <w:rFonts w:cs="Arial"/>
          <w:szCs w:val="24"/>
          <w:lang w:val="sr-Latn-CS"/>
        </w:rPr>
        <w:t xml:space="preserve"> markera</w:t>
      </w:r>
    </w:p>
    <w:p w14:paraId="1E8F828E" w14:textId="0C839096" w:rsidR="00A162BF" w:rsidRPr="009B5590" w:rsidRDefault="00A162BF" w:rsidP="00C24E52">
      <w:pPr>
        <w:pStyle w:val="ListParagraph"/>
        <w:numPr>
          <w:ilvl w:val="0"/>
          <w:numId w:val="16"/>
        </w:numPr>
        <w:spacing w:line="240" w:lineRule="auto"/>
        <w:rPr>
          <w:rFonts w:cs="Arial"/>
          <w:szCs w:val="24"/>
          <w:lang w:val="sr-Latn-CS"/>
        </w:rPr>
      </w:pPr>
      <w:r>
        <w:rPr>
          <w:rFonts w:cs="Arial"/>
          <w:szCs w:val="24"/>
          <w:lang w:val="sr-Latn-CS"/>
        </w:rPr>
        <w:t>Jedinstveni identifikacioni broj SDD uređaja</w:t>
      </w:r>
    </w:p>
    <w:p w14:paraId="25BF0F55" w14:textId="77777777" w:rsidR="00F14541" w:rsidRPr="00F04AB0" w:rsidRDefault="00F14541" w:rsidP="00F14541">
      <w:pPr>
        <w:pStyle w:val="ListParagraph"/>
        <w:numPr>
          <w:ilvl w:val="0"/>
          <w:numId w:val="16"/>
        </w:numPr>
        <w:spacing w:line="240" w:lineRule="auto"/>
        <w:rPr>
          <w:rFonts w:cs="Arial"/>
          <w:szCs w:val="24"/>
          <w:lang w:val="sr-Latn-CS"/>
        </w:rPr>
      </w:pPr>
      <w:r w:rsidRPr="00F04AB0">
        <w:rPr>
          <w:rFonts w:cs="Arial"/>
          <w:szCs w:val="24"/>
          <w:lang w:val="sr-Latn-CS"/>
        </w:rPr>
        <w:t>Datum i vrijeme izdavanja potvrde</w:t>
      </w:r>
    </w:p>
    <w:p w14:paraId="736B4AFE" w14:textId="2FB51BAA" w:rsidR="00C24E52" w:rsidRPr="009B5590" w:rsidRDefault="00C24E52" w:rsidP="00C24E52">
      <w:pPr>
        <w:pStyle w:val="ListParagraph"/>
        <w:numPr>
          <w:ilvl w:val="0"/>
          <w:numId w:val="16"/>
        </w:numPr>
        <w:spacing w:line="240" w:lineRule="auto"/>
        <w:rPr>
          <w:rFonts w:cs="Arial"/>
          <w:szCs w:val="24"/>
          <w:lang w:val="sr-Latn-CS"/>
        </w:rPr>
      </w:pPr>
      <w:r w:rsidRPr="009B5590">
        <w:rPr>
          <w:rFonts w:cs="Arial"/>
          <w:szCs w:val="24"/>
          <w:lang w:val="sr-Latn-CS"/>
        </w:rPr>
        <w:t xml:space="preserve">Potpis lica koje je </w:t>
      </w:r>
      <w:r w:rsidR="00DE1A3C">
        <w:rPr>
          <w:rFonts w:cs="Arial"/>
          <w:szCs w:val="24"/>
          <w:lang w:val="sr-Latn-CS"/>
        </w:rPr>
        <w:t>rukovalo SDD uređajem</w:t>
      </w:r>
    </w:p>
    <w:p w14:paraId="7628DE64" w14:textId="72CBCF91" w:rsidR="00C24E52" w:rsidRPr="005B6DBB" w:rsidRDefault="00C24E52" w:rsidP="00627C43">
      <w:pPr>
        <w:spacing w:line="240" w:lineRule="auto"/>
        <w:ind w:left="426"/>
        <w:rPr>
          <w:rFonts w:cs="Arial"/>
          <w:szCs w:val="24"/>
          <w:lang w:val="sr-Latn-CS"/>
        </w:rPr>
      </w:pPr>
    </w:p>
    <w:p w14:paraId="4EB7998E" w14:textId="3879AA12" w:rsidR="00F14541" w:rsidRPr="00D20C6C" w:rsidRDefault="00F14541" w:rsidP="00F14541">
      <w:pPr>
        <w:spacing w:line="240" w:lineRule="auto"/>
        <w:rPr>
          <w:rFonts w:cs="Arial"/>
          <w:szCs w:val="24"/>
          <w:lang w:val="sr-Latn-CS"/>
        </w:rPr>
      </w:pPr>
    </w:p>
    <w:p w14:paraId="7EBDEE4E" w14:textId="78F68E7A" w:rsidR="009E09EB" w:rsidRDefault="001F1830" w:rsidP="00627C43">
      <w:pPr>
        <w:jc w:val="both"/>
        <w:rPr>
          <w:rFonts w:cs="Arial"/>
          <w:b/>
          <w:bCs/>
          <w:szCs w:val="24"/>
          <w:lang w:val="sr-Latn-CS"/>
        </w:rPr>
      </w:pPr>
      <w:r w:rsidRPr="00D20C6C" w:rsidDel="00DA6112">
        <w:rPr>
          <w:rFonts w:cs="Arial"/>
          <w:b/>
          <w:bCs/>
          <w:szCs w:val="24"/>
          <w:lang w:val="sr-Latn-CS"/>
        </w:rPr>
        <w:t xml:space="preserve"> </w:t>
      </w:r>
    </w:p>
    <w:p w14:paraId="763DF234" w14:textId="705BA1F2" w:rsidR="009E09EB" w:rsidRDefault="009E09EB">
      <w:pPr>
        <w:rPr>
          <w:lang w:val="fr-FR"/>
        </w:rPr>
      </w:pPr>
      <w:r>
        <w:rPr>
          <w:lang w:val="fr-FR"/>
        </w:rPr>
        <w:br w:type="page"/>
      </w:r>
    </w:p>
    <w:p w14:paraId="32F4ACA1" w14:textId="1D08B478" w:rsidR="009E09EB" w:rsidRDefault="009E09EB" w:rsidP="009E09EB">
      <w:pPr>
        <w:pStyle w:val="Heading1"/>
        <w:rPr>
          <w:lang w:val="fr-FR"/>
        </w:rPr>
      </w:pPr>
      <w:bookmarkStart w:id="49" w:name="_Toc240964548"/>
      <w:proofErr w:type="spellStart"/>
      <w:r w:rsidRPr="00EC394A">
        <w:rPr>
          <w:lang w:val="fr-FR"/>
        </w:rPr>
        <w:lastRenderedPageBreak/>
        <w:t>Prilog</w:t>
      </w:r>
      <w:proofErr w:type="spellEnd"/>
      <w:r w:rsidRPr="00EC394A">
        <w:rPr>
          <w:lang w:val="fr-FR"/>
        </w:rPr>
        <w:t xml:space="preserve"> </w:t>
      </w:r>
      <w:r>
        <w:rPr>
          <w:lang w:val="fr-FR"/>
        </w:rPr>
        <w:t>4</w:t>
      </w:r>
      <w:r w:rsidRPr="00EC394A">
        <w:rPr>
          <w:lang w:val="fr-FR"/>
        </w:rPr>
        <w:t xml:space="preserve"> – PODACI SADRŽANI U POTVRDI O IZVRŠENOM MARKIRANJU </w:t>
      </w:r>
      <w:r>
        <w:rPr>
          <w:lang w:val="fr-FR"/>
        </w:rPr>
        <w:t>GORIVA U SKLADIŠNOM REZERVOARU</w:t>
      </w:r>
      <w:bookmarkEnd w:id="49"/>
    </w:p>
    <w:p w14:paraId="4E89631A" w14:textId="77777777" w:rsidR="009E09EB" w:rsidRPr="00627C43" w:rsidRDefault="009E09EB" w:rsidP="009E09EB">
      <w:pPr>
        <w:spacing w:line="240" w:lineRule="auto"/>
        <w:rPr>
          <w:rFonts w:cs="Times New Roman"/>
          <w:szCs w:val="24"/>
          <w:lang w:val="sr-Latn-ME"/>
        </w:rPr>
      </w:pPr>
      <w:r w:rsidRPr="00627C43">
        <w:rPr>
          <w:rFonts w:cs="Times New Roman"/>
          <w:szCs w:val="24"/>
          <w:lang w:val="sr-Latn-CS"/>
        </w:rPr>
        <w:t>Potvrda o izvr</w:t>
      </w:r>
      <w:r w:rsidRPr="00627C43">
        <w:rPr>
          <w:rFonts w:cs="Times New Roman"/>
          <w:szCs w:val="24"/>
          <w:lang w:val="sr-Latn-ME"/>
        </w:rPr>
        <w:t>šenom markiranju goriva u skladišnim rezervoarima najmanje mora da sadrži:</w:t>
      </w:r>
    </w:p>
    <w:p w14:paraId="74996D8D" w14:textId="0413948C" w:rsidR="001F1830" w:rsidRPr="001F1830" w:rsidRDefault="00486F02" w:rsidP="001F1830">
      <w:pPr>
        <w:pStyle w:val="ListParagraph"/>
        <w:numPr>
          <w:ilvl w:val="0"/>
          <w:numId w:val="16"/>
        </w:numPr>
        <w:spacing w:line="240" w:lineRule="auto"/>
        <w:rPr>
          <w:rFonts w:cs="Arial"/>
          <w:szCs w:val="24"/>
          <w:lang w:val="sr-Latn-CS"/>
        </w:rPr>
      </w:pPr>
      <w:r w:rsidRPr="00627C43">
        <w:rPr>
          <w:rFonts w:cs="Times New Roman"/>
          <w:szCs w:val="24"/>
          <w:lang w:val="sr-Latn-CS"/>
        </w:rPr>
        <w:t>Podatke o o</w:t>
      </w:r>
      <w:r w:rsidR="009E09EB" w:rsidRPr="00627C43">
        <w:rPr>
          <w:rFonts w:cs="Times New Roman"/>
          <w:szCs w:val="24"/>
          <w:lang w:val="sr-Latn-CS"/>
        </w:rPr>
        <w:t>bveznik</w:t>
      </w:r>
      <w:r w:rsidRPr="00627C43">
        <w:rPr>
          <w:rFonts w:cs="Times New Roman"/>
          <w:szCs w:val="24"/>
          <w:lang w:val="sr-Latn-CS"/>
        </w:rPr>
        <w:t>u</w:t>
      </w:r>
      <w:r w:rsidR="009E09EB" w:rsidRPr="00627C43">
        <w:rPr>
          <w:rFonts w:cs="Times New Roman"/>
          <w:szCs w:val="24"/>
          <w:lang w:val="sr-Latn-CS"/>
        </w:rPr>
        <w:t xml:space="preserve"> markiranj</w:t>
      </w:r>
      <w:r w:rsidR="009E09EB" w:rsidRPr="00627C43">
        <w:rPr>
          <w:rFonts w:cs="Times New Roman"/>
          <w:szCs w:val="24"/>
          <w:lang w:val="en-GB"/>
        </w:rPr>
        <w:t>a</w:t>
      </w:r>
    </w:p>
    <w:p w14:paraId="64CFB9E9" w14:textId="77777777" w:rsidR="009E09EB" w:rsidRPr="00627C43" w:rsidRDefault="009E09EB" w:rsidP="009E09EB">
      <w:pPr>
        <w:pStyle w:val="ListParagraph"/>
        <w:numPr>
          <w:ilvl w:val="0"/>
          <w:numId w:val="16"/>
        </w:numPr>
        <w:spacing w:line="240" w:lineRule="auto"/>
        <w:ind w:left="720"/>
        <w:rPr>
          <w:rFonts w:cs="Times New Roman"/>
          <w:szCs w:val="24"/>
          <w:lang w:val="sr-Latn-CS"/>
        </w:rPr>
      </w:pPr>
      <w:r w:rsidRPr="00627C43">
        <w:rPr>
          <w:rFonts w:cs="Times New Roman"/>
          <w:szCs w:val="24"/>
          <w:lang w:val="sr-Latn-CS"/>
        </w:rPr>
        <w:t xml:space="preserve">Oznaka skladišnog rezervoara   </w:t>
      </w:r>
    </w:p>
    <w:p w14:paraId="101C00D4" w14:textId="77777777" w:rsidR="009E09EB" w:rsidRPr="00627C43" w:rsidRDefault="009E09EB" w:rsidP="009E09EB">
      <w:pPr>
        <w:pStyle w:val="ListParagraph"/>
        <w:numPr>
          <w:ilvl w:val="0"/>
          <w:numId w:val="16"/>
        </w:numPr>
        <w:spacing w:line="240" w:lineRule="auto"/>
        <w:ind w:left="720"/>
        <w:rPr>
          <w:rFonts w:cs="Times New Roman"/>
          <w:szCs w:val="24"/>
          <w:lang w:val="sr-Latn-CS"/>
        </w:rPr>
      </w:pPr>
      <w:r w:rsidRPr="00627C43">
        <w:rPr>
          <w:rFonts w:cs="Times New Roman"/>
          <w:szCs w:val="24"/>
          <w:lang w:val="sr-Latn-CS"/>
        </w:rPr>
        <w:t>Vrsta goriva</w:t>
      </w:r>
    </w:p>
    <w:p w14:paraId="1D588F0C" w14:textId="77777777" w:rsidR="009E09EB" w:rsidRPr="00627C43" w:rsidRDefault="009E09EB" w:rsidP="009E09EB">
      <w:pPr>
        <w:pStyle w:val="ListParagraph"/>
        <w:numPr>
          <w:ilvl w:val="0"/>
          <w:numId w:val="16"/>
        </w:numPr>
        <w:spacing w:line="240" w:lineRule="auto"/>
        <w:ind w:left="720"/>
        <w:rPr>
          <w:rFonts w:cs="Times New Roman"/>
          <w:szCs w:val="24"/>
          <w:lang w:val="sr-Latn-CS"/>
        </w:rPr>
      </w:pPr>
      <w:r w:rsidRPr="00627C43">
        <w:rPr>
          <w:rFonts w:cs="Times New Roman"/>
          <w:szCs w:val="24"/>
          <w:lang w:val="sr-Latn-CS"/>
        </w:rPr>
        <w:t xml:space="preserve">Količina goriva koja se prima u rezervoar (l)  </w:t>
      </w:r>
    </w:p>
    <w:p w14:paraId="69748484" w14:textId="77777777" w:rsidR="009E09EB" w:rsidRPr="00627C43" w:rsidRDefault="009E09EB" w:rsidP="009E09EB">
      <w:pPr>
        <w:pStyle w:val="ListParagraph"/>
        <w:numPr>
          <w:ilvl w:val="0"/>
          <w:numId w:val="16"/>
        </w:numPr>
        <w:spacing w:line="240" w:lineRule="auto"/>
        <w:ind w:left="720"/>
        <w:rPr>
          <w:rFonts w:cs="Times New Roman"/>
          <w:szCs w:val="24"/>
          <w:lang w:val="sr-Latn-CS"/>
        </w:rPr>
      </w:pPr>
      <w:r w:rsidRPr="00627C43">
        <w:rPr>
          <w:rFonts w:cs="Times New Roman"/>
          <w:szCs w:val="24"/>
          <w:lang w:val="sr-Latn-CS"/>
        </w:rPr>
        <w:t>Koli</w:t>
      </w:r>
      <w:r w:rsidRPr="00627C43">
        <w:rPr>
          <w:rFonts w:cs="Times New Roman"/>
          <w:szCs w:val="24"/>
          <w:lang w:val="sr-Latn-ME"/>
        </w:rPr>
        <w:t>čina dodatog markera</w:t>
      </w:r>
      <w:r w:rsidRPr="00627C43">
        <w:rPr>
          <w:rFonts w:cs="Times New Roman"/>
          <w:szCs w:val="24"/>
          <w:lang w:val="sr-Latn-CS"/>
        </w:rPr>
        <w:t xml:space="preserve"> (g)</w:t>
      </w:r>
    </w:p>
    <w:p w14:paraId="360CAEE5" w14:textId="77777777" w:rsidR="009E09EB" w:rsidRPr="00627C43" w:rsidRDefault="009E09EB" w:rsidP="009E09EB">
      <w:pPr>
        <w:pStyle w:val="ListParagraph"/>
        <w:numPr>
          <w:ilvl w:val="0"/>
          <w:numId w:val="16"/>
        </w:numPr>
        <w:spacing w:line="240" w:lineRule="auto"/>
        <w:ind w:left="720"/>
        <w:rPr>
          <w:rFonts w:cs="Times New Roman"/>
          <w:szCs w:val="24"/>
          <w:lang w:val="sr-Latn-CS"/>
        </w:rPr>
      </w:pPr>
      <w:r w:rsidRPr="00627C43">
        <w:rPr>
          <w:rFonts w:cs="Times New Roman"/>
          <w:szCs w:val="24"/>
          <w:lang w:val="sr-Latn-CS"/>
        </w:rPr>
        <w:t>Ime markera</w:t>
      </w:r>
    </w:p>
    <w:p w14:paraId="1F9E5319" w14:textId="77777777" w:rsidR="009E09EB" w:rsidRPr="00627C43" w:rsidRDefault="009E09EB" w:rsidP="009E09EB">
      <w:pPr>
        <w:pStyle w:val="ListParagraph"/>
        <w:numPr>
          <w:ilvl w:val="0"/>
          <w:numId w:val="16"/>
        </w:numPr>
        <w:spacing w:line="240" w:lineRule="auto"/>
        <w:ind w:left="720"/>
        <w:rPr>
          <w:rFonts w:cs="Times New Roman"/>
          <w:szCs w:val="24"/>
          <w:lang w:val="sr-Latn-CS"/>
        </w:rPr>
      </w:pPr>
      <w:proofErr w:type="spellStart"/>
      <w:r w:rsidRPr="00627C43">
        <w:rPr>
          <w:rFonts w:cs="Times New Roman"/>
          <w:szCs w:val="24"/>
        </w:rPr>
        <w:t>Jedinstveni</w:t>
      </w:r>
      <w:proofErr w:type="spellEnd"/>
      <w:r w:rsidRPr="00627C43">
        <w:rPr>
          <w:rFonts w:cs="Times New Roman"/>
          <w:szCs w:val="24"/>
        </w:rPr>
        <w:t xml:space="preserve"> </w:t>
      </w:r>
      <w:proofErr w:type="spellStart"/>
      <w:r w:rsidRPr="00627C43">
        <w:rPr>
          <w:rFonts w:cs="Times New Roman"/>
          <w:szCs w:val="24"/>
        </w:rPr>
        <w:t>identifikacioni</w:t>
      </w:r>
      <w:proofErr w:type="spellEnd"/>
      <w:r w:rsidRPr="00627C43">
        <w:rPr>
          <w:rFonts w:cs="Times New Roman"/>
          <w:szCs w:val="24"/>
        </w:rPr>
        <w:t xml:space="preserve"> </w:t>
      </w:r>
      <w:proofErr w:type="spellStart"/>
      <w:r w:rsidRPr="00627C43">
        <w:rPr>
          <w:rFonts w:cs="Times New Roman"/>
          <w:szCs w:val="24"/>
        </w:rPr>
        <w:t>broj</w:t>
      </w:r>
      <w:proofErr w:type="spellEnd"/>
      <w:r w:rsidRPr="00627C43">
        <w:rPr>
          <w:rFonts w:cs="Times New Roman"/>
          <w:szCs w:val="24"/>
        </w:rPr>
        <w:t xml:space="preserve"> </w:t>
      </w:r>
      <w:proofErr w:type="spellStart"/>
      <w:r w:rsidRPr="00627C43">
        <w:rPr>
          <w:rFonts w:cs="Times New Roman"/>
          <w:szCs w:val="24"/>
        </w:rPr>
        <w:t>kanistera</w:t>
      </w:r>
      <w:proofErr w:type="spellEnd"/>
      <w:r w:rsidRPr="00627C43">
        <w:rPr>
          <w:rFonts w:cs="Times New Roman"/>
          <w:szCs w:val="24"/>
          <w:lang w:val="en-GB"/>
        </w:rPr>
        <w:t xml:space="preserve"> </w:t>
      </w:r>
      <w:proofErr w:type="spellStart"/>
      <w:r w:rsidRPr="00627C43">
        <w:rPr>
          <w:rFonts w:cs="Times New Roman"/>
          <w:szCs w:val="24"/>
          <w:lang w:val="en-GB"/>
        </w:rPr>
        <w:t>sa</w:t>
      </w:r>
      <w:proofErr w:type="spellEnd"/>
      <w:r w:rsidRPr="00627C43">
        <w:rPr>
          <w:rFonts w:cs="Times New Roman"/>
          <w:szCs w:val="24"/>
          <w:lang w:val="en-GB"/>
        </w:rPr>
        <w:t xml:space="preserve"> </w:t>
      </w:r>
      <w:proofErr w:type="spellStart"/>
      <w:r w:rsidRPr="00627C43">
        <w:rPr>
          <w:rFonts w:cs="Times New Roman"/>
          <w:szCs w:val="24"/>
          <w:lang w:val="en-GB"/>
        </w:rPr>
        <w:t>markerom</w:t>
      </w:r>
      <w:proofErr w:type="spellEnd"/>
    </w:p>
    <w:p w14:paraId="17E699A3" w14:textId="77777777" w:rsidR="009E09EB" w:rsidRPr="00627C43" w:rsidRDefault="009E09EB" w:rsidP="009E09EB">
      <w:pPr>
        <w:pStyle w:val="ListParagraph"/>
        <w:numPr>
          <w:ilvl w:val="0"/>
          <w:numId w:val="16"/>
        </w:numPr>
        <w:spacing w:line="240" w:lineRule="auto"/>
        <w:ind w:left="720"/>
        <w:rPr>
          <w:rFonts w:cs="Times New Roman"/>
          <w:szCs w:val="24"/>
          <w:lang w:val="sr-Latn-CS"/>
        </w:rPr>
      </w:pPr>
      <w:r w:rsidRPr="00627C43">
        <w:rPr>
          <w:rFonts w:cs="Times New Roman"/>
          <w:szCs w:val="24"/>
          <w:lang w:val="sr-Latn-CS"/>
        </w:rPr>
        <w:t>Datum i vrijeme izdavanja potvrde</w:t>
      </w:r>
    </w:p>
    <w:p w14:paraId="04A0B47F" w14:textId="77777777" w:rsidR="009E09EB" w:rsidRPr="00627C43" w:rsidRDefault="009E09EB" w:rsidP="009E09EB">
      <w:pPr>
        <w:pStyle w:val="ListParagraph"/>
        <w:numPr>
          <w:ilvl w:val="0"/>
          <w:numId w:val="16"/>
        </w:numPr>
        <w:spacing w:line="240" w:lineRule="auto"/>
        <w:ind w:left="720"/>
        <w:rPr>
          <w:rFonts w:cs="Times New Roman"/>
          <w:szCs w:val="24"/>
          <w:lang w:val="sr-Latn-CS"/>
        </w:rPr>
      </w:pPr>
      <w:r w:rsidRPr="00627C43">
        <w:rPr>
          <w:rFonts w:cs="Times New Roman"/>
          <w:szCs w:val="24"/>
          <w:lang w:val="sr-Latn-CS"/>
        </w:rPr>
        <w:t xml:space="preserve">Potpis lica koje je izvršilo merenje količine markera </w:t>
      </w:r>
    </w:p>
    <w:p w14:paraId="24391B0B" w14:textId="77777777" w:rsidR="009E09EB" w:rsidRPr="00627C43" w:rsidRDefault="009E09EB" w:rsidP="009E09EB">
      <w:pPr>
        <w:pStyle w:val="ListParagraph"/>
        <w:numPr>
          <w:ilvl w:val="0"/>
          <w:numId w:val="16"/>
        </w:numPr>
        <w:spacing w:line="240" w:lineRule="auto"/>
        <w:ind w:left="720"/>
        <w:rPr>
          <w:rFonts w:cs="Times New Roman"/>
          <w:lang w:val="fr-FR"/>
        </w:rPr>
      </w:pPr>
      <w:r w:rsidRPr="00627C43">
        <w:rPr>
          <w:rFonts w:cs="Times New Roman"/>
          <w:szCs w:val="24"/>
          <w:lang w:val="sr-Latn-CS"/>
        </w:rPr>
        <w:t>Potpis lica koje je izvršilo dodavanje markera</w:t>
      </w:r>
    </w:p>
    <w:p w14:paraId="3DCF4399" w14:textId="77777777" w:rsidR="009E09EB" w:rsidRPr="00627C43" w:rsidRDefault="009E09EB" w:rsidP="009E09EB">
      <w:pPr>
        <w:pStyle w:val="ListParagraph"/>
        <w:numPr>
          <w:ilvl w:val="0"/>
          <w:numId w:val="16"/>
        </w:numPr>
        <w:spacing w:line="240" w:lineRule="auto"/>
        <w:ind w:left="720"/>
        <w:rPr>
          <w:rFonts w:cs="Times New Roman"/>
        </w:rPr>
      </w:pPr>
      <w:r w:rsidRPr="00627C43">
        <w:rPr>
          <w:rFonts w:cs="Times New Roman"/>
          <w:szCs w:val="24"/>
          <w:lang w:val="sr-Latn-CS"/>
        </w:rPr>
        <w:t>Potpis lica koje verifikuje dodavanje markera</w:t>
      </w:r>
    </w:p>
    <w:p w14:paraId="5A51AA7C" w14:textId="77777777" w:rsidR="009E09EB" w:rsidRPr="00627C43" w:rsidRDefault="009E09EB" w:rsidP="00627C43">
      <w:pPr>
        <w:rPr>
          <w:lang w:val="fr-FR"/>
        </w:rPr>
      </w:pPr>
    </w:p>
    <w:p w14:paraId="22F9CF7B" w14:textId="4E1EBDE1" w:rsidR="00376FA4" w:rsidRPr="00B23FAB" w:rsidRDefault="00376FA4" w:rsidP="00627C43">
      <w:pPr>
        <w:pStyle w:val="ListParagraph"/>
        <w:spacing w:line="240" w:lineRule="auto"/>
        <w:ind w:left="360"/>
        <w:contextualSpacing w:val="0"/>
        <w:rPr>
          <w:rFonts w:cs="Arial"/>
          <w:szCs w:val="24"/>
          <w:lang w:val="sr-Latn-CS"/>
        </w:rPr>
      </w:pPr>
    </w:p>
    <w:sectPr w:rsidR="00376FA4" w:rsidRPr="00B23FAB" w:rsidSect="00034616">
      <w:footerReference w:type="default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955DB9" w14:textId="77777777" w:rsidR="00C12BF9" w:rsidRDefault="00C12BF9" w:rsidP="002A355A">
      <w:pPr>
        <w:spacing w:after="0" w:line="240" w:lineRule="auto"/>
      </w:pPr>
      <w:r>
        <w:separator/>
      </w:r>
    </w:p>
  </w:endnote>
  <w:endnote w:type="continuationSeparator" w:id="0">
    <w:p w14:paraId="01E2EF23" w14:textId="77777777" w:rsidR="00C12BF9" w:rsidRDefault="00C12BF9" w:rsidP="002A35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199487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CD8928" w14:textId="54FC70B4" w:rsidR="002A355A" w:rsidRDefault="002A355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6AEAB5B" w14:textId="77777777" w:rsidR="002A355A" w:rsidRDefault="002A35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8DD1F8" w14:textId="77777777" w:rsidR="00C12BF9" w:rsidRDefault="00C12BF9" w:rsidP="002A355A">
      <w:pPr>
        <w:spacing w:after="0" w:line="240" w:lineRule="auto"/>
      </w:pPr>
      <w:r>
        <w:separator/>
      </w:r>
    </w:p>
  </w:footnote>
  <w:footnote w:type="continuationSeparator" w:id="0">
    <w:p w14:paraId="62DE5938" w14:textId="77777777" w:rsidR="00C12BF9" w:rsidRDefault="00C12BF9" w:rsidP="002A35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873DF7"/>
    <w:multiLevelType w:val="hybridMultilevel"/>
    <w:tmpl w:val="3C2A6A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2300DD5"/>
    <w:multiLevelType w:val="multilevel"/>
    <w:tmpl w:val="8EB42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42F28DD"/>
    <w:multiLevelType w:val="hybridMultilevel"/>
    <w:tmpl w:val="466C06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DE0013"/>
    <w:multiLevelType w:val="multilevel"/>
    <w:tmpl w:val="2764A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C496CD0"/>
    <w:multiLevelType w:val="hybridMultilevel"/>
    <w:tmpl w:val="72C6707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D5E0654"/>
    <w:multiLevelType w:val="hybridMultilevel"/>
    <w:tmpl w:val="F600DFC2"/>
    <w:lvl w:ilvl="0" w:tplc="B4BC0FF6">
      <w:start w:val="1"/>
      <w:numFmt w:val="decimal"/>
      <w:lvlText w:val="%1."/>
      <w:lvlJc w:val="left"/>
      <w:pPr>
        <w:ind w:left="1020" w:hanging="360"/>
      </w:pPr>
    </w:lvl>
    <w:lvl w:ilvl="1" w:tplc="C4B4D5DC">
      <w:start w:val="1"/>
      <w:numFmt w:val="decimal"/>
      <w:lvlText w:val="%2."/>
      <w:lvlJc w:val="left"/>
      <w:pPr>
        <w:ind w:left="1020" w:hanging="360"/>
      </w:pPr>
    </w:lvl>
    <w:lvl w:ilvl="2" w:tplc="0C8E2212">
      <w:start w:val="1"/>
      <w:numFmt w:val="decimal"/>
      <w:lvlText w:val="%3."/>
      <w:lvlJc w:val="left"/>
      <w:pPr>
        <w:ind w:left="1020" w:hanging="360"/>
      </w:pPr>
    </w:lvl>
    <w:lvl w:ilvl="3" w:tplc="5AFC0922">
      <w:start w:val="1"/>
      <w:numFmt w:val="decimal"/>
      <w:lvlText w:val="%4."/>
      <w:lvlJc w:val="left"/>
      <w:pPr>
        <w:ind w:left="1020" w:hanging="360"/>
      </w:pPr>
    </w:lvl>
    <w:lvl w:ilvl="4" w:tplc="B4B4D512">
      <w:start w:val="1"/>
      <w:numFmt w:val="decimal"/>
      <w:lvlText w:val="%5."/>
      <w:lvlJc w:val="left"/>
      <w:pPr>
        <w:ind w:left="1020" w:hanging="360"/>
      </w:pPr>
    </w:lvl>
    <w:lvl w:ilvl="5" w:tplc="A3E410FA">
      <w:start w:val="1"/>
      <w:numFmt w:val="decimal"/>
      <w:lvlText w:val="%6."/>
      <w:lvlJc w:val="left"/>
      <w:pPr>
        <w:ind w:left="1020" w:hanging="360"/>
      </w:pPr>
    </w:lvl>
    <w:lvl w:ilvl="6" w:tplc="BB960998">
      <w:start w:val="1"/>
      <w:numFmt w:val="decimal"/>
      <w:lvlText w:val="%7."/>
      <w:lvlJc w:val="left"/>
      <w:pPr>
        <w:ind w:left="1020" w:hanging="360"/>
      </w:pPr>
    </w:lvl>
    <w:lvl w:ilvl="7" w:tplc="609CCD3A">
      <w:start w:val="1"/>
      <w:numFmt w:val="decimal"/>
      <w:lvlText w:val="%8."/>
      <w:lvlJc w:val="left"/>
      <w:pPr>
        <w:ind w:left="1020" w:hanging="360"/>
      </w:pPr>
    </w:lvl>
    <w:lvl w:ilvl="8" w:tplc="B5422E48">
      <w:start w:val="1"/>
      <w:numFmt w:val="decimal"/>
      <w:lvlText w:val="%9."/>
      <w:lvlJc w:val="left"/>
      <w:pPr>
        <w:ind w:left="1020" w:hanging="360"/>
      </w:pPr>
    </w:lvl>
  </w:abstractNum>
  <w:abstractNum w:abstractNumId="15" w15:restartNumberingAfterBreak="0">
    <w:nsid w:val="0EB60FE5"/>
    <w:multiLevelType w:val="hybridMultilevel"/>
    <w:tmpl w:val="038688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EC30061"/>
    <w:multiLevelType w:val="multilevel"/>
    <w:tmpl w:val="57E67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053768A"/>
    <w:multiLevelType w:val="multilevel"/>
    <w:tmpl w:val="D4762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85104F6"/>
    <w:multiLevelType w:val="multilevel"/>
    <w:tmpl w:val="25A6A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A607B8E"/>
    <w:multiLevelType w:val="multilevel"/>
    <w:tmpl w:val="84E6D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AF30CC7"/>
    <w:multiLevelType w:val="hybridMultilevel"/>
    <w:tmpl w:val="D20EFCF0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1E357DA1"/>
    <w:multiLevelType w:val="multilevel"/>
    <w:tmpl w:val="DFF0A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F0007A4"/>
    <w:multiLevelType w:val="multilevel"/>
    <w:tmpl w:val="98129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0202F4C"/>
    <w:multiLevelType w:val="hybridMultilevel"/>
    <w:tmpl w:val="85F45A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5167A18"/>
    <w:multiLevelType w:val="hybridMultilevel"/>
    <w:tmpl w:val="839ED384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7214EA2"/>
    <w:multiLevelType w:val="hybridMultilevel"/>
    <w:tmpl w:val="D99265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7785B04"/>
    <w:multiLevelType w:val="hybridMultilevel"/>
    <w:tmpl w:val="476662B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29392F8D"/>
    <w:multiLevelType w:val="hybridMultilevel"/>
    <w:tmpl w:val="CD724D4A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A1C2A42"/>
    <w:multiLevelType w:val="multilevel"/>
    <w:tmpl w:val="AF9A4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C7F4F4E"/>
    <w:multiLevelType w:val="multilevel"/>
    <w:tmpl w:val="6E52CC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2E010C01"/>
    <w:multiLevelType w:val="hybridMultilevel"/>
    <w:tmpl w:val="8BE65836"/>
    <w:lvl w:ilvl="0" w:tplc="0809000F">
      <w:start w:val="1"/>
      <w:numFmt w:val="decimal"/>
      <w:lvlText w:val="%1."/>
      <w:lvlJc w:val="left"/>
      <w:pPr>
        <w:ind w:left="1364" w:hanging="360"/>
      </w:pPr>
    </w:lvl>
    <w:lvl w:ilvl="1" w:tplc="08090019" w:tentative="1">
      <w:start w:val="1"/>
      <w:numFmt w:val="lowerLetter"/>
      <w:lvlText w:val="%2."/>
      <w:lvlJc w:val="left"/>
      <w:pPr>
        <w:ind w:left="2084" w:hanging="360"/>
      </w:pPr>
    </w:lvl>
    <w:lvl w:ilvl="2" w:tplc="0809001B" w:tentative="1">
      <w:start w:val="1"/>
      <w:numFmt w:val="lowerRoman"/>
      <w:lvlText w:val="%3."/>
      <w:lvlJc w:val="right"/>
      <w:pPr>
        <w:ind w:left="2804" w:hanging="180"/>
      </w:pPr>
    </w:lvl>
    <w:lvl w:ilvl="3" w:tplc="0809000F" w:tentative="1">
      <w:start w:val="1"/>
      <w:numFmt w:val="decimal"/>
      <w:lvlText w:val="%4."/>
      <w:lvlJc w:val="left"/>
      <w:pPr>
        <w:ind w:left="3524" w:hanging="360"/>
      </w:pPr>
    </w:lvl>
    <w:lvl w:ilvl="4" w:tplc="08090019" w:tentative="1">
      <w:start w:val="1"/>
      <w:numFmt w:val="lowerLetter"/>
      <w:lvlText w:val="%5."/>
      <w:lvlJc w:val="left"/>
      <w:pPr>
        <w:ind w:left="4244" w:hanging="360"/>
      </w:pPr>
    </w:lvl>
    <w:lvl w:ilvl="5" w:tplc="0809001B" w:tentative="1">
      <w:start w:val="1"/>
      <w:numFmt w:val="lowerRoman"/>
      <w:lvlText w:val="%6."/>
      <w:lvlJc w:val="right"/>
      <w:pPr>
        <w:ind w:left="4964" w:hanging="180"/>
      </w:pPr>
    </w:lvl>
    <w:lvl w:ilvl="6" w:tplc="0809000F" w:tentative="1">
      <w:start w:val="1"/>
      <w:numFmt w:val="decimal"/>
      <w:lvlText w:val="%7."/>
      <w:lvlJc w:val="left"/>
      <w:pPr>
        <w:ind w:left="5684" w:hanging="360"/>
      </w:pPr>
    </w:lvl>
    <w:lvl w:ilvl="7" w:tplc="08090019" w:tentative="1">
      <w:start w:val="1"/>
      <w:numFmt w:val="lowerLetter"/>
      <w:lvlText w:val="%8."/>
      <w:lvlJc w:val="left"/>
      <w:pPr>
        <w:ind w:left="6404" w:hanging="360"/>
      </w:pPr>
    </w:lvl>
    <w:lvl w:ilvl="8" w:tplc="08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31" w15:restartNumberingAfterBreak="0">
    <w:nsid w:val="311665C8"/>
    <w:multiLevelType w:val="hybridMultilevel"/>
    <w:tmpl w:val="8BE65836"/>
    <w:lvl w:ilvl="0" w:tplc="0809000F">
      <w:start w:val="1"/>
      <w:numFmt w:val="decimal"/>
      <w:lvlText w:val="%1."/>
      <w:lvlJc w:val="left"/>
      <w:pPr>
        <w:ind w:left="1364" w:hanging="360"/>
      </w:pPr>
    </w:lvl>
    <w:lvl w:ilvl="1" w:tplc="08090019" w:tentative="1">
      <w:start w:val="1"/>
      <w:numFmt w:val="lowerLetter"/>
      <w:lvlText w:val="%2."/>
      <w:lvlJc w:val="left"/>
      <w:pPr>
        <w:ind w:left="2084" w:hanging="360"/>
      </w:pPr>
    </w:lvl>
    <w:lvl w:ilvl="2" w:tplc="0809001B" w:tentative="1">
      <w:start w:val="1"/>
      <w:numFmt w:val="lowerRoman"/>
      <w:lvlText w:val="%3."/>
      <w:lvlJc w:val="right"/>
      <w:pPr>
        <w:ind w:left="2804" w:hanging="180"/>
      </w:pPr>
    </w:lvl>
    <w:lvl w:ilvl="3" w:tplc="0809000F" w:tentative="1">
      <w:start w:val="1"/>
      <w:numFmt w:val="decimal"/>
      <w:lvlText w:val="%4."/>
      <w:lvlJc w:val="left"/>
      <w:pPr>
        <w:ind w:left="3524" w:hanging="360"/>
      </w:pPr>
    </w:lvl>
    <w:lvl w:ilvl="4" w:tplc="08090019" w:tentative="1">
      <w:start w:val="1"/>
      <w:numFmt w:val="lowerLetter"/>
      <w:lvlText w:val="%5."/>
      <w:lvlJc w:val="left"/>
      <w:pPr>
        <w:ind w:left="4244" w:hanging="360"/>
      </w:pPr>
    </w:lvl>
    <w:lvl w:ilvl="5" w:tplc="0809001B" w:tentative="1">
      <w:start w:val="1"/>
      <w:numFmt w:val="lowerRoman"/>
      <w:lvlText w:val="%6."/>
      <w:lvlJc w:val="right"/>
      <w:pPr>
        <w:ind w:left="4964" w:hanging="180"/>
      </w:pPr>
    </w:lvl>
    <w:lvl w:ilvl="6" w:tplc="0809000F" w:tentative="1">
      <w:start w:val="1"/>
      <w:numFmt w:val="decimal"/>
      <w:lvlText w:val="%7."/>
      <w:lvlJc w:val="left"/>
      <w:pPr>
        <w:ind w:left="5684" w:hanging="360"/>
      </w:pPr>
    </w:lvl>
    <w:lvl w:ilvl="7" w:tplc="08090019" w:tentative="1">
      <w:start w:val="1"/>
      <w:numFmt w:val="lowerLetter"/>
      <w:lvlText w:val="%8."/>
      <w:lvlJc w:val="left"/>
      <w:pPr>
        <w:ind w:left="6404" w:hanging="360"/>
      </w:pPr>
    </w:lvl>
    <w:lvl w:ilvl="8" w:tplc="08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32" w15:restartNumberingAfterBreak="0">
    <w:nsid w:val="365E76B4"/>
    <w:multiLevelType w:val="multilevel"/>
    <w:tmpl w:val="42705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68F51F2"/>
    <w:multiLevelType w:val="multilevel"/>
    <w:tmpl w:val="143CA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37ED3345"/>
    <w:multiLevelType w:val="hybridMultilevel"/>
    <w:tmpl w:val="5A2EF4FA"/>
    <w:lvl w:ilvl="0" w:tplc="CB04F9E6">
      <w:start w:val="1"/>
      <w:numFmt w:val="decimal"/>
      <w:lvlText w:val="%1."/>
      <w:lvlJc w:val="left"/>
      <w:pPr>
        <w:ind w:left="1020" w:hanging="360"/>
      </w:pPr>
    </w:lvl>
    <w:lvl w:ilvl="1" w:tplc="89BA0A20">
      <w:start w:val="1"/>
      <w:numFmt w:val="decimal"/>
      <w:lvlText w:val="%2."/>
      <w:lvlJc w:val="left"/>
      <w:pPr>
        <w:ind w:left="1020" w:hanging="360"/>
      </w:pPr>
    </w:lvl>
    <w:lvl w:ilvl="2" w:tplc="D2E29FE8">
      <w:start w:val="1"/>
      <w:numFmt w:val="decimal"/>
      <w:lvlText w:val="%3."/>
      <w:lvlJc w:val="left"/>
      <w:pPr>
        <w:ind w:left="1020" w:hanging="360"/>
      </w:pPr>
    </w:lvl>
    <w:lvl w:ilvl="3" w:tplc="EF66CE34">
      <w:start w:val="1"/>
      <w:numFmt w:val="decimal"/>
      <w:lvlText w:val="%4."/>
      <w:lvlJc w:val="left"/>
      <w:pPr>
        <w:ind w:left="1020" w:hanging="360"/>
      </w:pPr>
    </w:lvl>
    <w:lvl w:ilvl="4" w:tplc="4080C236">
      <w:start w:val="1"/>
      <w:numFmt w:val="decimal"/>
      <w:lvlText w:val="%5."/>
      <w:lvlJc w:val="left"/>
      <w:pPr>
        <w:ind w:left="1020" w:hanging="360"/>
      </w:pPr>
    </w:lvl>
    <w:lvl w:ilvl="5" w:tplc="31969738">
      <w:start w:val="1"/>
      <w:numFmt w:val="decimal"/>
      <w:lvlText w:val="%6."/>
      <w:lvlJc w:val="left"/>
      <w:pPr>
        <w:ind w:left="1020" w:hanging="360"/>
      </w:pPr>
    </w:lvl>
    <w:lvl w:ilvl="6" w:tplc="B4A49186">
      <w:start w:val="1"/>
      <w:numFmt w:val="decimal"/>
      <w:lvlText w:val="%7."/>
      <w:lvlJc w:val="left"/>
      <w:pPr>
        <w:ind w:left="1020" w:hanging="360"/>
      </w:pPr>
    </w:lvl>
    <w:lvl w:ilvl="7" w:tplc="5ACA907A">
      <w:start w:val="1"/>
      <w:numFmt w:val="decimal"/>
      <w:lvlText w:val="%8."/>
      <w:lvlJc w:val="left"/>
      <w:pPr>
        <w:ind w:left="1020" w:hanging="360"/>
      </w:pPr>
    </w:lvl>
    <w:lvl w:ilvl="8" w:tplc="229ACAFA">
      <w:start w:val="1"/>
      <w:numFmt w:val="decimal"/>
      <w:lvlText w:val="%9."/>
      <w:lvlJc w:val="left"/>
      <w:pPr>
        <w:ind w:left="1020" w:hanging="360"/>
      </w:pPr>
    </w:lvl>
  </w:abstractNum>
  <w:abstractNum w:abstractNumId="35" w15:restartNumberingAfterBreak="0">
    <w:nsid w:val="39204869"/>
    <w:multiLevelType w:val="hybridMultilevel"/>
    <w:tmpl w:val="6FDE2A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95D7166"/>
    <w:multiLevelType w:val="multilevel"/>
    <w:tmpl w:val="6756E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39E25CDE"/>
    <w:multiLevelType w:val="hybridMultilevel"/>
    <w:tmpl w:val="EDF0C20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3BA4538E"/>
    <w:multiLevelType w:val="multilevel"/>
    <w:tmpl w:val="7A4C2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3F9205D5"/>
    <w:multiLevelType w:val="hybridMultilevel"/>
    <w:tmpl w:val="E68E53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101132B"/>
    <w:multiLevelType w:val="hybridMultilevel"/>
    <w:tmpl w:val="2F926272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1" w15:restartNumberingAfterBreak="0">
    <w:nsid w:val="46306AB1"/>
    <w:multiLevelType w:val="hybridMultilevel"/>
    <w:tmpl w:val="7D50F3D2"/>
    <w:lvl w:ilvl="0" w:tplc="1278FC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481D43B8"/>
    <w:multiLevelType w:val="multilevel"/>
    <w:tmpl w:val="682A7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485358AD"/>
    <w:multiLevelType w:val="multilevel"/>
    <w:tmpl w:val="36942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4B6B7D44"/>
    <w:multiLevelType w:val="hybridMultilevel"/>
    <w:tmpl w:val="E8C8E12E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4B9D1702"/>
    <w:multiLevelType w:val="hybridMultilevel"/>
    <w:tmpl w:val="A4B425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E5009C8"/>
    <w:multiLevelType w:val="multilevel"/>
    <w:tmpl w:val="E3445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56BC22F7"/>
    <w:multiLevelType w:val="multilevel"/>
    <w:tmpl w:val="2432E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56FA05E3"/>
    <w:multiLevelType w:val="hybridMultilevel"/>
    <w:tmpl w:val="EF1A60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7731EF4"/>
    <w:multiLevelType w:val="hybridMultilevel"/>
    <w:tmpl w:val="582E70F4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92A590B"/>
    <w:multiLevelType w:val="multilevel"/>
    <w:tmpl w:val="84A67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59956FE7"/>
    <w:multiLevelType w:val="multilevel"/>
    <w:tmpl w:val="6E52CC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5AC61B8D"/>
    <w:multiLevelType w:val="multilevel"/>
    <w:tmpl w:val="3CEE0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5B273019"/>
    <w:multiLevelType w:val="hybridMultilevel"/>
    <w:tmpl w:val="BAB2BC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5D913B35"/>
    <w:multiLevelType w:val="hybridMultilevel"/>
    <w:tmpl w:val="48D69414"/>
    <w:lvl w:ilvl="0" w:tplc="3A0891E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E8F63B1"/>
    <w:multiLevelType w:val="hybridMultilevel"/>
    <w:tmpl w:val="A296E8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FC01616"/>
    <w:multiLevelType w:val="hybridMultilevel"/>
    <w:tmpl w:val="FE62B79A"/>
    <w:lvl w:ilvl="0" w:tplc="0A54975C">
      <w:start w:val="1"/>
      <w:numFmt w:val="decimal"/>
      <w:lvlText w:val="%1."/>
      <w:lvlJc w:val="left"/>
      <w:pPr>
        <w:ind w:left="1020" w:hanging="360"/>
      </w:pPr>
    </w:lvl>
    <w:lvl w:ilvl="1" w:tplc="52F4B444">
      <w:start w:val="1"/>
      <w:numFmt w:val="decimal"/>
      <w:lvlText w:val="%2."/>
      <w:lvlJc w:val="left"/>
      <w:pPr>
        <w:ind w:left="1020" w:hanging="360"/>
      </w:pPr>
    </w:lvl>
    <w:lvl w:ilvl="2" w:tplc="320EA47C">
      <w:start w:val="1"/>
      <w:numFmt w:val="decimal"/>
      <w:lvlText w:val="%3."/>
      <w:lvlJc w:val="left"/>
      <w:pPr>
        <w:ind w:left="1020" w:hanging="360"/>
      </w:pPr>
    </w:lvl>
    <w:lvl w:ilvl="3" w:tplc="C960E1A6">
      <w:start w:val="1"/>
      <w:numFmt w:val="decimal"/>
      <w:lvlText w:val="%4."/>
      <w:lvlJc w:val="left"/>
      <w:pPr>
        <w:ind w:left="1020" w:hanging="360"/>
      </w:pPr>
    </w:lvl>
    <w:lvl w:ilvl="4" w:tplc="1EC23F8E">
      <w:start w:val="1"/>
      <w:numFmt w:val="decimal"/>
      <w:lvlText w:val="%5."/>
      <w:lvlJc w:val="left"/>
      <w:pPr>
        <w:ind w:left="1020" w:hanging="360"/>
      </w:pPr>
    </w:lvl>
    <w:lvl w:ilvl="5" w:tplc="ADE47666">
      <w:start w:val="1"/>
      <w:numFmt w:val="decimal"/>
      <w:lvlText w:val="%6."/>
      <w:lvlJc w:val="left"/>
      <w:pPr>
        <w:ind w:left="1020" w:hanging="360"/>
      </w:pPr>
    </w:lvl>
    <w:lvl w:ilvl="6" w:tplc="B0EA728E">
      <w:start w:val="1"/>
      <w:numFmt w:val="decimal"/>
      <w:lvlText w:val="%7."/>
      <w:lvlJc w:val="left"/>
      <w:pPr>
        <w:ind w:left="1020" w:hanging="360"/>
      </w:pPr>
    </w:lvl>
    <w:lvl w:ilvl="7" w:tplc="21980A92">
      <w:start w:val="1"/>
      <w:numFmt w:val="decimal"/>
      <w:lvlText w:val="%8."/>
      <w:lvlJc w:val="left"/>
      <w:pPr>
        <w:ind w:left="1020" w:hanging="360"/>
      </w:pPr>
    </w:lvl>
    <w:lvl w:ilvl="8" w:tplc="F61EA65A">
      <w:start w:val="1"/>
      <w:numFmt w:val="decimal"/>
      <w:lvlText w:val="%9."/>
      <w:lvlJc w:val="left"/>
      <w:pPr>
        <w:ind w:left="1020" w:hanging="360"/>
      </w:pPr>
    </w:lvl>
  </w:abstractNum>
  <w:abstractNum w:abstractNumId="57" w15:restartNumberingAfterBreak="0">
    <w:nsid w:val="687928E5"/>
    <w:multiLevelType w:val="hybridMultilevel"/>
    <w:tmpl w:val="041041A8"/>
    <w:lvl w:ilvl="0" w:tplc="5E84804C">
      <w:start w:val="1"/>
      <w:numFmt w:val="decimal"/>
      <w:lvlText w:val="%1."/>
      <w:lvlJc w:val="left"/>
      <w:pPr>
        <w:ind w:left="1020" w:hanging="360"/>
      </w:pPr>
    </w:lvl>
    <w:lvl w:ilvl="1" w:tplc="704230D0">
      <w:start w:val="1"/>
      <w:numFmt w:val="decimal"/>
      <w:lvlText w:val="%2."/>
      <w:lvlJc w:val="left"/>
      <w:pPr>
        <w:ind w:left="1020" w:hanging="360"/>
      </w:pPr>
    </w:lvl>
    <w:lvl w:ilvl="2" w:tplc="12EC4886">
      <w:start w:val="1"/>
      <w:numFmt w:val="decimal"/>
      <w:lvlText w:val="%3."/>
      <w:lvlJc w:val="left"/>
      <w:pPr>
        <w:ind w:left="1020" w:hanging="360"/>
      </w:pPr>
    </w:lvl>
    <w:lvl w:ilvl="3" w:tplc="88EC5DC0">
      <w:start w:val="1"/>
      <w:numFmt w:val="decimal"/>
      <w:lvlText w:val="%4."/>
      <w:lvlJc w:val="left"/>
      <w:pPr>
        <w:ind w:left="1020" w:hanging="360"/>
      </w:pPr>
    </w:lvl>
    <w:lvl w:ilvl="4" w:tplc="F0268A2C">
      <w:start w:val="1"/>
      <w:numFmt w:val="decimal"/>
      <w:lvlText w:val="%5."/>
      <w:lvlJc w:val="left"/>
      <w:pPr>
        <w:ind w:left="1020" w:hanging="360"/>
      </w:pPr>
    </w:lvl>
    <w:lvl w:ilvl="5" w:tplc="3910A288">
      <w:start w:val="1"/>
      <w:numFmt w:val="decimal"/>
      <w:lvlText w:val="%6."/>
      <w:lvlJc w:val="left"/>
      <w:pPr>
        <w:ind w:left="1020" w:hanging="360"/>
      </w:pPr>
    </w:lvl>
    <w:lvl w:ilvl="6" w:tplc="D1BE16DC">
      <w:start w:val="1"/>
      <w:numFmt w:val="decimal"/>
      <w:lvlText w:val="%7."/>
      <w:lvlJc w:val="left"/>
      <w:pPr>
        <w:ind w:left="1020" w:hanging="360"/>
      </w:pPr>
    </w:lvl>
    <w:lvl w:ilvl="7" w:tplc="68BED5E6">
      <w:start w:val="1"/>
      <w:numFmt w:val="decimal"/>
      <w:lvlText w:val="%8."/>
      <w:lvlJc w:val="left"/>
      <w:pPr>
        <w:ind w:left="1020" w:hanging="360"/>
      </w:pPr>
    </w:lvl>
    <w:lvl w:ilvl="8" w:tplc="853253AC">
      <w:start w:val="1"/>
      <w:numFmt w:val="decimal"/>
      <w:lvlText w:val="%9."/>
      <w:lvlJc w:val="left"/>
      <w:pPr>
        <w:ind w:left="1020" w:hanging="360"/>
      </w:pPr>
    </w:lvl>
  </w:abstractNum>
  <w:abstractNum w:abstractNumId="58" w15:restartNumberingAfterBreak="0">
    <w:nsid w:val="692745EF"/>
    <w:multiLevelType w:val="hybridMultilevel"/>
    <w:tmpl w:val="2F9833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723B7FFB"/>
    <w:multiLevelType w:val="multilevel"/>
    <w:tmpl w:val="3D148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739A21D0"/>
    <w:multiLevelType w:val="multilevel"/>
    <w:tmpl w:val="AA5AD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750C0C47"/>
    <w:multiLevelType w:val="multilevel"/>
    <w:tmpl w:val="59208E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7CC55369"/>
    <w:multiLevelType w:val="multilevel"/>
    <w:tmpl w:val="6A304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7EE603AD"/>
    <w:multiLevelType w:val="hybridMultilevel"/>
    <w:tmpl w:val="45961704"/>
    <w:lvl w:ilvl="0" w:tplc="6D98CBC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58BA3B5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A89CDCF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E796F02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B75E1A0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CB7AB63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EF309DA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E2BCC93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C310D0E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num w:numId="1" w16cid:durableId="1135836458">
    <w:abstractNumId w:val="8"/>
  </w:num>
  <w:num w:numId="2" w16cid:durableId="1304697940">
    <w:abstractNumId w:val="6"/>
  </w:num>
  <w:num w:numId="3" w16cid:durableId="1756317947">
    <w:abstractNumId w:val="5"/>
  </w:num>
  <w:num w:numId="4" w16cid:durableId="2006201763">
    <w:abstractNumId w:val="4"/>
  </w:num>
  <w:num w:numId="5" w16cid:durableId="1194537374">
    <w:abstractNumId w:val="7"/>
  </w:num>
  <w:num w:numId="6" w16cid:durableId="806239274">
    <w:abstractNumId w:val="3"/>
  </w:num>
  <w:num w:numId="7" w16cid:durableId="1473256439">
    <w:abstractNumId w:val="2"/>
  </w:num>
  <w:num w:numId="8" w16cid:durableId="237056299">
    <w:abstractNumId w:val="1"/>
  </w:num>
  <w:num w:numId="9" w16cid:durableId="861359642">
    <w:abstractNumId w:val="0"/>
  </w:num>
  <w:num w:numId="10" w16cid:durableId="110629999">
    <w:abstractNumId w:val="33"/>
  </w:num>
  <w:num w:numId="11" w16cid:durableId="74253617">
    <w:abstractNumId w:val="47"/>
  </w:num>
  <w:num w:numId="12" w16cid:durableId="1934825137">
    <w:abstractNumId w:val="11"/>
  </w:num>
  <w:num w:numId="13" w16cid:durableId="2115665113">
    <w:abstractNumId w:val="35"/>
  </w:num>
  <w:num w:numId="14" w16cid:durableId="385880672">
    <w:abstractNumId w:val="9"/>
  </w:num>
  <w:num w:numId="15" w16cid:durableId="718481751">
    <w:abstractNumId w:val="40"/>
  </w:num>
  <w:num w:numId="16" w16cid:durableId="487476654">
    <w:abstractNumId w:val="24"/>
  </w:num>
  <w:num w:numId="17" w16cid:durableId="153106328">
    <w:abstractNumId w:val="20"/>
  </w:num>
  <w:num w:numId="18" w16cid:durableId="1580365120">
    <w:abstractNumId w:val="29"/>
  </w:num>
  <w:num w:numId="19" w16cid:durableId="2054232803">
    <w:abstractNumId w:val="54"/>
  </w:num>
  <w:num w:numId="20" w16cid:durableId="751702065">
    <w:abstractNumId w:val="18"/>
  </w:num>
  <w:num w:numId="21" w16cid:durableId="88089162">
    <w:abstractNumId w:val="50"/>
  </w:num>
  <w:num w:numId="22" w16cid:durableId="78910556">
    <w:abstractNumId w:val="49"/>
  </w:num>
  <w:num w:numId="23" w16cid:durableId="1123038409">
    <w:abstractNumId w:val="55"/>
  </w:num>
  <w:num w:numId="24" w16cid:durableId="342824087">
    <w:abstractNumId w:val="27"/>
  </w:num>
  <w:num w:numId="25" w16cid:durableId="1611818306">
    <w:abstractNumId w:val="53"/>
  </w:num>
  <w:num w:numId="26" w16cid:durableId="1576089703">
    <w:abstractNumId w:val="15"/>
  </w:num>
  <w:num w:numId="27" w16cid:durableId="245263239">
    <w:abstractNumId w:val="58"/>
  </w:num>
  <w:num w:numId="28" w16cid:durableId="1051464526">
    <w:abstractNumId w:val="51"/>
  </w:num>
  <w:num w:numId="29" w16cid:durableId="1114712621">
    <w:abstractNumId w:val="22"/>
  </w:num>
  <w:num w:numId="30" w16cid:durableId="1068108922">
    <w:abstractNumId w:val="26"/>
  </w:num>
  <w:num w:numId="31" w16cid:durableId="1984114855">
    <w:abstractNumId w:val="30"/>
  </w:num>
  <w:num w:numId="32" w16cid:durableId="863010533">
    <w:abstractNumId w:val="31"/>
  </w:num>
  <w:num w:numId="33" w16cid:durableId="1000814916">
    <w:abstractNumId w:val="23"/>
  </w:num>
  <w:num w:numId="34" w16cid:durableId="751321158">
    <w:abstractNumId w:val="39"/>
  </w:num>
  <w:num w:numId="35" w16cid:durableId="709844046">
    <w:abstractNumId w:val="48"/>
  </w:num>
  <w:num w:numId="36" w16cid:durableId="513425402">
    <w:abstractNumId w:val="36"/>
  </w:num>
  <w:num w:numId="37" w16cid:durableId="1689406687">
    <w:abstractNumId w:val="17"/>
  </w:num>
  <w:num w:numId="38" w16cid:durableId="1602108769">
    <w:abstractNumId w:val="63"/>
  </w:num>
  <w:num w:numId="39" w16cid:durableId="1439981107">
    <w:abstractNumId w:val="13"/>
  </w:num>
  <w:num w:numId="40" w16cid:durableId="1261065870">
    <w:abstractNumId w:val="60"/>
  </w:num>
  <w:num w:numId="41" w16cid:durableId="398291934">
    <w:abstractNumId w:val="45"/>
  </w:num>
  <w:num w:numId="42" w16cid:durableId="1712681826">
    <w:abstractNumId w:val="44"/>
  </w:num>
  <w:num w:numId="43" w16cid:durableId="804659786">
    <w:abstractNumId w:val="37"/>
  </w:num>
  <w:num w:numId="44" w16cid:durableId="748229889">
    <w:abstractNumId w:val="41"/>
  </w:num>
  <w:num w:numId="45" w16cid:durableId="1937054828">
    <w:abstractNumId w:val="61"/>
  </w:num>
  <w:num w:numId="46" w16cid:durableId="232862607">
    <w:abstractNumId w:val="12"/>
  </w:num>
  <w:num w:numId="47" w16cid:durableId="992486483">
    <w:abstractNumId w:val="28"/>
  </w:num>
  <w:num w:numId="48" w16cid:durableId="406540313">
    <w:abstractNumId w:val="19"/>
  </w:num>
  <w:num w:numId="49" w16cid:durableId="1152064472">
    <w:abstractNumId w:val="32"/>
  </w:num>
  <w:num w:numId="50" w16cid:durableId="689186513">
    <w:abstractNumId w:val="21"/>
  </w:num>
  <w:num w:numId="51" w16cid:durableId="173570201">
    <w:abstractNumId w:val="52"/>
  </w:num>
  <w:num w:numId="52" w16cid:durableId="218130647">
    <w:abstractNumId w:val="43"/>
  </w:num>
  <w:num w:numId="53" w16cid:durableId="2044401294">
    <w:abstractNumId w:val="14"/>
  </w:num>
  <w:num w:numId="54" w16cid:durableId="666834629">
    <w:abstractNumId w:val="57"/>
  </w:num>
  <w:num w:numId="55" w16cid:durableId="830175623">
    <w:abstractNumId w:val="56"/>
  </w:num>
  <w:num w:numId="56" w16cid:durableId="857232210">
    <w:abstractNumId w:val="34"/>
  </w:num>
  <w:num w:numId="57" w16cid:durableId="1147938643">
    <w:abstractNumId w:val="42"/>
  </w:num>
  <w:num w:numId="58" w16cid:durableId="1681857702">
    <w:abstractNumId w:val="46"/>
  </w:num>
  <w:num w:numId="59" w16cid:durableId="2031099599">
    <w:abstractNumId w:val="38"/>
  </w:num>
  <w:num w:numId="60" w16cid:durableId="1166360092">
    <w:abstractNumId w:val="10"/>
  </w:num>
  <w:num w:numId="61" w16cid:durableId="1965961108">
    <w:abstractNumId w:val="62"/>
  </w:num>
  <w:num w:numId="62" w16cid:durableId="1266839487">
    <w:abstractNumId w:val="59"/>
  </w:num>
  <w:num w:numId="63" w16cid:durableId="1145775948">
    <w:abstractNumId w:val="16"/>
  </w:num>
  <w:num w:numId="64" w16cid:durableId="1576234792">
    <w:abstractNumId w:val="25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200F"/>
    <w:rsid w:val="00003C43"/>
    <w:rsid w:val="00004E5B"/>
    <w:rsid w:val="000052B2"/>
    <w:rsid w:val="00005472"/>
    <w:rsid w:val="0000650E"/>
    <w:rsid w:val="00011DD7"/>
    <w:rsid w:val="00013EAA"/>
    <w:rsid w:val="0001433B"/>
    <w:rsid w:val="000145AE"/>
    <w:rsid w:val="00016FE2"/>
    <w:rsid w:val="00021243"/>
    <w:rsid w:val="0002221A"/>
    <w:rsid w:val="00024BBE"/>
    <w:rsid w:val="00027364"/>
    <w:rsid w:val="00027913"/>
    <w:rsid w:val="00030904"/>
    <w:rsid w:val="00031757"/>
    <w:rsid w:val="00031D50"/>
    <w:rsid w:val="00031D76"/>
    <w:rsid w:val="000328D4"/>
    <w:rsid w:val="00033DE2"/>
    <w:rsid w:val="00034616"/>
    <w:rsid w:val="00036F96"/>
    <w:rsid w:val="00036FF2"/>
    <w:rsid w:val="00040790"/>
    <w:rsid w:val="00040CD2"/>
    <w:rsid w:val="00040D08"/>
    <w:rsid w:val="00045246"/>
    <w:rsid w:val="0005045A"/>
    <w:rsid w:val="00050B0D"/>
    <w:rsid w:val="00050D09"/>
    <w:rsid w:val="00050F3C"/>
    <w:rsid w:val="0005131D"/>
    <w:rsid w:val="00052CA8"/>
    <w:rsid w:val="00052FCC"/>
    <w:rsid w:val="000536DD"/>
    <w:rsid w:val="00053BAC"/>
    <w:rsid w:val="00060494"/>
    <w:rsid w:val="0006063C"/>
    <w:rsid w:val="00060A8A"/>
    <w:rsid w:val="000620F9"/>
    <w:rsid w:val="000652BD"/>
    <w:rsid w:val="00067AF4"/>
    <w:rsid w:val="00067CC7"/>
    <w:rsid w:val="00067D6B"/>
    <w:rsid w:val="00067D93"/>
    <w:rsid w:val="00067FD9"/>
    <w:rsid w:val="000700BF"/>
    <w:rsid w:val="0007224F"/>
    <w:rsid w:val="00073DCB"/>
    <w:rsid w:val="0007532A"/>
    <w:rsid w:val="000807FF"/>
    <w:rsid w:val="00080A1C"/>
    <w:rsid w:val="000829E3"/>
    <w:rsid w:val="000831EA"/>
    <w:rsid w:val="00084EDE"/>
    <w:rsid w:val="00087E41"/>
    <w:rsid w:val="000903FB"/>
    <w:rsid w:val="00091400"/>
    <w:rsid w:val="0009163D"/>
    <w:rsid w:val="00093BC7"/>
    <w:rsid w:val="00093C9E"/>
    <w:rsid w:val="00095752"/>
    <w:rsid w:val="00097156"/>
    <w:rsid w:val="000A0285"/>
    <w:rsid w:val="000A0A02"/>
    <w:rsid w:val="000A0F6F"/>
    <w:rsid w:val="000A1AFB"/>
    <w:rsid w:val="000A2C12"/>
    <w:rsid w:val="000A36F8"/>
    <w:rsid w:val="000A3AA3"/>
    <w:rsid w:val="000A3B81"/>
    <w:rsid w:val="000A458F"/>
    <w:rsid w:val="000A4595"/>
    <w:rsid w:val="000B0155"/>
    <w:rsid w:val="000B0876"/>
    <w:rsid w:val="000B211B"/>
    <w:rsid w:val="000B22A5"/>
    <w:rsid w:val="000B2796"/>
    <w:rsid w:val="000B2F49"/>
    <w:rsid w:val="000B3D47"/>
    <w:rsid w:val="000B4826"/>
    <w:rsid w:val="000B5E26"/>
    <w:rsid w:val="000B7CD2"/>
    <w:rsid w:val="000C0104"/>
    <w:rsid w:val="000C121B"/>
    <w:rsid w:val="000C202E"/>
    <w:rsid w:val="000C27A2"/>
    <w:rsid w:val="000C2F2E"/>
    <w:rsid w:val="000C35DC"/>
    <w:rsid w:val="000C543A"/>
    <w:rsid w:val="000C6230"/>
    <w:rsid w:val="000C7DDD"/>
    <w:rsid w:val="000D3180"/>
    <w:rsid w:val="000D42DF"/>
    <w:rsid w:val="000D44A7"/>
    <w:rsid w:val="000D61BD"/>
    <w:rsid w:val="000D6CB7"/>
    <w:rsid w:val="000D6EA0"/>
    <w:rsid w:val="000E1A17"/>
    <w:rsid w:val="000E3E01"/>
    <w:rsid w:val="000E47DA"/>
    <w:rsid w:val="000E66A4"/>
    <w:rsid w:val="000F0FB6"/>
    <w:rsid w:val="000F1869"/>
    <w:rsid w:val="000F1FC0"/>
    <w:rsid w:val="0010042E"/>
    <w:rsid w:val="00100B6F"/>
    <w:rsid w:val="00100EE9"/>
    <w:rsid w:val="0010117F"/>
    <w:rsid w:val="00101DC4"/>
    <w:rsid w:val="00104479"/>
    <w:rsid w:val="00105407"/>
    <w:rsid w:val="0010650A"/>
    <w:rsid w:val="00112F6D"/>
    <w:rsid w:val="00113640"/>
    <w:rsid w:val="0011380E"/>
    <w:rsid w:val="00115B6E"/>
    <w:rsid w:val="0011602F"/>
    <w:rsid w:val="00117586"/>
    <w:rsid w:val="001227BF"/>
    <w:rsid w:val="00122A52"/>
    <w:rsid w:val="0012440C"/>
    <w:rsid w:val="0012614F"/>
    <w:rsid w:val="00127533"/>
    <w:rsid w:val="00130441"/>
    <w:rsid w:val="001310DD"/>
    <w:rsid w:val="0013273A"/>
    <w:rsid w:val="00134258"/>
    <w:rsid w:val="0013462C"/>
    <w:rsid w:val="00134CB3"/>
    <w:rsid w:val="00135B70"/>
    <w:rsid w:val="00137DE9"/>
    <w:rsid w:val="0014027C"/>
    <w:rsid w:val="001402A7"/>
    <w:rsid w:val="001433D2"/>
    <w:rsid w:val="001443E8"/>
    <w:rsid w:val="00145CCB"/>
    <w:rsid w:val="00147859"/>
    <w:rsid w:val="0015074B"/>
    <w:rsid w:val="001512C8"/>
    <w:rsid w:val="00153480"/>
    <w:rsid w:val="00154395"/>
    <w:rsid w:val="001545D5"/>
    <w:rsid w:val="00154A7E"/>
    <w:rsid w:val="001556EF"/>
    <w:rsid w:val="00156385"/>
    <w:rsid w:val="00156E8A"/>
    <w:rsid w:val="001629D7"/>
    <w:rsid w:val="001632E6"/>
    <w:rsid w:val="001657DD"/>
    <w:rsid w:val="001671A8"/>
    <w:rsid w:val="00170CDD"/>
    <w:rsid w:val="00172164"/>
    <w:rsid w:val="001725C6"/>
    <w:rsid w:val="00172D3F"/>
    <w:rsid w:val="001746ED"/>
    <w:rsid w:val="00174F0C"/>
    <w:rsid w:val="00175E74"/>
    <w:rsid w:val="00176656"/>
    <w:rsid w:val="00182494"/>
    <w:rsid w:val="00183A34"/>
    <w:rsid w:val="0018524D"/>
    <w:rsid w:val="00186609"/>
    <w:rsid w:val="00186E70"/>
    <w:rsid w:val="001913CE"/>
    <w:rsid w:val="001925D8"/>
    <w:rsid w:val="00194746"/>
    <w:rsid w:val="001963D0"/>
    <w:rsid w:val="00197267"/>
    <w:rsid w:val="001A058A"/>
    <w:rsid w:val="001A43AE"/>
    <w:rsid w:val="001A4A67"/>
    <w:rsid w:val="001A591F"/>
    <w:rsid w:val="001B0CEE"/>
    <w:rsid w:val="001B16A2"/>
    <w:rsid w:val="001B3383"/>
    <w:rsid w:val="001B5488"/>
    <w:rsid w:val="001B7B67"/>
    <w:rsid w:val="001C2A1D"/>
    <w:rsid w:val="001D059F"/>
    <w:rsid w:val="001D268C"/>
    <w:rsid w:val="001D2B18"/>
    <w:rsid w:val="001D2C88"/>
    <w:rsid w:val="001D3D55"/>
    <w:rsid w:val="001E1696"/>
    <w:rsid w:val="001E16B2"/>
    <w:rsid w:val="001E190E"/>
    <w:rsid w:val="001E338A"/>
    <w:rsid w:val="001E36CB"/>
    <w:rsid w:val="001E3833"/>
    <w:rsid w:val="001E50BF"/>
    <w:rsid w:val="001E615B"/>
    <w:rsid w:val="001F0CDE"/>
    <w:rsid w:val="001F1504"/>
    <w:rsid w:val="001F1830"/>
    <w:rsid w:val="001F1D5F"/>
    <w:rsid w:val="001F214A"/>
    <w:rsid w:val="001F2F44"/>
    <w:rsid w:val="001F3827"/>
    <w:rsid w:val="001F437E"/>
    <w:rsid w:val="001F780B"/>
    <w:rsid w:val="00202DCD"/>
    <w:rsid w:val="00207B90"/>
    <w:rsid w:val="00207D5E"/>
    <w:rsid w:val="00207DC3"/>
    <w:rsid w:val="00211120"/>
    <w:rsid w:val="0021311D"/>
    <w:rsid w:val="00213FBD"/>
    <w:rsid w:val="0021634C"/>
    <w:rsid w:val="00221620"/>
    <w:rsid w:val="0022238F"/>
    <w:rsid w:val="002234BF"/>
    <w:rsid w:val="00223897"/>
    <w:rsid w:val="00223DA7"/>
    <w:rsid w:val="00224E88"/>
    <w:rsid w:val="00225BCB"/>
    <w:rsid w:val="002278FA"/>
    <w:rsid w:val="00231781"/>
    <w:rsid w:val="00231B7D"/>
    <w:rsid w:val="0023205B"/>
    <w:rsid w:val="00233540"/>
    <w:rsid w:val="002339C2"/>
    <w:rsid w:val="00234B9A"/>
    <w:rsid w:val="00235186"/>
    <w:rsid w:val="002354DC"/>
    <w:rsid w:val="00236E94"/>
    <w:rsid w:val="002423D2"/>
    <w:rsid w:val="00242884"/>
    <w:rsid w:val="002449E7"/>
    <w:rsid w:val="00244BAA"/>
    <w:rsid w:val="002450F5"/>
    <w:rsid w:val="002462A2"/>
    <w:rsid w:val="00247BAE"/>
    <w:rsid w:val="002511ED"/>
    <w:rsid w:val="00251563"/>
    <w:rsid w:val="00251B01"/>
    <w:rsid w:val="002523F0"/>
    <w:rsid w:val="00254EF6"/>
    <w:rsid w:val="00257A01"/>
    <w:rsid w:val="00257CBA"/>
    <w:rsid w:val="002608AF"/>
    <w:rsid w:val="00261296"/>
    <w:rsid w:val="0026140D"/>
    <w:rsid w:val="00263454"/>
    <w:rsid w:val="00263891"/>
    <w:rsid w:val="0026480B"/>
    <w:rsid w:val="002653C3"/>
    <w:rsid w:val="00265E71"/>
    <w:rsid w:val="00267D83"/>
    <w:rsid w:val="00271BC8"/>
    <w:rsid w:val="002720D0"/>
    <w:rsid w:val="002745A4"/>
    <w:rsid w:val="00276D7C"/>
    <w:rsid w:val="002807C1"/>
    <w:rsid w:val="00281DC7"/>
    <w:rsid w:val="0028451B"/>
    <w:rsid w:val="002865D3"/>
    <w:rsid w:val="002906AA"/>
    <w:rsid w:val="00290ADE"/>
    <w:rsid w:val="00291041"/>
    <w:rsid w:val="00293E7E"/>
    <w:rsid w:val="00293F59"/>
    <w:rsid w:val="002949E2"/>
    <w:rsid w:val="00294C3E"/>
    <w:rsid w:val="0029565A"/>
    <w:rsid w:val="002961D3"/>
    <w:rsid w:val="0029639D"/>
    <w:rsid w:val="002A184B"/>
    <w:rsid w:val="002A1B9F"/>
    <w:rsid w:val="002A30F0"/>
    <w:rsid w:val="002A355A"/>
    <w:rsid w:val="002A44E3"/>
    <w:rsid w:val="002A6BA1"/>
    <w:rsid w:val="002A7301"/>
    <w:rsid w:val="002B0CE8"/>
    <w:rsid w:val="002B1583"/>
    <w:rsid w:val="002B474C"/>
    <w:rsid w:val="002B4A59"/>
    <w:rsid w:val="002B583E"/>
    <w:rsid w:val="002B584C"/>
    <w:rsid w:val="002B7AEB"/>
    <w:rsid w:val="002C0465"/>
    <w:rsid w:val="002C44D2"/>
    <w:rsid w:val="002C528D"/>
    <w:rsid w:val="002C5AA4"/>
    <w:rsid w:val="002C751D"/>
    <w:rsid w:val="002D0D1D"/>
    <w:rsid w:val="002D5B81"/>
    <w:rsid w:val="002D6863"/>
    <w:rsid w:val="002E0976"/>
    <w:rsid w:val="002E09F4"/>
    <w:rsid w:val="002E30DE"/>
    <w:rsid w:val="002E36E3"/>
    <w:rsid w:val="002E3F9A"/>
    <w:rsid w:val="002E51DE"/>
    <w:rsid w:val="002E592D"/>
    <w:rsid w:val="002F00DB"/>
    <w:rsid w:val="002F1806"/>
    <w:rsid w:val="002F3252"/>
    <w:rsid w:val="002F3E47"/>
    <w:rsid w:val="002F45CC"/>
    <w:rsid w:val="002F6D9E"/>
    <w:rsid w:val="0030117B"/>
    <w:rsid w:val="003012E9"/>
    <w:rsid w:val="00302100"/>
    <w:rsid w:val="0030238C"/>
    <w:rsid w:val="003028F5"/>
    <w:rsid w:val="00303C54"/>
    <w:rsid w:val="00304FFD"/>
    <w:rsid w:val="00306807"/>
    <w:rsid w:val="00306E53"/>
    <w:rsid w:val="00307A15"/>
    <w:rsid w:val="0031207E"/>
    <w:rsid w:val="003124B8"/>
    <w:rsid w:val="00313EEB"/>
    <w:rsid w:val="003161F2"/>
    <w:rsid w:val="0032048F"/>
    <w:rsid w:val="0032127F"/>
    <w:rsid w:val="00321A31"/>
    <w:rsid w:val="00321B13"/>
    <w:rsid w:val="00321F12"/>
    <w:rsid w:val="003223DA"/>
    <w:rsid w:val="0032307E"/>
    <w:rsid w:val="0032372C"/>
    <w:rsid w:val="00323F05"/>
    <w:rsid w:val="00326F90"/>
    <w:rsid w:val="003275D6"/>
    <w:rsid w:val="00327E18"/>
    <w:rsid w:val="0033076D"/>
    <w:rsid w:val="00330975"/>
    <w:rsid w:val="00330DAD"/>
    <w:rsid w:val="00331F83"/>
    <w:rsid w:val="003326E6"/>
    <w:rsid w:val="00340381"/>
    <w:rsid w:val="00341EE0"/>
    <w:rsid w:val="00342573"/>
    <w:rsid w:val="00345795"/>
    <w:rsid w:val="00345E0B"/>
    <w:rsid w:val="00346837"/>
    <w:rsid w:val="0035065D"/>
    <w:rsid w:val="0035305F"/>
    <w:rsid w:val="00354785"/>
    <w:rsid w:val="00354D55"/>
    <w:rsid w:val="00357660"/>
    <w:rsid w:val="0036089D"/>
    <w:rsid w:val="00360D04"/>
    <w:rsid w:val="00360EBA"/>
    <w:rsid w:val="0036173F"/>
    <w:rsid w:val="003617AB"/>
    <w:rsid w:val="00361983"/>
    <w:rsid w:val="00361AD8"/>
    <w:rsid w:val="0036239E"/>
    <w:rsid w:val="00363CB4"/>
    <w:rsid w:val="00364734"/>
    <w:rsid w:val="00364B68"/>
    <w:rsid w:val="00364F42"/>
    <w:rsid w:val="00366598"/>
    <w:rsid w:val="0036712A"/>
    <w:rsid w:val="0037228D"/>
    <w:rsid w:val="003728E1"/>
    <w:rsid w:val="00373FD8"/>
    <w:rsid w:val="00374904"/>
    <w:rsid w:val="00376FA4"/>
    <w:rsid w:val="00380A14"/>
    <w:rsid w:val="00380CBD"/>
    <w:rsid w:val="00384F14"/>
    <w:rsid w:val="003867AC"/>
    <w:rsid w:val="00386F0A"/>
    <w:rsid w:val="003915C8"/>
    <w:rsid w:val="00394D78"/>
    <w:rsid w:val="00394E2E"/>
    <w:rsid w:val="00395523"/>
    <w:rsid w:val="003974D2"/>
    <w:rsid w:val="0039763D"/>
    <w:rsid w:val="003A1C71"/>
    <w:rsid w:val="003A1DE6"/>
    <w:rsid w:val="003A2627"/>
    <w:rsid w:val="003A2674"/>
    <w:rsid w:val="003A34AC"/>
    <w:rsid w:val="003A55DB"/>
    <w:rsid w:val="003A61A9"/>
    <w:rsid w:val="003A6FB0"/>
    <w:rsid w:val="003A7D47"/>
    <w:rsid w:val="003B2309"/>
    <w:rsid w:val="003B2CA1"/>
    <w:rsid w:val="003B3B27"/>
    <w:rsid w:val="003B4BCE"/>
    <w:rsid w:val="003B570B"/>
    <w:rsid w:val="003B5EB9"/>
    <w:rsid w:val="003B636B"/>
    <w:rsid w:val="003B640A"/>
    <w:rsid w:val="003B6D5A"/>
    <w:rsid w:val="003C1D74"/>
    <w:rsid w:val="003C3ED0"/>
    <w:rsid w:val="003C4DF6"/>
    <w:rsid w:val="003C6D7B"/>
    <w:rsid w:val="003C7429"/>
    <w:rsid w:val="003C785F"/>
    <w:rsid w:val="003C7D99"/>
    <w:rsid w:val="003D04FC"/>
    <w:rsid w:val="003D0BD0"/>
    <w:rsid w:val="003D300D"/>
    <w:rsid w:val="003D3FD5"/>
    <w:rsid w:val="003D44A4"/>
    <w:rsid w:val="003D48CA"/>
    <w:rsid w:val="003D5FB9"/>
    <w:rsid w:val="003D63D4"/>
    <w:rsid w:val="003D7D3B"/>
    <w:rsid w:val="003E0370"/>
    <w:rsid w:val="003E213B"/>
    <w:rsid w:val="003E2DBB"/>
    <w:rsid w:val="003E36E4"/>
    <w:rsid w:val="003F062B"/>
    <w:rsid w:val="003F1D4D"/>
    <w:rsid w:val="003F4D4A"/>
    <w:rsid w:val="00403F72"/>
    <w:rsid w:val="00405824"/>
    <w:rsid w:val="00406BE1"/>
    <w:rsid w:val="00406CFE"/>
    <w:rsid w:val="00406F50"/>
    <w:rsid w:val="00410E44"/>
    <w:rsid w:val="00412D86"/>
    <w:rsid w:val="00413182"/>
    <w:rsid w:val="0041461D"/>
    <w:rsid w:val="004156A8"/>
    <w:rsid w:val="0041697B"/>
    <w:rsid w:val="00420C5D"/>
    <w:rsid w:val="00423E9E"/>
    <w:rsid w:val="00424340"/>
    <w:rsid w:val="00426F4A"/>
    <w:rsid w:val="004311C0"/>
    <w:rsid w:val="004339EB"/>
    <w:rsid w:val="0043518E"/>
    <w:rsid w:val="00436528"/>
    <w:rsid w:val="004409F9"/>
    <w:rsid w:val="00444C58"/>
    <w:rsid w:val="00445202"/>
    <w:rsid w:val="0044666E"/>
    <w:rsid w:val="004527E4"/>
    <w:rsid w:val="0045293F"/>
    <w:rsid w:val="00453098"/>
    <w:rsid w:val="004541B1"/>
    <w:rsid w:val="0045623F"/>
    <w:rsid w:val="00457934"/>
    <w:rsid w:val="00462618"/>
    <w:rsid w:val="00465516"/>
    <w:rsid w:val="004663C2"/>
    <w:rsid w:val="00466E73"/>
    <w:rsid w:val="00470586"/>
    <w:rsid w:val="00471FFB"/>
    <w:rsid w:val="004731D4"/>
    <w:rsid w:val="004761D0"/>
    <w:rsid w:val="0048265F"/>
    <w:rsid w:val="004839A4"/>
    <w:rsid w:val="0048505E"/>
    <w:rsid w:val="00485326"/>
    <w:rsid w:val="0048628D"/>
    <w:rsid w:val="00486663"/>
    <w:rsid w:val="00486F02"/>
    <w:rsid w:val="00487451"/>
    <w:rsid w:val="004876B9"/>
    <w:rsid w:val="00487752"/>
    <w:rsid w:val="00487A02"/>
    <w:rsid w:val="00487E86"/>
    <w:rsid w:val="00490A68"/>
    <w:rsid w:val="00491C1A"/>
    <w:rsid w:val="00491D27"/>
    <w:rsid w:val="00492D3E"/>
    <w:rsid w:val="00494F62"/>
    <w:rsid w:val="004960A5"/>
    <w:rsid w:val="00496D27"/>
    <w:rsid w:val="004974B4"/>
    <w:rsid w:val="004A144E"/>
    <w:rsid w:val="004A25ED"/>
    <w:rsid w:val="004A3400"/>
    <w:rsid w:val="004A3F9D"/>
    <w:rsid w:val="004A469E"/>
    <w:rsid w:val="004A5BB0"/>
    <w:rsid w:val="004A6BB0"/>
    <w:rsid w:val="004B0311"/>
    <w:rsid w:val="004B120C"/>
    <w:rsid w:val="004B19AE"/>
    <w:rsid w:val="004B2695"/>
    <w:rsid w:val="004B36BE"/>
    <w:rsid w:val="004B63F1"/>
    <w:rsid w:val="004B6A91"/>
    <w:rsid w:val="004B6DF4"/>
    <w:rsid w:val="004B714B"/>
    <w:rsid w:val="004C0477"/>
    <w:rsid w:val="004C1FAF"/>
    <w:rsid w:val="004C5BDF"/>
    <w:rsid w:val="004C60A8"/>
    <w:rsid w:val="004C70E1"/>
    <w:rsid w:val="004C7A28"/>
    <w:rsid w:val="004D019A"/>
    <w:rsid w:val="004D22C0"/>
    <w:rsid w:val="004D524A"/>
    <w:rsid w:val="004D563C"/>
    <w:rsid w:val="004D60A7"/>
    <w:rsid w:val="004D73F3"/>
    <w:rsid w:val="004E04AB"/>
    <w:rsid w:val="004E0899"/>
    <w:rsid w:val="004E0F1E"/>
    <w:rsid w:val="004E1275"/>
    <w:rsid w:val="004E1949"/>
    <w:rsid w:val="004E2523"/>
    <w:rsid w:val="004E420F"/>
    <w:rsid w:val="004E4341"/>
    <w:rsid w:val="004E477C"/>
    <w:rsid w:val="004E4B09"/>
    <w:rsid w:val="004E6B02"/>
    <w:rsid w:val="004E6C12"/>
    <w:rsid w:val="004F0C86"/>
    <w:rsid w:val="004F0DCB"/>
    <w:rsid w:val="004F2626"/>
    <w:rsid w:val="004F50DB"/>
    <w:rsid w:val="004F74E4"/>
    <w:rsid w:val="004F7FAB"/>
    <w:rsid w:val="00500B96"/>
    <w:rsid w:val="00502155"/>
    <w:rsid w:val="00502D71"/>
    <w:rsid w:val="0050583A"/>
    <w:rsid w:val="00506746"/>
    <w:rsid w:val="0050781D"/>
    <w:rsid w:val="005079F4"/>
    <w:rsid w:val="00510D65"/>
    <w:rsid w:val="005110D6"/>
    <w:rsid w:val="005133B5"/>
    <w:rsid w:val="00513A5F"/>
    <w:rsid w:val="00514D8A"/>
    <w:rsid w:val="00522F83"/>
    <w:rsid w:val="005238E0"/>
    <w:rsid w:val="00523F92"/>
    <w:rsid w:val="00525245"/>
    <w:rsid w:val="0052692B"/>
    <w:rsid w:val="00527616"/>
    <w:rsid w:val="00527B0C"/>
    <w:rsid w:val="005303D9"/>
    <w:rsid w:val="005306A3"/>
    <w:rsid w:val="00530979"/>
    <w:rsid w:val="00533D75"/>
    <w:rsid w:val="005355DA"/>
    <w:rsid w:val="00536571"/>
    <w:rsid w:val="0053701A"/>
    <w:rsid w:val="005418F4"/>
    <w:rsid w:val="00542C2F"/>
    <w:rsid w:val="00542F46"/>
    <w:rsid w:val="0054342B"/>
    <w:rsid w:val="00543ECD"/>
    <w:rsid w:val="005440BB"/>
    <w:rsid w:val="00545878"/>
    <w:rsid w:val="005516B3"/>
    <w:rsid w:val="00552581"/>
    <w:rsid w:val="00557586"/>
    <w:rsid w:val="00557780"/>
    <w:rsid w:val="00560B0D"/>
    <w:rsid w:val="00561E4C"/>
    <w:rsid w:val="00561EB0"/>
    <w:rsid w:val="00563101"/>
    <w:rsid w:val="00564FAA"/>
    <w:rsid w:val="0056531B"/>
    <w:rsid w:val="00570342"/>
    <w:rsid w:val="0057195E"/>
    <w:rsid w:val="005724F2"/>
    <w:rsid w:val="005729D3"/>
    <w:rsid w:val="0057347E"/>
    <w:rsid w:val="00575C10"/>
    <w:rsid w:val="00582CCB"/>
    <w:rsid w:val="005831AA"/>
    <w:rsid w:val="00584113"/>
    <w:rsid w:val="00585F02"/>
    <w:rsid w:val="005861E8"/>
    <w:rsid w:val="00592485"/>
    <w:rsid w:val="0059270F"/>
    <w:rsid w:val="00592FEA"/>
    <w:rsid w:val="00593C6C"/>
    <w:rsid w:val="00595E97"/>
    <w:rsid w:val="005960BC"/>
    <w:rsid w:val="00597544"/>
    <w:rsid w:val="005A09BE"/>
    <w:rsid w:val="005A2A91"/>
    <w:rsid w:val="005A4E66"/>
    <w:rsid w:val="005A5CBC"/>
    <w:rsid w:val="005A5D96"/>
    <w:rsid w:val="005B11AD"/>
    <w:rsid w:val="005B1915"/>
    <w:rsid w:val="005B1A8C"/>
    <w:rsid w:val="005B44B9"/>
    <w:rsid w:val="005B4953"/>
    <w:rsid w:val="005B51C1"/>
    <w:rsid w:val="005B5E8A"/>
    <w:rsid w:val="005B6DBB"/>
    <w:rsid w:val="005B770F"/>
    <w:rsid w:val="005C0093"/>
    <w:rsid w:val="005C0FB6"/>
    <w:rsid w:val="005C1AF0"/>
    <w:rsid w:val="005C333E"/>
    <w:rsid w:val="005C588E"/>
    <w:rsid w:val="005C5F74"/>
    <w:rsid w:val="005D118B"/>
    <w:rsid w:val="005D2B60"/>
    <w:rsid w:val="005D4BB4"/>
    <w:rsid w:val="005D5EF4"/>
    <w:rsid w:val="005D70C4"/>
    <w:rsid w:val="005D7412"/>
    <w:rsid w:val="005D74D1"/>
    <w:rsid w:val="005D7AFF"/>
    <w:rsid w:val="005D7C62"/>
    <w:rsid w:val="005E0EAF"/>
    <w:rsid w:val="005E17E7"/>
    <w:rsid w:val="005E186E"/>
    <w:rsid w:val="005E3723"/>
    <w:rsid w:val="005E4352"/>
    <w:rsid w:val="005E481F"/>
    <w:rsid w:val="005E5362"/>
    <w:rsid w:val="005F06E3"/>
    <w:rsid w:val="005F2BDA"/>
    <w:rsid w:val="005F3C5D"/>
    <w:rsid w:val="005F44A4"/>
    <w:rsid w:val="005F4E7A"/>
    <w:rsid w:val="005F5758"/>
    <w:rsid w:val="005F6339"/>
    <w:rsid w:val="005F663C"/>
    <w:rsid w:val="005F6EEF"/>
    <w:rsid w:val="005F7320"/>
    <w:rsid w:val="005F7F01"/>
    <w:rsid w:val="00600EB9"/>
    <w:rsid w:val="00602B72"/>
    <w:rsid w:val="00602DD2"/>
    <w:rsid w:val="006038E5"/>
    <w:rsid w:val="00603941"/>
    <w:rsid w:val="00603FAA"/>
    <w:rsid w:val="00604EEE"/>
    <w:rsid w:val="00605493"/>
    <w:rsid w:val="00607FF8"/>
    <w:rsid w:val="00610794"/>
    <w:rsid w:val="0061084C"/>
    <w:rsid w:val="00610E4C"/>
    <w:rsid w:val="00613395"/>
    <w:rsid w:val="00614728"/>
    <w:rsid w:val="00615228"/>
    <w:rsid w:val="00616412"/>
    <w:rsid w:val="00617231"/>
    <w:rsid w:val="00617626"/>
    <w:rsid w:val="0062033D"/>
    <w:rsid w:val="00622DCF"/>
    <w:rsid w:val="00625FD8"/>
    <w:rsid w:val="00627BA9"/>
    <w:rsid w:val="00627C43"/>
    <w:rsid w:val="0063006E"/>
    <w:rsid w:val="0063056B"/>
    <w:rsid w:val="00631AA9"/>
    <w:rsid w:val="00632564"/>
    <w:rsid w:val="006345A4"/>
    <w:rsid w:val="006377E7"/>
    <w:rsid w:val="006450B6"/>
    <w:rsid w:val="00650B94"/>
    <w:rsid w:val="00650FB9"/>
    <w:rsid w:val="00651DB7"/>
    <w:rsid w:val="0065200A"/>
    <w:rsid w:val="00653938"/>
    <w:rsid w:val="00655241"/>
    <w:rsid w:val="00657A0F"/>
    <w:rsid w:val="00662E06"/>
    <w:rsid w:val="0066451E"/>
    <w:rsid w:val="006654B3"/>
    <w:rsid w:val="00666C9A"/>
    <w:rsid w:val="00667AA1"/>
    <w:rsid w:val="00672977"/>
    <w:rsid w:val="0067395F"/>
    <w:rsid w:val="00673A5B"/>
    <w:rsid w:val="00673D87"/>
    <w:rsid w:val="00674AB6"/>
    <w:rsid w:val="006767E2"/>
    <w:rsid w:val="0067711B"/>
    <w:rsid w:val="006772EB"/>
    <w:rsid w:val="00677DAF"/>
    <w:rsid w:val="006810CA"/>
    <w:rsid w:val="0068181E"/>
    <w:rsid w:val="0068236B"/>
    <w:rsid w:val="00682C1C"/>
    <w:rsid w:val="00683016"/>
    <w:rsid w:val="006844C8"/>
    <w:rsid w:val="00684CCA"/>
    <w:rsid w:val="006877BB"/>
    <w:rsid w:val="00687A5B"/>
    <w:rsid w:val="00691056"/>
    <w:rsid w:val="00692778"/>
    <w:rsid w:val="006948B3"/>
    <w:rsid w:val="006A0701"/>
    <w:rsid w:val="006A15E4"/>
    <w:rsid w:val="006A21AD"/>
    <w:rsid w:val="006A2481"/>
    <w:rsid w:val="006A39C8"/>
    <w:rsid w:val="006A583A"/>
    <w:rsid w:val="006A77D2"/>
    <w:rsid w:val="006B0603"/>
    <w:rsid w:val="006B24B6"/>
    <w:rsid w:val="006B5266"/>
    <w:rsid w:val="006B5BF1"/>
    <w:rsid w:val="006C0117"/>
    <w:rsid w:val="006C3DBD"/>
    <w:rsid w:val="006C4EA0"/>
    <w:rsid w:val="006C6A66"/>
    <w:rsid w:val="006C7A10"/>
    <w:rsid w:val="006D32D1"/>
    <w:rsid w:val="006D367E"/>
    <w:rsid w:val="006D5795"/>
    <w:rsid w:val="006D5A0C"/>
    <w:rsid w:val="006D6165"/>
    <w:rsid w:val="006D646A"/>
    <w:rsid w:val="006D7C53"/>
    <w:rsid w:val="006D7C78"/>
    <w:rsid w:val="006E0E09"/>
    <w:rsid w:val="006E1A0D"/>
    <w:rsid w:val="006E23C7"/>
    <w:rsid w:val="006E3781"/>
    <w:rsid w:val="006E3F40"/>
    <w:rsid w:val="006E40D2"/>
    <w:rsid w:val="006E4523"/>
    <w:rsid w:val="006E73D1"/>
    <w:rsid w:val="006E7FBD"/>
    <w:rsid w:val="006F01E4"/>
    <w:rsid w:val="006F0624"/>
    <w:rsid w:val="006F147D"/>
    <w:rsid w:val="006F5AE5"/>
    <w:rsid w:val="006F63F6"/>
    <w:rsid w:val="00703D14"/>
    <w:rsid w:val="00703D77"/>
    <w:rsid w:val="00703DA5"/>
    <w:rsid w:val="00704088"/>
    <w:rsid w:val="00705B56"/>
    <w:rsid w:val="00706A6F"/>
    <w:rsid w:val="00706E00"/>
    <w:rsid w:val="00706F34"/>
    <w:rsid w:val="00707557"/>
    <w:rsid w:val="00710925"/>
    <w:rsid w:val="00712644"/>
    <w:rsid w:val="00712DB1"/>
    <w:rsid w:val="00712F52"/>
    <w:rsid w:val="007145F1"/>
    <w:rsid w:val="00714774"/>
    <w:rsid w:val="007159D0"/>
    <w:rsid w:val="00717190"/>
    <w:rsid w:val="007171A4"/>
    <w:rsid w:val="0072106B"/>
    <w:rsid w:val="00721D41"/>
    <w:rsid w:val="00722768"/>
    <w:rsid w:val="00722BF6"/>
    <w:rsid w:val="007249DE"/>
    <w:rsid w:val="007250F7"/>
    <w:rsid w:val="00725625"/>
    <w:rsid w:val="00726EA4"/>
    <w:rsid w:val="00735D7C"/>
    <w:rsid w:val="00736822"/>
    <w:rsid w:val="00736E69"/>
    <w:rsid w:val="00740EE9"/>
    <w:rsid w:val="00741E07"/>
    <w:rsid w:val="007439A5"/>
    <w:rsid w:val="00743D8E"/>
    <w:rsid w:val="00744F00"/>
    <w:rsid w:val="0074531C"/>
    <w:rsid w:val="00746110"/>
    <w:rsid w:val="00751F29"/>
    <w:rsid w:val="00756667"/>
    <w:rsid w:val="00760295"/>
    <w:rsid w:val="00760B91"/>
    <w:rsid w:val="0076116E"/>
    <w:rsid w:val="00762780"/>
    <w:rsid w:val="00763F2E"/>
    <w:rsid w:val="00765149"/>
    <w:rsid w:val="00765CA2"/>
    <w:rsid w:val="00765DAD"/>
    <w:rsid w:val="00770752"/>
    <w:rsid w:val="00774596"/>
    <w:rsid w:val="00774D0C"/>
    <w:rsid w:val="0077528E"/>
    <w:rsid w:val="00776543"/>
    <w:rsid w:val="00780013"/>
    <w:rsid w:val="00780564"/>
    <w:rsid w:val="007817EB"/>
    <w:rsid w:val="007818ED"/>
    <w:rsid w:val="007819C4"/>
    <w:rsid w:val="00782A75"/>
    <w:rsid w:val="007843DF"/>
    <w:rsid w:val="00785413"/>
    <w:rsid w:val="007859BB"/>
    <w:rsid w:val="0078781F"/>
    <w:rsid w:val="00790018"/>
    <w:rsid w:val="007A128E"/>
    <w:rsid w:val="007A19F8"/>
    <w:rsid w:val="007A2B77"/>
    <w:rsid w:val="007A4957"/>
    <w:rsid w:val="007A4C68"/>
    <w:rsid w:val="007A7375"/>
    <w:rsid w:val="007B1890"/>
    <w:rsid w:val="007B1F4F"/>
    <w:rsid w:val="007B2494"/>
    <w:rsid w:val="007B36E7"/>
    <w:rsid w:val="007B472C"/>
    <w:rsid w:val="007B4B40"/>
    <w:rsid w:val="007B58CB"/>
    <w:rsid w:val="007B5AA8"/>
    <w:rsid w:val="007B639B"/>
    <w:rsid w:val="007B7E3B"/>
    <w:rsid w:val="007C13AA"/>
    <w:rsid w:val="007C3C58"/>
    <w:rsid w:val="007C4802"/>
    <w:rsid w:val="007C5C5A"/>
    <w:rsid w:val="007C622F"/>
    <w:rsid w:val="007C6279"/>
    <w:rsid w:val="007D0068"/>
    <w:rsid w:val="007D0E21"/>
    <w:rsid w:val="007D2ED4"/>
    <w:rsid w:val="007D32B4"/>
    <w:rsid w:val="007D4A4D"/>
    <w:rsid w:val="007D4E53"/>
    <w:rsid w:val="007D760A"/>
    <w:rsid w:val="007D7943"/>
    <w:rsid w:val="007E0C12"/>
    <w:rsid w:val="007E0CA0"/>
    <w:rsid w:val="007E44FD"/>
    <w:rsid w:val="007E4579"/>
    <w:rsid w:val="007E620A"/>
    <w:rsid w:val="007E73CA"/>
    <w:rsid w:val="007E7A8C"/>
    <w:rsid w:val="007F18C2"/>
    <w:rsid w:val="007F461F"/>
    <w:rsid w:val="007F4A74"/>
    <w:rsid w:val="007F6772"/>
    <w:rsid w:val="007F695B"/>
    <w:rsid w:val="008011A8"/>
    <w:rsid w:val="008012B4"/>
    <w:rsid w:val="00802761"/>
    <w:rsid w:val="008028C7"/>
    <w:rsid w:val="00803024"/>
    <w:rsid w:val="008071D0"/>
    <w:rsid w:val="00812DA6"/>
    <w:rsid w:val="00816297"/>
    <w:rsid w:val="00817989"/>
    <w:rsid w:val="00821203"/>
    <w:rsid w:val="00824091"/>
    <w:rsid w:val="0082545E"/>
    <w:rsid w:val="00825E79"/>
    <w:rsid w:val="0082684C"/>
    <w:rsid w:val="0082773B"/>
    <w:rsid w:val="00827AC5"/>
    <w:rsid w:val="008355D8"/>
    <w:rsid w:val="008366E3"/>
    <w:rsid w:val="00836EFD"/>
    <w:rsid w:val="00840147"/>
    <w:rsid w:val="0084214B"/>
    <w:rsid w:val="0084230F"/>
    <w:rsid w:val="00843734"/>
    <w:rsid w:val="00844226"/>
    <w:rsid w:val="008454FB"/>
    <w:rsid w:val="00846CC8"/>
    <w:rsid w:val="00847EDB"/>
    <w:rsid w:val="00851AF9"/>
    <w:rsid w:val="00855AC2"/>
    <w:rsid w:val="00856C73"/>
    <w:rsid w:val="00860651"/>
    <w:rsid w:val="00860C8A"/>
    <w:rsid w:val="008657B9"/>
    <w:rsid w:val="0086667C"/>
    <w:rsid w:val="0087042B"/>
    <w:rsid w:val="00874106"/>
    <w:rsid w:val="0087412E"/>
    <w:rsid w:val="008754A1"/>
    <w:rsid w:val="0087575C"/>
    <w:rsid w:val="00876C81"/>
    <w:rsid w:val="008808DD"/>
    <w:rsid w:val="00881468"/>
    <w:rsid w:val="0088261C"/>
    <w:rsid w:val="008850B3"/>
    <w:rsid w:val="0088544E"/>
    <w:rsid w:val="008903EC"/>
    <w:rsid w:val="008910C4"/>
    <w:rsid w:val="008949FF"/>
    <w:rsid w:val="00894E50"/>
    <w:rsid w:val="00896B2C"/>
    <w:rsid w:val="0089740B"/>
    <w:rsid w:val="008A362A"/>
    <w:rsid w:val="008A7C1F"/>
    <w:rsid w:val="008B0770"/>
    <w:rsid w:val="008B0AA1"/>
    <w:rsid w:val="008B0D0C"/>
    <w:rsid w:val="008B382E"/>
    <w:rsid w:val="008B48CF"/>
    <w:rsid w:val="008B66D6"/>
    <w:rsid w:val="008B6776"/>
    <w:rsid w:val="008B70BD"/>
    <w:rsid w:val="008B71D2"/>
    <w:rsid w:val="008C22BD"/>
    <w:rsid w:val="008C22ED"/>
    <w:rsid w:val="008C380B"/>
    <w:rsid w:val="008C4BC4"/>
    <w:rsid w:val="008C6146"/>
    <w:rsid w:val="008C6777"/>
    <w:rsid w:val="008C6B49"/>
    <w:rsid w:val="008C72EA"/>
    <w:rsid w:val="008D0114"/>
    <w:rsid w:val="008D3959"/>
    <w:rsid w:val="008D3CAC"/>
    <w:rsid w:val="008D6F30"/>
    <w:rsid w:val="008E0769"/>
    <w:rsid w:val="008E16BF"/>
    <w:rsid w:val="008E1E69"/>
    <w:rsid w:val="008E6E1F"/>
    <w:rsid w:val="008E6F7A"/>
    <w:rsid w:val="008E7DB9"/>
    <w:rsid w:val="008E7DF2"/>
    <w:rsid w:val="008F6272"/>
    <w:rsid w:val="008F657B"/>
    <w:rsid w:val="008F7179"/>
    <w:rsid w:val="008F77EB"/>
    <w:rsid w:val="008F7D47"/>
    <w:rsid w:val="008F7D97"/>
    <w:rsid w:val="0090074B"/>
    <w:rsid w:val="009015F3"/>
    <w:rsid w:val="00905049"/>
    <w:rsid w:val="00906421"/>
    <w:rsid w:val="00907ABF"/>
    <w:rsid w:val="00910641"/>
    <w:rsid w:val="009109D9"/>
    <w:rsid w:val="0091213C"/>
    <w:rsid w:val="00913091"/>
    <w:rsid w:val="00913DA0"/>
    <w:rsid w:val="009144EE"/>
    <w:rsid w:val="009152DC"/>
    <w:rsid w:val="009174D3"/>
    <w:rsid w:val="00920277"/>
    <w:rsid w:val="00920C80"/>
    <w:rsid w:val="00921805"/>
    <w:rsid w:val="00922F01"/>
    <w:rsid w:val="0092342D"/>
    <w:rsid w:val="009237D2"/>
    <w:rsid w:val="009265C1"/>
    <w:rsid w:val="009267A0"/>
    <w:rsid w:val="00926850"/>
    <w:rsid w:val="00926952"/>
    <w:rsid w:val="00926B65"/>
    <w:rsid w:val="00930CC4"/>
    <w:rsid w:val="00931E92"/>
    <w:rsid w:val="00932109"/>
    <w:rsid w:val="00932E7C"/>
    <w:rsid w:val="0093326D"/>
    <w:rsid w:val="009351A7"/>
    <w:rsid w:val="00935733"/>
    <w:rsid w:val="0093630A"/>
    <w:rsid w:val="009372CD"/>
    <w:rsid w:val="00941498"/>
    <w:rsid w:val="009414AB"/>
    <w:rsid w:val="009428CA"/>
    <w:rsid w:val="009431C8"/>
    <w:rsid w:val="009476E4"/>
    <w:rsid w:val="0095264E"/>
    <w:rsid w:val="00952975"/>
    <w:rsid w:val="00952D27"/>
    <w:rsid w:val="00952F8E"/>
    <w:rsid w:val="009536D5"/>
    <w:rsid w:val="00955AEA"/>
    <w:rsid w:val="0095672D"/>
    <w:rsid w:val="0095781F"/>
    <w:rsid w:val="009601C9"/>
    <w:rsid w:val="00960987"/>
    <w:rsid w:val="00961E5F"/>
    <w:rsid w:val="00962094"/>
    <w:rsid w:val="00963094"/>
    <w:rsid w:val="0096531F"/>
    <w:rsid w:val="009664BF"/>
    <w:rsid w:val="009665A5"/>
    <w:rsid w:val="009701A8"/>
    <w:rsid w:val="009704BF"/>
    <w:rsid w:val="00970D1D"/>
    <w:rsid w:val="009731E8"/>
    <w:rsid w:val="00975162"/>
    <w:rsid w:val="00975776"/>
    <w:rsid w:val="009765D4"/>
    <w:rsid w:val="00976D49"/>
    <w:rsid w:val="00976E63"/>
    <w:rsid w:val="00977EF7"/>
    <w:rsid w:val="009815C0"/>
    <w:rsid w:val="00981A4B"/>
    <w:rsid w:val="00982564"/>
    <w:rsid w:val="00982BE1"/>
    <w:rsid w:val="009848A0"/>
    <w:rsid w:val="009848E2"/>
    <w:rsid w:val="009901BD"/>
    <w:rsid w:val="009901F3"/>
    <w:rsid w:val="00991B47"/>
    <w:rsid w:val="00992305"/>
    <w:rsid w:val="00992694"/>
    <w:rsid w:val="00992D35"/>
    <w:rsid w:val="009939AA"/>
    <w:rsid w:val="00994057"/>
    <w:rsid w:val="009940B0"/>
    <w:rsid w:val="00994C27"/>
    <w:rsid w:val="00996575"/>
    <w:rsid w:val="00997187"/>
    <w:rsid w:val="009A0334"/>
    <w:rsid w:val="009A3257"/>
    <w:rsid w:val="009A3CD8"/>
    <w:rsid w:val="009A530A"/>
    <w:rsid w:val="009A5BCD"/>
    <w:rsid w:val="009B0475"/>
    <w:rsid w:val="009B2381"/>
    <w:rsid w:val="009B3753"/>
    <w:rsid w:val="009B5590"/>
    <w:rsid w:val="009B5C2C"/>
    <w:rsid w:val="009C0EC2"/>
    <w:rsid w:val="009C1F93"/>
    <w:rsid w:val="009C3A60"/>
    <w:rsid w:val="009C4A76"/>
    <w:rsid w:val="009C59C0"/>
    <w:rsid w:val="009C7929"/>
    <w:rsid w:val="009C7B5E"/>
    <w:rsid w:val="009C7C6F"/>
    <w:rsid w:val="009C7CF1"/>
    <w:rsid w:val="009D1845"/>
    <w:rsid w:val="009D6FCA"/>
    <w:rsid w:val="009D7F77"/>
    <w:rsid w:val="009E09EB"/>
    <w:rsid w:val="009E1C13"/>
    <w:rsid w:val="009E2190"/>
    <w:rsid w:val="009E3336"/>
    <w:rsid w:val="009E517B"/>
    <w:rsid w:val="009E624C"/>
    <w:rsid w:val="009E7076"/>
    <w:rsid w:val="009F1645"/>
    <w:rsid w:val="009F1A1C"/>
    <w:rsid w:val="009F1F52"/>
    <w:rsid w:val="009F5F29"/>
    <w:rsid w:val="009F73B6"/>
    <w:rsid w:val="00A011EE"/>
    <w:rsid w:val="00A0163D"/>
    <w:rsid w:val="00A0196C"/>
    <w:rsid w:val="00A03F8D"/>
    <w:rsid w:val="00A040AF"/>
    <w:rsid w:val="00A104C6"/>
    <w:rsid w:val="00A10B1A"/>
    <w:rsid w:val="00A10EE1"/>
    <w:rsid w:val="00A1128C"/>
    <w:rsid w:val="00A11743"/>
    <w:rsid w:val="00A117E6"/>
    <w:rsid w:val="00A11FEE"/>
    <w:rsid w:val="00A12A1E"/>
    <w:rsid w:val="00A12F22"/>
    <w:rsid w:val="00A1345C"/>
    <w:rsid w:val="00A139C1"/>
    <w:rsid w:val="00A15299"/>
    <w:rsid w:val="00A162BF"/>
    <w:rsid w:val="00A1665D"/>
    <w:rsid w:val="00A16C12"/>
    <w:rsid w:val="00A177FF"/>
    <w:rsid w:val="00A208D6"/>
    <w:rsid w:val="00A21ED7"/>
    <w:rsid w:val="00A2315E"/>
    <w:rsid w:val="00A233B3"/>
    <w:rsid w:val="00A25154"/>
    <w:rsid w:val="00A302D7"/>
    <w:rsid w:val="00A30427"/>
    <w:rsid w:val="00A31883"/>
    <w:rsid w:val="00A31F99"/>
    <w:rsid w:val="00A36E3D"/>
    <w:rsid w:val="00A37CB5"/>
    <w:rsid w:val="00A4083E"/>
    <w:rsid w:val="00A419F6"/>
    <w:rsid w:val="00A4206A"/>
    <w:rsid w:val="00A426F7"/>
    <w:rsid w:val="00A46226"/>
    <w:rsid w:val="00A50070"/>
    <w:rsid w:val="00A50CC0"/>
    <w:rsid w:val="00A50E9C"/>
    <w:rsid w:val="00A52D7A"/>
    <w:rsid w:val="00A535C2"/>
    <w:rsid w:val="00A53CAC"/>
    <w:rsid w:val="00A5447B"/>
    <w:rsid w:val="00A54A33"/>
    <w:rsid w:val="00A603F1"/>
    <w:rsid w:val="00A70740"/>
    <w:rsid w:val="00A70918"/>
    <w:rsid w:val="00A73538"/>
    <w:rsid w:val="00A73642"/>
    <w:rsid w:val="00A750C7"/>
    <w:rsid w:val="00A75121"/>
    <w:rsid w:val="00A82895"/>
    <w:rsid w:val="00A82D84"/>
    <w:rsid w:val="00A85AE7"/>
    <w:rsid w:val="00A861AB"/>
    <w:rsid w:val="00A909E6"/>
    <w:rsid w:val="00A91886"/>
    <w:rsid w:val="00A954DD"/>
    <w:rsid w:val="00A95831"/>
    <w:rsid w:val="00A95FA8"/>
    <w:rsid w:val="00A9681D"/>
    <w:rsid w:val="00A97568"/>
    <w:rsid w:val="00A97B6E"/>
    <w:rsid w:val="00AA1D8D"/>
    <w:rsid w:val="00AA3314"/>
    <w:rsid w:val="00AA3760"/>
    <w:rsid w:val="00AA5E00"/>
    <w:rsid w:val="00AA6014"/>
    <w:rsid w:val="00AB05C0"/>
    <w:rsid w:val="00AB07E2"/>
    <w:rsid w:val="00AB4412"/>
    <w:rsid w:val="00AB482F"/>
    <w:rsid w:val="00AB516F"/>
    <w:rsid w:val="00AB7679"/>
    <w:rsid w:val="00AB7F06"/>
    <w:rsid w:val="00AC33A3"/>
    <w:rsid w:val="00AC4B87"/>
    <w:rsid w:val="00AC7C34"/>
    <w:rsid w:val="00AD009C"/>
    <w:rsid w:val="00AD2EE3"/>
    <w:rsid w:val="00AD544D"/>
    <w:rsid w:val="00AE0250"/>
    <w:rsid w:val="00AE0947"/>
    <w:rsid w:val="00AE18D4"/>
    <w:rsid w:val="00AE4668"/>
    <w:rsid w:val="00AE6D56"/>
    <w:rsid w:val="00AF023B"/>
    <w:rsid w:val="00AF453C"/>
    <w:rsid w:val="00AF4D9F"/>
    <w:rsid w:val="00AF65FA"/>
    <w:rsid w:val="00AF68DB"/>
    <w:rsid w:val="00B01D4C"/>
    <w:rsid w:val="00B048F1"/>
    <w:rsid w:val="00B05290"/>
    <w:rsid w:val="00B064C6"/>
    <w:rsid w:val="00B069E9"/>
    <w:rsid w:val="00B100DA"/>
    <w:rsid w:val="00B10AA3"/>
    <w:rsid w:val="00B11035"/>
    <w:rsid w:val="00B116AD"/>
    <w:rsid w:val="00B11C75"/>
    <w:rsid w:val="00B12E8D"/>
    <w:rsid w:val="00B13726"/>
    <w:rsid w:val="00B13C27"/>
    <w:rsid w:val="00B15358"/>
    <w:rsid w:val="00B20929"/>
    <w:rsid w:val="00B21917"/>
    <w:rsid w:val="00B21948"/>
    <w:rsid w:val="00B2224D"/>
    <w:rsid w:val="00B225F0"/>
    <w:rsid w:val="00B23FAB"/>
    <w:rsid w:val="00B261AD"/>
    <w:rsid w:val="00B26D81"/>
    <w:rsid w:val="00B3233B"/>
    <w:rsid w:val="00B326D4"/>
    <w:rsid w:val="00B327C4"/>
    <w:rsid w:val="00B327CF"/>
    <w:rsid w:val="00B37FB9"/>
    <w:rsid w:val="00B403F5"/>
    <w:rsid w:val="00B405E4"/>
    <w:rsid w:val="00B414A8"/>
    <w:rsid w:val="00B425FA"/>
    <w:rsid w:val="00B436B7"/>
    <w:rsid w:val="00B43A9E"/>
    <w:rsid w:val="00B44DEE"/>
    <w:rsid w:val="00B454F2"/>
    <w:rsid w:val="00B4565D"/>
    <w:rsid w:val="00B47164"/>
    <w:rsid w:val="00B4743B"/>
    <w:rsid w:val="00B47589"/>
    <w:rsid w:val="00B47597"/>
    <w:rsid w:val="00B47730"/>
    <w:rsid w:val="00B520A8"/>
    <w:rsid w:val="00B52F49"/>
    <w:rsid w:val="00B538A4"/>
    <w:rsid w:val="00B53A14"/>
    <w:rsid w:val="00B53A73"/>
    <w:rsid w:val="00B53C9C"/>
    <w:rsid w:val="00B53CC0"/>
    <w:rsid w:val="00B54111"/>
    <w:rsid w:val="00B542DD"/>
    <w:rsid w:val="00B54511"/>
    <w:rsid w:val="00B556AA"/>
    <w:rsid w:val="00B55F62"/>
    <w:rsid w:val="00B600C6"/>
    <w:rsid w:val="00B6051C"/>
    <w:rsid w:val="00B61529"/>
    <w:rsid w:val="00B6382E"/>
    <w:rsid w:val="00B65336"/>
    <w:rsid w:val="00B6581F"/>
    <w:rsid w:val="00B6707C"/>
    <w:rsid w:val="00B6775F"/>
    <w:rsid w:val="00B67F27"/>
    <w:rsid w:val="00B70BA4"/>
    <w:rsid w:val="00B715AA"/>
    <w:rsid w:val="00B72406"/>
    <w:rsid w:val="00B72D26"/>
    <w:rsid w:val="00B74E0D"/>
    <w:rsid w:val="00B75D18"/>
    <w:rsid w:val="00B822DF"/>
    <w:rsid w:val="00B8408F"/>
    <w:rsid w:val="00B84AB8"/>
    <w:rsid w:val="00B85AE4"/>
    <w:rsid w:val="00B86172"/>
    <w:rsid w:val="00B87AD5"/>
    <w:rsid w:val="00B87EC8"/>
    <w:rsid w:val="00B9090A"/>
    <w:rsid w:val="00B90D02"/>
    <w:rsid w:val="00B91145"/>
    <w:rsid w:val="00B93B33"/>
    <w:rsid w:val="00B93B9B"/>
    <w:rsid w:val="00B96319"/>
    <w:rsid w:val="00B96478"/>
    <w:rsid w:val="00B973B4"/>
    <w:rsid w:val="00B977CE"/>
    <w:rsid w:val="00BA0239"/>
    <w:rsid w:val="00BA467F"/>
    <w:rsid w:val="00BA4CA0"/>
    <w:rsid w:val="00BA7177"/>
    <w:rsid w:val="00BA767A"/>
    <w:rsid w:val="00BB0564"/>
    <w:rsid w:val="00BB06D1"/>
    <w:rsid w:val="00BB0BF4"/>
    <w:rsid w:val="00BB17F5"/>
    <w:rsid w:val="00BB1EED"/>
    <w:rsid w:val="00BB4E4D"/>
    <w:rsid w:val="00BB4F67"/>
    <w:rsid w:val="00BB7657"/>
    <w:rsid w:val="00BC05FB"/>
    <w:rsid w:val="00BC0794"/>
    <w:rsid w:val="00BC2214"/>
    <w:rsid w:val="00BC326E"/>
    <w:rsid w:val="00BC3712"/>
    <w:rsid w:val="00BC62A8"/>
    <w:rsid w:val="00BD0769"/>
    <w:rsid w:val="00BD1CF9"/>
    <w:rsid w:val="00BD2155"/>
    <w:rsid w:val="00BD475E"/>
    <w:rsid w:val="00BD683B"/>
    <w:rsid w:val="00BD7ECB"/>
    <w:rsid w:val="00BE0A5B"/>
    <w:rsid w:val="00BE0B1E"/>
    <w:rsid w:val="00BE29DB"/>
    <w:rsid w:val="00BE51AF"/>
    <w:rsid w:val="00BE6E47"/>
    <w:rsid w:val="00BE7AA7"/>
    <w:rsid w:val="00BF02AC"/>
    <w:rsid w:val="00BF2880"/>
    <w:rsid w:val="00BF2899"/>
    <w:rsid w:val="00BF353E"/>
    <w:rsid w:val="00BF368A"/>
    <w:rsid w:val="00BF3704"/>
    <w:rsid w:val="00C00102"/>
    <w:rsid w:val="00C0174E"/>
    <w:rsid w:val="00C01FDC"/>
    <w:rsid w:val="00C01FF8"/>
    <w:rsid w:val="00C02A75"/>
    <w:rsid w:val="00C045EA"/>
    <w:rsid w:val="00C04D45"/>
    <w:rsid w:val="00C06034"/>
    <w:rsid w:val="00C10563"/>
    <w:rsid w:val="00C11536"/>
    <w:rsid w:val="00C12BF9"/>
    <w:rsid w:val="00C16E1B"/>
    <w:rsid w:val="00C17188"/>
    <w:rsid w:val="00C202C8"/>
    <w:rsid w:val="00C20BC7"/>
    <w:rsid w:val="00C21E3C"/>
    <w:rsid w:val="00C233F5"/>
    <w:rsid w:val="00C24E52"/>
    <w:rsid w:val="00C313DD"/>
    <w:rsid w:val="00C3462A"/>
    <w:rsid w:val="00C365DF"/>
    <w:rsid w:val="00C36E30"/>
    <w:rsid w:val="00C40C67"/>
    <w:rsid w:val="00C43297"/>
    <w:rsid w:val="00C45C67"/>
    <w:rsid w:val="00C47975"/>
    <w:rsid w:val="00C47AF3"/>
    <w:rsid w:val="00C47B45"/>
    <w:rsid w:val="00C47ED5"/>
    <w:rsid w:val="00C52F62"/>
    <w:rsid w:val="00C54F8A"/>
    <w:rsid w:val="00C57792"/>
    <w:rsid w:val="00C62B5B"/>
    <w:rsid w:val="00C62D6A"/>
    <w:rsid w:val="00C63D40"/>
    <w:rsid w:val="00C65F0E"/>
    <w:rsid w:val="00C67221"/>
    <w:rsid w:val="00C70C1A"/>
    <w:rsid w:val="00C731A4"/>
    <w:rsid w:val="00C75409"/>
    <w:rsid w:val="00C76303"/>
    <w:rsid w:val="00C76C3F"/>
    <w:rsid w:val="00C8018F"/>
    <w:rsid w:val="00C828EC"/>
    <w:rsid w:val="00C829F3"/>
    <w:rsid w:val="00C8621A"/>
    <w:rsid w:val="00C9151E"/>
    <w:rsid w:val="00C923EB"/>
    <w:rsid w:val="00C9252F"/>
    <w:rsid w:val="00C9263B"/>
    <w:rsid w:val="00C93877"/>
    <w:rsid w:val="00C94566"/>
    <w:rsid w:val="00C969E7"/>
    <w:rsid w:val="00C97FCE"/>
    <w:rsid w:val="00CA03F2"/>
    <w:rsid w:val="00CA0434"/>
    <w:rsid w:val="00CA1EFD"/>
    <w:rsid w:val="00CA2C63"/>
    <w:rsid w:val="00CA4D98"/>
    <w:rsid w:val="00CA6472"/>
    <w:rsid w:val="00CB0664"/>
    <w:rsid w:val="00CB105A"/>
    <w:rsid w:val="00CB20DC"/>
    <w:rsid w:val="00CB40E6"/>
    <w:rsid w:val="00CB535B"/>
    <w:rsid w:val="00CB5D22"/>
    <w:rsid w:val="00CB64F2"/>
    <w:rsid w:val="00CC0139"/>
    <w:rsid w:val="00CC06B4"/>
    <w:rsid w:val="00CC0B03"/>
    <w:rsid w:val="00CC0EBB"/>
    <w:rsid w:val="00CC3F1F"/>
    <w:rsid w:val="00CC4A8B"/>
    <w:rsid w:val="00CC6553"/>
    <w:rsid w:val="00CC7976"/>
    <w:rsid w:val="00CD122E"/>
    <w:rsid w:val="00CD3B92"/>
    <w:rsid w:val="00CD4353"/>
    <w:rsid w:val="00CD557A"/>
    <w:rsid w:val="00CD5EEB"/>
    <w:rsid w:val="00CD7AF4"/>
    <w:rsid w:val="00CE17C1"/>
    <w:rsid w:val="00CE1F86"/>
    <w:rsid w:val="00CE201C"/>
    <w:rsid w:val="00CE58EF"/>
    <w:rsid w:val="00CE6080"/>
    <w:rsid w:val="00CE63D3"/>
    <w:rsid w:val="00CE65B7"/>
    <w:rsid w:val="00CE6F15"/>
    <w:rsid w:val="00CE72D8"/>
    <w:rsid w:val="00CE73E0"/>
    <w:rsid w:val="00CF082F"/>
    <w:rsid w:val="00CF1559"/>
    <w:rsid w:val="00CF2C59"/>
    <w:rsid w:val="00CF3103"/>
    <w:rsid w:val="00CF426D"/>
    <w:rsid w:val="00CF4A7A"/>
    <w:rsid w:val="00CF64A8"/>
    <w:rsid w:val="00CF65F3"/>
    <w:rsid w:val="00D003DD"/>
    <w:rsid w:val="00D00A19"/>
    <w:rsid w:val="00D04856"/>
    <w:rsid w:val="00D04EFE"/>
    <w:rsid w:val="00D05530"/>
    <w:rsid w:val="00D05546"/>
    <w:rsid w:val="00D1166A"/>
    <w:rsid w:val="00D12D19"/>
    <w:rsid w:val="00D1415A"/>
    <w:rsid w:val="00D1437D"/>
    <w:rsid w:val="00D14D4B"/>
    <w:rsid w:val="00D14D91"/>
    <w:rsid w:val="00D206B7"/>
    <w:rsid w:val="00D20C6C"/>
    <w:rsid w:val="00D20DDD"/>
    <w:rsid w:val="00D2128C"/>
    <w:rsid w:val="00D23F8E"/>
    <w:rsid w:val="00D26036"/>
    <w:rsid w:val="00D301E0"/>
    <w:rsid w:val="00D31453"/>
    <w:rsid w:val="00D33E63"/>
    <w:rsid w:val="00D351E5"/>
    <w:rsid w:val="00D35CDF"/>
    <w:rsid w:val="00D36369"/>
    <w:rsid w:val="00D379C5"/>
    <w:rsid w:val="00D404E7"/>
    <w:rsid w:val="00D40552"/>
    <w:rsid w:val="00D40789"/>
    <w:rsid w:val="00D41AEE"/>
    <w:rsid w:val="00D422E8"/>
    <w:rsid w:val="00D44571"/>
    <w:rsid w:val="00D4494F"/>
    <w:rsid w:val="00D45DCE"/>
    <w:rsid w:val="00D5032C"/>
    <w:rsid w:val="00D513E5"/>
    <w:rsid w:val="00D513E8"/>
    <w:rsid w:val="00D5185B"/>
    <w:rsid w:val="00D522AF"/>
    <w:rsid w:val="00D534E5"/>
    <w:rsid w:val="00D550F8"/>
    <w:rsid w:val="00D55866"/>
    <w:rsid w:val="00D57A71"/>
    <w:rsid w:val="00D6013B"/>
    <w:rsid w:val="00D61DE8"/>
    <w:rsid w:val="00D63CF0"/>
    <w:rsid w:val="00D66260"/>
    <w:rsid w:val="00D6661B"/>
    <w:rsid w:val="00D67AB6"/>
    <w:rsid w:val="00D7252C"/>
    <w:rsid w:val="00D766BB"/>
    <w:rsid w:val="00D77295"/>
    <w:rsid w:val="00D772CD"/>
    <w:rsid w:val="00D772F8"/>
    <w:rsid w:val="00D879C5"/>
    <w:rsid w:val="00D90AAC"/>
    <w:rsid w:val="00D90ACB"/>
    <w:rsid w:val="00D92550"/>
    <w:rsid w:val="00D938B9"/>
    <w:rsid w:val="00D9436C"/>
    <w:rsid w:val="00D946B0"/>
    <w:rsid w:val="00D94FA7"/>
    <w:rsid w:val="00D95695"/>
    <w:rsid w:val="00D960C2"/>
    <w:rsid w:val="00D962F6"/>
    <w:rsid w:val="00D96D96"/>
    <w:rsid w:val="00D9720F"/>
    <w:rsid w:val="00DA12F1"/>
    <w:rsid w:val="00DA2F10"/>
    <w:rsid w:val="00DA5EA7"/>
    <w:rsid w:val="00DA6112"/>
    <w:rsid w:val="00DA696A"/>
    <w:rsid w:val="00DB2A0D"/>
    <w:rsid w:val="00DB4170"/>
    <w:rsid w:val="00DB4426"/>
    <w:rsid w:val="00DB4BB7"/>
    <w:rsid w:val="00DB53D2"/>
    <w:rsid w:val="00DB5AFE"/>
    <w:rsid w:val="00DB5B28"/>
    <w:rsid w:val="00DB5FB3"/>
    <w:rsid w:val="00DB747B"/>
    <w:rsid w:val="00DC090C"/>
    <w:rsid w:val="00DC0A52"/>
    <w:rsid w:val="00DC638E"/>
    <w:rsid w:val="00DC6B20"/>
    <w:rsid w:val="00DC702B"/>
    <w:rsid w:val="00DD056E"/>
    <w:rsid w:val="00DD0E23"/>
    <w:rsid w:val="00DD1713"/>
    <w:rsid w:val="00DD29B1"/>
    <w:rsid w:val="00DD38B6"/>
    <w:rsid w:val="00DD6739"/>
    <w:rsid w:val="00DE1A3C"/>
    <w:rsid w:val="00DE2CAE"/>
    <w:rsid w:val="00DE2CF0"/>
    <w:rsid w:val="00DE3883"/>
    <w:rsid w:val="00DE3B2F"/>
    <w:rsid w:val="00DE3CFF"/>
    <w:rsid w:val="00DE571B"/>
    <w:rsid w:val="00DE59AE"/>
    <w:rsid w:val="00DE7525"/>
    <w:rsid w:val="00DE78FA"/>
    <w:rsid w:val="00DE7989"/>
    <w:rsid w:val="00DF0818"/>
    <w:rsid w:val="00DF3C16"/>
    <w:rsid w:val="00DF48D2"/>
    <w:rsid w:val="00DF5131"/>
    <w:rsid w:val="00DF622C"/>
    <w:rsid w:val="00DF63BB"/>
    <w:rsid w:val="00DF65B3"/>
    <w:rsid w:val="00DF6F62"/>
    <w:rsid w:val="00DF791C"/>
    <w:rsid w:val="00E02A83"/>
    <w:rsid w:val="00E03164"/>
    <w:rsid w:val="00E035F2"/>
    <w:rsid w:val="00E0785A"/>
    <w:rsid w:val="00E12EBE"/>
    <w:rsid w:val="00E14C00"/>
    <w:rsid w:val="00E16457"/>
    <w:rsid w:val="00E16A8E"/>
    <w:rsid w:val="00E17DC3"/>
    <w:rsid w:val="00E22142"/>
    <w:rsid w:val="00E23FCB"/>
    <w:rsid w:val="00E27CA6"/>
    <w:rsid w:val="00E3115F"/>
    <w:rsid w:val="00E31205"/>
    <w:rsid w:val="00E31764"/>
    <w:rsid w:val="00E322BE"/>
    <w:rsid w:val="00E3278C"/>
    <w:rsid w:val="00E35DC6"/>
    <w:rsid w:val="00E35DF1"/>
    <w:rsid w:val="00E4029A"/>
    <w:rsid w:val="00E4144E"/>
    <w:rsid w:val="00E41C58"/>
    <w:rsid w:val="00E4203C"/>
    <w:rsid w:val="00E422C8"/>
    <w:rsid w:val="00E44161"/>
    <w:rsid w:val="00E447B6"/>
    <w:rsid w:val="00E44AE0"/>
    <w:rsid w:val="00E46F13"/>
    <w:rsid w:val="00E50F58"/>
    <w:rsid w:val="00E53DCB"/>
    <w:rsid w:val="00E55A09"/>
    <w:rsid w:val="00E57077"/>
    <w:rsid w:val="00E62CD4"/>
    <w:rsid w:val="00E642D5"/>
    <w:rsid w:val="00E66189"/>
    <w:rsid w:val="00E73615"/>
    <w:rsid w:val="00E74709"/>
    <w:rsid w:val="00E74C62"/>
    <w:rsid w:val="00E80C4B"/>
    <w:rsid w:val="00E851D3"/>
    <w:rsid w:val="00E856B1"/>
    <w:rsid w:val="00E874AD"/>
    <w:rsid w:val="00E87A44"/>
    <w:rsid w:val="00E90AA0"/>
    <w:rsid w:val="00E90BC0"/>
    <w:rsid w:val="00E92937"/>
    <w:rsid w:val="00E94A89"/>
    <w:rsid w:val="00E94FF8"/>
    <w:rsid w:val="00E95C31"/>
    <w:rsid w:val="00E97AB2"/>
    <w:rsid w:val="00EA41E7"/>
    <w:rsid w:val="00EA42D2"/>
    <w:rsid w:val="00EA4A3F"/>
    <w:rsid w:val="00EA6B8A"/>
    <w:rsid w:val="00EA72E4"/>
    <w:rsid w:val="00EB2582"/>
    <w:rsid w:val="00EB3BEB"/>
    <w:rsid w:val="00EB4123"/>
    <w:rsid w:val="00EB42C3"/>
    <w:rsid w:val="00EB62D1"/>
    <w:rsid w:val="00EB6FFF"/>
    <w:rsid w:val="00EB7CEA"/>
    <w:rsid w:val="00EC087C"/>
    <w:rsid w:val="00EC4EF0"/>
    <w:rsid w:val="00EC5308"/>
    <w:rsid w:val="00EC5860"/>
    <w:rsid w:val="00EC5DAB"/>
    <w:rsid w:val="00EC60C2"/>
    <w:rsid w:val="00ED4680"/>
    <w:rsid w:val="00ED4759"/>
    <w:rsid w:val="00ED7BB2"/>
    <w:rsid w:val="00EE1185"/>
    <w:rsid w:val="00EE1ADB"/>
    <w:rsid w:val="00EE2EFE"/>
    <w:rsid w:val="00EE35F0"/>
    <w:rsid w:val="00EE65C8"/>
    <w:rsid w:val="00EE6F42"/>
    <w:rsid w:val="00EF1869"/>
    <w:rsid w:val="00EF19D5"/>
    <w:rsid w:val="00EF22A0"/>
    <w:rsid w:val="00EF39D2"/>
    <w:rsid w:val="00EF5E9C"/>
    <w:rsid w:val="00F01986"/>
    <w:rsid w:val="00F01A2E"/>
    <w:rsid w:val="00F04C63"/>
    <w:rsid w:val="00F04EB5"/>
    <w:rsid w:val="00F051C5"/>
    <w:rsid w:val="00F070BC"/>
    <w:rsid w:val="00F1042E"/>
    <w:rsid w:val="00F1098F"/>
    <w:rsid w:val="00F10D7E"/>
    <w:rsid w:val="00F14541"/>
    <w:rsid w:val="00F150B7"/>
    <w:rsid w:val="00F15877"/>
    <w:rsid w:val="00F1649D"/>
    <w:rsid w:val="00F17D2A"/>
    <w:rsid w:val="00F212A3"/>
    <w:rsid w:val="00F21A4F"/>
    <w:rsid w:val="00F23E8F"/>
    <w:rsid w:val="00F2419B"/>
    <w:rsid w:val="00F24A0B"/>
    <w:rsid w:val="00F2734A"/>
    <w:rsid w:val="00F30E92"/>
    <w:rsid w:val="00F35019"/>
    <w:rsid w:val="00F3611C"/>
    <w:rsid w:val="00F37D23"/>
    <w:rsid w:val="00F40D94"/>
    <w:rsid w:val="00F40E56"/>
    <w:rsid w:val="00F445FA"/>
    <w:rsid w:val="00F44653"/>
    <w:rsid w:val="00F44C60"/>
    <w:rsid w:val="00F45026"/>
    <w:rsid w:val="00F47DA6"/>
    <w:rsid w:val="00F50B55"/>
    <w:rsid w:val="00F51073"/>
    <w:rsid w:val="00F5152C"/>
    <w:rsid w:val="00F533BA"/>
    <w:rsid w:val="00F534B6"/>
    <w:rsid w:val="00F5366B"/>
    <w:rsid w:val="00F56519"/>
    <w:rsid w:val="00F56C04"/>
    <w:rsid w:val="00F603E8"/>
    <w:rsid w:val="00F612B5"/>
    <w:rsid w:val="00F61BAA"/>
    <w:rsid w:val="00F61F35"/>
    <w:rsid w:val="00F63744"/>
    <w:rsid w:val="00F63A84"/>
    <w:rsid w:val="00F6506C"/>
    <w:rsid w:val="00F659CA"/>
    <w:rsid w:val="00F66417"/>
    <w:rsid w:val="00F66946"/>
    <w:rsid w:val="00F66D52"/>
    <w:rsid w:val="00F67D2E"/>
    <w:rsid w:val="00F70D95"/>
    <w:rsid w:val="00F73C04"/>
    <w:rsid w:val="00F73E6F"/>
    <w:rsid w:val="00F73EDE"/>
    <w:rsid w:val="00F7416D"/>
    <w:rsid w:val="00F7445C"/>
    <w:rsid w:val="00F761FE"/>
    <w:rsid w:val="00F80144"/>
    <w:rsid w:val="00F8034C"/>
    <w:rsid w:val="00F80446"/>
    <w:rsid w:val="00F813E9"/>
    <w:rsid w:val="00F836FF"/>
    <w:rsid w:val="00F84157"/>
    <w:rsid w:val="00F861F5"/>
    <w:rsid w:val="00F87396"/>
    <w:rsid w:val="00F87B0F"/>
    <w:rsid w:val="00F9160B"/>
    <w:rsid w:val="00F91929"/>
    <w:rsid w:val="00F92AFB"/>
    <w:rsid w:val="00F94417"/>
    <w:rsid w:val="00F950F4"/>
    <w:rsid w:val="00F96FEF"/>
    <w:rsid w:val="00FA1B98"/>
    <w:rsid w:val="00FA5524"/>
    <w:rsid w:val="00FA5C6A"/>
    <w:rsid w:val="00FA6DBB"/>
    <w:rsid w:val="00FB4788"/>
    <w:rsid w:val="00FB4AD6"/>
    <w:rsid w:val="00FB4E8B"/>
    <w:rsid w:val="00FB6CDE"/>
    <w:rsid w:val="00FB744A"/>
    <w:rsid w:val="00FC03B3"/>
    <w:rsid w:val="00FC14E8"/>
    <w:rsid w:val="00FC1F1F"/>
    <w:rsid w:val="00FC3D66"/>
    <w:rsid w:val="00FC3DD2"/>
    <w:rsid w:val="00FC49F4"/>
    <w:rsid w:val="00FC562F"/>
    <w:rsid w:val="00FC693F"/>
    <w:rsid w:val="00FD267F"/>
    <w:rsid w:val="00FD2A6E"/>
    <w:rsid w:val="00FD3411"/>
    <w:rsid w:val="00FD4C73"/>
    <w:rsid w:val="00FD7CD2"/>
    <w:rsid w:val="00FE0844"/>
    <w:rsid w:val="00FE19CD"/>
    <w:rsid w:val="00FE1CC6"/>
    <w:rsid w:val="00FE1E1A"/>
    <w:rsid w:val="00FE4544"/>
    <w:rsid w:val="00FE6CE6"/>
    <w:rsid w:val="00FE72CB"/>
    <w:rsid w:val="00FE7622"/>
    <w:rsid w:val="00FE7CF5"/>
    <w:rsid w:val="00FF01DE"/>
    <w:rsid w:val="00FF0F09"/>
    <w:rsid w:val="00FF1BA8"/>
    <w:rsid w:val="00FF2BD1"/>
    <w:rsid w:val="00FF3454"/>
    <w:rsid w:val="00FF4405"/>
    <w:rsid w:val="00FF6DCC"/>
    <w:rsid w:val="02E163CA"/>
    <w:rsid w:val="02F1729D"/>
    <w:rsid w:val="097D56B2"/>
    <w:rsid w:val="157FD1D9"/>
    <w:rsid w:val="1BB73ABE"/>
    <w:rsid w:val="1EED7173"/>
    <w:rsid w:val="23908FBB"/>
    <w:rsid w:val="255F3429"/>
    <w:rsid w:val="2B25E32C"/>
    <w:rsid w:val="2DEFFFC1"/>
    <w:rsid w:val="3C33C346"/>
    <w:rsid w:val="3D67BD04"/>
    <w:rsid w:val="43BABFE0"/>
    <w:rsid w:val="43DD536D"/>
    <w:rsid w:val="4B71271F"/>
    <w:rsid w:val="4B89482D"/>
    <w:rsid w:val="5200FBD1"/>
    <w:rsid w:val="530B71F4"/>
    <w:rsid w:val="5642F8E8"/>
    <w:rsid w:val="56772DA2"/>
    <w:rsid w:val="59A1CCC4"/>
    <w:rsid w:val="59F7E613"/>
    <w:rsid w:val="61209EFC"/>
    <w:rsid w:val="61B94959"/>
    <w:rsid w:val="667C3A01"/>
    <w:rsid w:val="66D51434"/>
    <w:rsid w:val="690BB9F0"/>
    <w:rsid w:val="6E365DF8"/>
    <w:rsid w:val="702C1903"/>
    <w:rsid w:val="706370AC"/>
    <w:rsid w:val="7601669F"/>
    <w:rsid w:val="76C0CE82"/>
    <w:rsid w:val="77317483"/>
    <w:rsid w:val="77D47A82"/>
    <w:rsid w:val="7E636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A5A9CC53-28F1-4520-A588-146E78C8D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6FA4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5D7C62"/>
    <w:rPr>
      <w:rFonts w:ascii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E25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E25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E252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5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523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F01A2E"/>
    <w:rPr>
      <w:color w:val="2B579A"/>
      <w:shd w:val="clear" w:color="auto" w:fill="E1DFDD"/>
    </w:rPr>
  </w:style>
  <w:style w:type="paragraph" w:styleId="TOC1">
    <w:name w:val="toc 1"/>
    <w:basedOn w:val="Normal"/>
    <w:next w:val="Normal"/>
    <w:autoRedefine/>
    <w:uiPriority w:val="39"/>
    <w:unhideWhenUsed/>
    <w:rsid w:val="009F1A1C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9F1A1C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9F1A1C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9F1A1C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B100DA"/>
    <w:pPr>
      <w:spacing w:after="0" w:line="240" w:lineRule="auto"/>
    </w:pPr>
  </w:style>
  <w:style w:type="paragraph" w:styleId="EndnoteText">
    <w:name w:val="endnote text"/>
    <w:basedOn w:val="Normal"/>
    <w:link w:val="EndnoteTextChar"/>
    <w:uiPriority w:val="99"/>
    <w:unhideWhenUsed/>
    <w:rsid w:val="00926952"/>
    <w:pPr>
      <w:spacing w:after="0" w:line="240" w:lineRule="auto"/>
    </w:pPr>
    <w:rPr>
      <w:rFonts w:eastAsiaTheme="minorHAnsi"/>
      <w:sz w:val="20"/>
      <w:szCs w:val="20"/>
      <w:lang w:val="en-GB"/>
    </w:rPr>
  </w:style>
  <w:style w:type="character" w:customStyle="1" w:styleId="EndnoteTextChar">
    <w:name w:val="Endnote Text Char"/>
    <w:basedOn w:val="DefaultParagraphFont"/>
    <w:link w:val="EndnoteText"/>
    <w:uiPriority w:val="99"/>
    <w:rsid w:val="00926952"/>
    <w:rPr>
      <w:rFonts w:eastAsiaTheme="minorHAnsi"/>
      <w:sz w:val="20"/>
      <w:szCs w:val="20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FE19CD"/>
    <w:rPr>
      <w:color w:val="605E5C"/>
      <w:shd w:val="clear" w:color="auto" w:fill="E1DFDD"/>
    </w:rPr>
  </w:style>
  <w:style w:type="paragraph" w:customStyle="1" w:styleId="Default">
    <w:name w:val="Default"/>
    <w:rsid w:val="0087575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C93F1BBEAABC40B4B3EDE16B910E86" ma:contentTypeVersion="3" ma:contentTypeDescription="Create a new document." ma:contentTypeScope="" ma:versionID="173e0e7d3c4c190fb5e54da8fb41c860">
  <xsd:schema xmlns:xsd="http://www.w3.org/2001/XMLSchema" xmlns:xs="http://www.w3.org/2001/XMLSchema" xmlns:p="http://schemas.microsoft.com/office/2006/metadata/properties" xmlns:ns2="add388e8-7e79-4211-b70f-5fa5ca0b35ea" targetNamespace="http://schemas.microsoft.com/office/2006/metadata/properties" ma:root="true" ma:fieldsID="d0eaf0deec004686a8ae8827ed97d644" ns2:_="">
    <xsd:import namespace="add388e8-7e79-4211-b70f-5fa5ca0b35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d388e8-7e79-4211-b70f-5fa5ca0b35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D2E0135-65D7-4978-8B6C-5D0B45060B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d388e8-7e79-4211-b70f-5fa5ca0b35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BD79AE5-2C6E-4CFD-B51F-C624E515ED5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EDDB054-3A58-430F-8246-12C20AF555C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1027</TotalTime>
  <Pages>25</Pages>
  <Words>6482</Words>
  <Characters>39931</Characters>
  <Application>Microsoft Office Word</Application>
  <DocSecurity>0</DocSecurity>
  <Lines>928</Lines>
  <Paragraphs>552</Paragraphs>
  <ScaleCrop>false</ScaleCrop>
  <Manager/>
  <Company/>
  <LinksUpToDate>false</LinksUpToDate>
  <CharactersWithSpaces>45861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Vanja Zaric</dc:creator>
  <cp:keywords/>
  <dc:description>generated by python-docx</dc:description>
  <cp:lastModifiedBy>Vanja Zaric</cp:lastModifiedBy>
  <cp:revision>426</cp:revision>
  <dcterms:created xsi:type="dcterms:W3CDTF">2026-09-16T06:25:00Z</dcterms:created>
  <dcterms:modified xsi:type="dcterms:W3CDTF">2026-09-22T08:53:00Z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0x01010064C93F1BBEAABC40B4B3EDE16B910E86</vt:lpwstr>
  </property>
  <property fmtid="{D5CDD505-2E9C-101B-9397-08002B2CF9AE}" pid="3" name="MediaServiceImageTags">
    <vt:lpwstr/>
  </property>
</Properties>
</file>